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NY Comedy Festival’s Mental Health Comedy Show Comes to Brooklyn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Brooklyn audiences can expect drag, stand-up and live music when the New York Comedy Festival brings Putería con PAPIROSSA: Celebration of Life to Littlefield on 6 November 2026. The evening pairs queer BIPOC performers with a conversation about mental health, aiming to make space for laughter, connection and candid discussion, while supporting LGBTQ+ mental health care.</w:t>
      </w:r>
      <w:r/>
    </w:p>
    <w:p>
      <w:pPr>
        <w:pStyle w:val="Heading2"/>
      </w:pPr>
      <w:r>
        <w:t>Essential Takeaways</w:t>
      </w:r>
      <w:r/>
      <w:r/>
    </w:p>
    <w:p>
      <w:pPr>
        <w:pStyle w:val="ListBullet"/>
        <w:spacing w:line="240" w:lineRule="auto"/>
        <w:ind w:left="720"/>
      </w:pPr>
      <w:r/>
      <w:r>
        <w:rPr>
          <w:b/>
        </w:rPr>
        <w:t>When and where:</w:t>
      </w:r>
      <w:r>
        <w:t xml:space="preserve"> The show is scheduled for Friday, 6 November 2026, at Littlefield in Brooklyn. Doors open at 7pm, with the performance starting at 8pm.</w:t>
      </w:r>
      <w:r/>
    </w:p>
    <w:p>
      <w:pPr>
        <w:pStyle w:val="ListBullet"/>
        <w:spacing w:line="240" w:lineRule="auto"/>
        <w:ind w:left="720"/>
      </w:pPr>
      <w:r/>
      <w:r>
        <w:rPr>
          <w:b/>
        </w:rPr>
        <w:t>What to expect:</w:t>
      </w:r>
      <w:r>
        <w:t xml:space="preserve"> The drag variety format includes dance, sketches, stand-up, character performances and live music.</w:t>
      </w:r>
      <w:r/>
    </w:p>
    <w:p>
      <w:pPr>
        <w:pStyle w:val="ListBullet"/>
        <w:spacing w:line="240" w:lineRule="auto"/>
        <w:ind w:left="720"/>
      </w:pPr>
      <w:r/>
      <w:r>
        <w:rPr>
          <w:b/>
        </w:rPr>
        <w:t>The theme:</w:t>
      </w:r>
      <w:r>
        <w:t xml:space="preserve"> Performers and guests will discuss mental health, including depression, bipolar disorder, anxiety and PTSD.</w:t>
      </w:r>
      <w:r/>
    </w:p>
    <w:p>
      <w:pPr>
        <w:pStyle w:val="ListBullet"/>
        <w:spacing w:line="240" w:lineRule="auto"/>
        <w:ind w:left="720"/>
      </w:pPr>
      <w:r/>
      <w:r>
        <w:rPr>
          <w:b/>
        </w:rPr>
        <w:t>A charitable element:</w:t>
      </w:r>
      <w:r>
        <w:t xml:space="preserve"> Part of ticket proceeds will go to organisations providing mental health care to LGBTQ+ people.</w:t>
      </w:r>
      <w:r/>
      <w:r/>
    </w:p>
    <w:p>
      <w:pPr>
        <w:pStyle w:val="Heading2"/>
      </w:pPr>
      <w:r>
        <w:t>A drag variety show with a serious subject at its heart</w:t>
      </w:r>
      <w:r/>
    </w:p>
    <w:p>
      <w:r/>
      <w:r>
        <w:t>A ceremonial dance opens each Putería con PAPIROSSA performance, setting an exuberant tone before the sketches, stand-up, characters and live music begin. For this eighth instalment, the New York Comedy Festival is bringing the series to Littlefield under the title Celebration of Life. (Sources: New York Comedy Festival schedule; Littlefield event listing.)</w:t>
      </w:r>
      <w:r/>
    </w:p>
    <w:p>
      <w:r/>
      <w:r>
        <w:t>The format puts queer BIPOC performers centre stage, with the evening’s humour and theatricality making room for a more reflective conversation too. That contrast feels purposeful: mental health can be difficult to discuss, and shared laughter may help an audience settle into a subject that’s often treated as clinical or private. (Sources: New York Comedy Festival schedule; Littlefield event listing.)</w:t>
      </w:r>
      <w:r/>
    </w:p>
    <w:p>
      <w:pPr>
        <w:pStyle w:val="Heading2"/>
      </w:pPr>
      <w:r>
        <w:t>What the mental health conversation will cover</w:t>
      </w:r>
      <w:r/>
    </w:p>
    <w:p>
      <w:r/>
      <w:r>
        <w:t>The discussion is set to include psychiatric nurse practitioner Karl Spoerri and Jay Godfrey, CEO and co-founder of Nushama, alongside the cast. Planned topics include how depression, bipolar disorder, anxiety and PTSD affect everyday life, as well as why some people struggle to find treatments that work for them. (Sources: Littlefield event listing; Nushama.)</w:t>
      </w:r>
      <w:r/>
    </w:p>
    <w:p>
      <w:r/>
      <w:r>
        <w:t>The conversation is also expected to touch on newer treatment options, including Spravato esketamine nasal spray and intravenous ketamine infusions. These are topics for discussion, not a substitute for individual medical advice: suitability and risks vary, so anyone considering treatment should speak with a qualified clinician. (Sources: Littlefield event listing; Nushama.)</w:t>
      </w:r>
      <w:r/>
    </w:p>
    <w:p>
      <w:pPr>
        <w:pStyle w:val="Heading2"/>
      </w:pPr>
      <w:r>
        <w:t>An evening that links comedy with community care</w:t>
      </w:r>
      <w:r/>
    </w:p>
    <w:p>
      <w:r/>
      <w:r>
        <w:t>A portion of ticket proceeds will support organisations offering mental health care to LGBTQ+ people, giving the event a practical community dimension beyond the stage. It’s a small but meaningful way to connect a night of performance with services that can matter long after the applause fades. (Sources: Littlefield event listing; New York Comedy Festival schedule.)</w:t>
      </w:r>
      <w:r/>
    </w:p>
    <w:p>
      <w:r/>
      <w:r>
        <w:t>Nushama describes its work as including ketamine infusions and Spravato therapy, alongside medication management, at locations including New York City, New City and Aventura. The organisation also publishes its own treatment information and outcome figures; those are its claims, rather than independent comparisons, and shouldn’t be read as a promise of results for any individual. (Sources: Nushama; Nushama locations; Nushama Aventura.)</w:t>
      </w:r>
      <w:r/>
    </w:p>
    <w:p>
      <w:pPr>
        <w:pStyle w:val="Heading2"/>
      </w:pPr>
      <w:r>
        <w:t>Planning a visit to Littlefield</w:t>
      </w:r>
      <w:r/>
    </w:p>
    <w:p>
      <w:r/>
      <w:r>
        <w:t>The event is listed for Friday, 6 November 2026, with doors at 7pm and the show at 8pm. Arriving in good time should make it easier to get settled before the opening dance and the quick changes between comedy, music and conversation. (Sources: Littlefield event listing; New York Comedy Festival schedule.)</w:t>
      </w:r>
      <w:r/>
    </w:p>
    <w:p>
      <w:r/>
      <w:r>
        <w:t>Littlefield is the Brooklyn venue hosting the show as part of the festival programme. Check the venue and festival listings before travelling for the latest ticket and event details, as schedules can change. (Sources: Littlefield venue; New York Comedy Festival schedule.)</w:t>
      </w:r>
      <w:r/>
    </w:p>
    <w:p>
      <w:r/>
      <w:r>
        <w:t>For a night that combines joyful performance with an honest conversation, Celebration of Life offers more than a standard comedy bill. (Sources: Littlefield event listing; New York Comedy Festival schedule.)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5">
        <w:r>
          <w:rPr>
            <w:color w:val="0000EE"/>
            <w:u w:val="single"/>
          </w:rPr>
          <w:t>[4]</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https://filmdaily.co/news/ny-comedy-festivals-mental-health-comedy-show-honors-life/</w:t>
        </w:r>
      </w:hyperlink>
      <w:r>
        <w:t xml:space="preserve"> - Please view link - unable to able to access data</w:t>
      </w:r>
      <w:r/>
    </w:p>
    <w:p>
      <w:pPr>
        <w:pStyle w:val="ListNumber"/>
        <w:spacing w:line="240" w:lineRule="auto"/>
        <w:ind w:left="720"/>
      </w:pPr>
      <w:r/>
      <w:hyperlink r:id="rId10">
        <w:r>
          <w:rPr>
            <w:color w:val="0000EE"/>
            <w:u w:val="single"/>
          </w:rPr>
          <w:t>https://littlefieldnyc.com/event/?wfea_eb_id=1998383402552</w:t>
        </w:r>
      </w:hyperlink>
      <w:r>
        <w:t xml:space="preserve"> - Littlefield’s event listing confirms that Putería con PAPIROSSA: Celebration of Life is scheduled for 6 November 2026, with doors at 7 pm and the show at 8 pm. It identifies the event as the eighth instalment of the series and describes it as a drag variety show featuring queer BIPOC performers. The format includes a ceremonial opening dance, taped sketches, stand-up, character performances and live music, with each edition usually devoted to a different theme. This edition centres on mental health. The listing says part of the proceeds will go to selected organisations supporting LGBTQ+ people who need mental health resources and support. It also gives the venue address as 635 Sackett Street, Brooklyn, and states a minimum age of 21. The page provides direct event information from the venue, supporting the date, timings, format, series milestone and charitable-proceeds claims. It does not independently substantiate the article’s descriptions of the conversation’s speakers or its claims about medical treatments.</w:t>
      </w:r>
      <w:r/>
    </w:p>
    <w:p>
      <w:pPr>
        <w:pStyle w:val="ListNumber"/>
        <w:spacing w:line="240" w:lineRule="auto"/>
        <w:ind w:left="720"/>
      </w:pPr>
      <w:r/>
      <w:hyperlink r:id="rId11">
        <w:r>
          <w:rPr>
            <w:color w:val="0000EE"/>
            <w:u w:val="single"/>
          </w:rPr>
          <w:t>https://nycomedyfestival.com/schedule/</w:t>
        </w:r>
      </w:hyperlink>
      <w:r>
        <w:t xml:space="preserve"> - The New York Comedy Festival’s schedule lists Putería con PAPIROSSA at Littlefield on Friday, 6 November, at 8 pm, within the festival period of 6–15 November 2026. This official festival page supports the claim that the festival presents the show and corroborates its date, time and venue. The schedule also places the event among a wide programme of stand-up, sketch and other comedy performances across New York City. It is useful for confirming the festival connection independently of the venue listing. The information on this schedule is primarily practical: it identifies programme entries and their dates, times and locations, rather than giving a detailed account of the show’s mental-health theme, performers or discussion segment. It therefore supports the event’s festival listing but should not be treated as evidence for clinical claims, the reported treatment outcomes or the full description of the conversation. The event name appears as Putería con PAPIROSSA, while Littlefield’s listing gives the fuller subtitle, Celebration of Life.</w:t>
      </w:r>
      <w:r/>
    </w:p>
    <w:p>
      <w:pPr>
        <w:pStyle w:val="ListNumber"/>
        <w:spacing w:line="240" w:lineRule="auto"/>
        <w:ind w:left="720"/>
      </w:pPr>
      <w:r/>
      <w:hyperlink r:id="rId15">
        <w:r>
          <w:rPr>
            <w:color w:val="0000EE"/>
            <w:u w:val="single"/>
          </w:rPr>
          <w:t>https://nycomedyfestival.com/venue/littlefield/</w:t>
        </w:r>
      </w:hyperlink>
      <w:r>
        <w:t xml:space="preserve"> - This New York Comedy Festival venue page lists events taking place at Littlefield during the 2026 festival. It includes Putería con PAPIROSSA on Friday, 6 November, at 8 pm, corroborating the official schedule and the venue’s own event listing. The page also shows the festival dates as 6–15 November 2026 and lists other Littlefield programme entries, placing the show within the broader festival calendar. Its value is strongest for confirming the festival’s venue-specific programme, event title, date and starting time. It does not provide the detailed description of the show’s format or its mental-health focus found on Littlefield’s event page, nor does it verify the article’s account of the guests or discussion topics. It also contains no independent evidence for Nushama’s treatment statistics or descriptions of its services. This is a distinct official festival URL and is therefore useful as an additional source for the event’s inclusion in the festival, rather than as a source for all the article’s claims.</w:t>
      </w:r>
      <w:r/>
    </w:p>
    <w:p>
      <w:pPr>
        <w:pStyle w:val="ListNumber"/>
        <w:spacing w:line="240" w:lineRule="auto"/>
        <w:ind w:left="720"/>
      </w:pPr>
      <w:r/>
      <w:hyperlink r:id="rId12">
        <w:r>
          <w:rPr>
            <w:color w:val="0000EE"/>
            <w:u w:val="single"/>
          </w:rPr>
          <w:t>https://nushama.com/</w:t>
        </w:r>
      </w:hyperlink>
      <w:r>
        <w:t xml:space="preserve"> - Nushama’s official website describes its mental-health services and presents information about ketamine infusion and Spravato, alongside treatment categories including depression, anxiety, PTSD, OCD, eating disorders, postpartum depression and suicidal ideation. The homepage describes a medically supported, calming treatment environment and introduces members of the organisation’s clinical team. It also displays Nushama’s own comparison of reported outcomes: standard antidepressants are presented with a 30–60 per cent response rate and 5–15 per cent long-term results, while ketamine infusion is presented with a 70–90 per cent response rate and 60–80 per cent long-term results. These figures are the organisation’s published claims, not an independent evaluation; readers should consult the underlying research and qualified clinicians when interpreting them. The site also describes its approach using language about safety, preparation, integration, science and access. It supports the article’s statements about what Nushama says it offers and how it presents its model, but does not itself confirm that the named clinicians will take part in the comedy event.</w:t>
      </w:r>
      <w:r/>
    </w:p>
    <w:p>
      <w:pPr>
        <w:pStyle w:val="ListNumber"/>
        <w:spacing w:line="240" w:lineRule="auto"/>
        <w:ind w:left="720"/>
      </w:pPr>
      <w:r/>
      <w:hyperlink r:id="rId13">
        <w:r>
          <w:rPr>
            <w:color w:val="0000EE"/>
            <w:u w:val="single"/>
          </w:rPr>
          <w:t>https://nushama.com/locations/</w:t>
        </w:r>
      </w:hyperlink>
      <w:r>
        <w:t xml:space="preserve"> - Nushama’s locations page lists its treatment centres in Manhattan, Rockland County and Aventura. It provides addresses for the Manhattan site at 515 Madison Avenue in New York, the Rockland County site on East Eckerson Road in New City, and the Aventura site on NE 191st Street in Florida. This supports the article’s description of Nushama operating in New York City, New City and Aventura. The page presents Nushama as offering ketamine-assisted therapy and provides contact details for the centres. It is an organisational source, so it verifies the locations as Nushama reports them, rather than independently assessing the services or their effectiveness. It does not detail every condition treated or establish that all treatment modalities are available at every location; those details should be checked on the relevant clinic pages. Nor does the locations listing substantiate the reported outcome percentages or the event’s programme. Its contribution is specific and practical: it provides the organisation’s current location information to support the clinic-location claims in the supplied article.</w:t>
      </w:r>
      <w:r/>
    </w:p>
    <w:p>
      <w:pPr>
        <w:pStyle w:val="ListNumber"/>
        <w:spacing w:line="240" w:lineRule="auto"/>
        <w:ind w:left="720"/>
      </w:pPr>
      <w:r/>
      <w:hyperlink r:id="rId14">
        <w:r>
          <w:rPr>
            <w:color w:val="0000EE"/>
            <w:u w:val="single"/>
          </w:rPr>
          <w:t>https://nushama.com/locations/aventura/</w:t>
        </w:r>
      </w:hyperlink>
      <w:r>
        <w:t xml:space="preserve"> - Nushama’s Aventura clinic page describes the services and conditions the organisation lists for its Florida centre. It identifies IV ketamine infusions and Spravato, the esketamine nasal spray, among the treatments offered and gives the Aventura address. The page lists depression, anxiety or panic, PTSD and alcohol-use disorder, and also mentions OCD, eating disorders, suicidal ideation and postpartum depression among conditions that may benefit. It describes care as supported by medically trained professionals and refers to screening and a calm treatment environment. This supports the article’s statements about Nushama offering these services and naming these conditions, specifically in relation to its Aventura location. The information is published by the provider itself and is not independent clinical evidence that a treatment is appropriate or effective for every listed condition. The page does not substantiate the event’s guest list or the specific treatment-outcome figures. Those claims should be distinguished from the clinic’s promotional description, and medical decisions should be made with a qualified healthcare professional.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lmdaily.co/news/ny-comedy-festivals-mental-health-comedy-show-honors-life/" TargetMode="External"/><Relationship Id="rId10" Type="http://schemas.openxmlformats.org/officeDocument/2006/relationships/hyperlink" Target="https://littlefieldnyc.com/event/?wfea_eb_id=1998383402552" TargetMode="External"/><Relationship Id="rId11" Type="http://schemas.openxmlformats.org/officeDocument/2006/relationships/hyperlink" Target="https://nycomedyfestival.com/schedule/" TargetMode="External"/><Relationship Id="rId12" Type="http://schemas.openxmlformats.org/officeDocument/2006/relationships/hyperlink" Target="https://nushama.com/" TargetMode="External"/><Relationship Id="rId13" Type="http://schemas.openxmlformats.org/officeDocument/2006/relationships/hyperlink" Target="https://nushama.com/locations/" TargetMode="External"/><Relationship Id="rId14" Type="http://schemas.openxmlformats.org/officeDocument/2006/relationships/hyperlink" Target="https://nushama.com/locations/aventura/" TargetMode="External"/><Relationship Id="rId15" Type="http://schemas.openxmlformats.org/officeDocument/2006/relationships/hyperlink" Target="https://nycomedyfestival.com/venue/littlefiel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