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Golden State Valkyries Parade Celebrates More Than a WNBA Title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poured into Oakland and San Francisco to celebrate the Golden State Valkyries’ first WNBA championship, turning a victory parade into a vivid show of Bay Area pride. With lavender colours, cheering crowds and a trip across the bay, the celebration put the team’s historic win in the spotlight and made clear why it means so much beyond basketball.</w:t>
      </w:r>
      <w:r/>
    </w:p>
    <w:p>
      <w:pPr>
        <w:pStyle w:val="Heading2"/>
      </w:pPr>
      <w:r>
        <w:t>Essential Takeaways</w:t>
      </w:r>
      <w:r/>
      <w:r/>
    </w:p>
    <w:p>
      <w:pPr>
        <w:pStyle w:val="ListBullet"/>
        <w:spacing w:line="240" w:lineRule="auto"/>
        <w:ind w:left="720"/>
      </w:pPr>
      <w:r/>
      <w:r>
        <w:rPr>
          <w:b/>
        </w:rPr>
        <w:t>A first for the Bay Area:</w:t>
      </w:r>
      <w:r>
        <w:t xml:space="preserve"> The Valkyries celebrated their first WNBA championship with a parade spanning Oakland and San Francisco.</w:t>
      </w:r>
      <w:r/>
    </w:p>
    <w:p>
      <w:pPr>
        <w:pStyle w:val="ListBullet"/>
        <w:spacing w:line="240" w:lineRule="auto"/>
        <w:ind w:left="720"/>
      </w:pPr>
      <w:r/>
      <w:r>
        <w:rPr>
          <w:b/>
        </w:rPr>
        <w:t>A route with a view:</w:t>
      </w:r>
      <w:r>
        <w:t xml:space="preserve"> The team travelled by ferry across the bay before continuing through San Francisco on double-decker buses.</w:t>
      </w:r>
      <w:r/>
    </w:p>
    <w:p>
      <w:pPr>
        <w:pStyle w:val="ListBullet"/>
        <w:spacing w:line="240" w:lineRule="auto"/>
        <w:ind w:left="720"/>
      </w:pPr>
      <w:r/>
      <w:r>
        <w:rPr>
          <w:b/>
        </w:rPr>
        <w:t>Fans brought the colour:</w:t>
      </w:r>
      <w:r>
        <w:t xml:space="preserve"> Lavender outfits, rainbow flags and homemade signs helped give the event its distinctive feel.</w:t>
      </w:r>
      <w:r/>
    </w:p>
    <w:p>
      <w:pPr>
        <w:pStyle w:val="ListBullet"/>
        <w:spacing w:line="240" w:lineRule="auto"/>
        <w:ind w:left="720"/>
      </w:pPr>
      <w:r/>
      <w:r>
        <w:rPr>
          <w:b/>
        </w:rPr>
        <w:t>Plan ahead for big events:</w:t>
      </w:r>
      <w:r>
        <w:t xml:space="preserve"> Transit agencies issued travel guidance, a useful reminder to check routes and service updates before heading to a major parade.</w:t>
      </w:r>
      <w:r/>
      <w:r/>
    </w:p>
    <w:p>
      <w:pPr>
        <w:pStyle w:val="Heading2"/>
      </w:pPr>
      <w:r>
        <w:t>The Valkyries’ title parade felt bigger than basketball</w:t>
      </w:r>
      <w:r/>
    </w:p>
    <w:p>
      <w:r/>
      <w:r>
        <w:t>The Golden State Valkyries’ championship parade was more than a procession of players and trophies. Thousands of fans lined the San Francisco route, cheering as lavender buses rolled towards Oracle Park, while the team first crossed the bay from Oakland by ferry. It was a joyful, noisy, unmistakably local celebration.</w:t>
      </w:r>
      <w:r/>
    </w:p>
    <w:p>
      <w:r/>
      <w:r>
        <w:t>The team’s official parade announcement set out a journey that linked the two cities at the heart of its story. That Oakland-to-San Francisco route gave the day a fitting sense of connection, rather than making it feel like a standard victory lap.</w:t>
      </w:r>
      <w:r/>
    </w:p>
    <w:p>
      <w:r/>
      <w:r>
        <w:t>And the crowd made its own statement. Rainbow and trans flags appeared alongside team colours, while signs thanked the players for bringing joy and creating a sense of belonging. The parade reflected the community that had gathered around the Valkyries, as well as the achievement itself.</w:t>
      </w:r>
      <w:r/>
    </w:p>
    <w:p>
      <w:pPr>
        <w:pStyle w:val="Heading2"/>
      </w:pPr>
      <w:r>
        <w:t>A first WNBA championship gives fans a new reason to celebrate</w:t>
      </w:r>
      <w:r/>
    </w:p>
    <w:p>
      <w:r/>
      <w:r>
        <w:t>Winning the title gave the Bay Area a new sporting milestone to claim. The Associated Press reported that the Valkyries beat the Atlanta Dream in Game 7 of the WNBA Finals, securing a championship in just their early years as a franchise.</w:t>
      </w:r>
      <w:r/>
    </w:p>
    <w:p>
      <w:r/>
      <w:r>
        <w:t>That rapid rise is part of what made the parade feel so striking. Expansion teams are usually expected to take time to find their footing, but the Valkyries reached the summit quickly and gave fans a team to rally behind.</w:t>
      </w:r>
      <w:r/>
    </w:p>
    <w:p>
      <w:r/>
      <w:r>
        <w:t>Sportsnet’s coverage of the victory parade captured the celebratory mood around the first title. For supporters, though, the achievement wasn’t just a result on a scoreboard. It was a chance to see a women’s team take centre stage in a city with a rich sporting identity.</w:t>
      </w:r>
      <w:r/>
    </w:p>
    <w:p>
      <w:pPr>
        <w:pStyle w:val="Heading2"/>
      </w:pPr>
      <w:r>
        <w:t>Why the Oakland-to-San Francisco route mattered</w:t>
      </w:r>
      <w:r/>
    </w:p>
    <w:p>
      <w:r/>
      <w:r>
        <w:t>The parade began in Oakland, where the Valkyries work and practise, then crossed the water before continuing through San Francisco. The ferry journey offered a striking visual pause: players on the bay, the city ahead and fans waiting on the other shore.</w:t>
      </w:r>
      <w:r/>
    </w:p>
    <w:p>
      <w:r/>
      <w:r>
        <w:t>That geography gave the event a wider feel. Rather than belonging to one neighbourhood or one arena, the celebration connected two cities and the supporters who follow the team across them.</w:t>
      </w:r>
      <w:r/>
    </w:p>
    <w:p>
      <w:r/>
      <w:r>
        <w:t>The San Francisco Standard’s live coverage followed the parade as it moved through the city, with crowds gathering along the route. The long procession, bright buses and packed pavements made the celebration feel less like a quick ceremony and more like a city-wide occasion.</w:t>
      </w:r>
      <w:r/>
    </w:p>
    <w:p>
      <w:pPr>
        <w:pStyle w:val="Heading2"/>
      </w:pPr>
      <w:r>
        <w:t>How to plan for a major Bay Area parade</w:t>
      </w:r>
      <w:r/>
    </w:p>
    <w:p>
      <w:r/>
      <w:r>
        <w:t>Big celebrations can bring crowding and changes to ordinary travel, so it’s worth checking the details before setting off. SFMTA issued travel information for the parade, while BART also shared guidance for people travelling to the event.</w:t>
      </w:r>
      <w:r/>
    </w:p>
    <w:p>
      <w:r/>
      <w:r>
        <w:t>If you’re heading to a major parade, check public transport updates and road closures on the day, leave extra time and choose a meeting point in case your group gets separated. Comfortable shoes and a refillable water bottle are less glamorous than a victory banner, but they’ll make a long spell on the pavement much easier.</w:t>
      </w:r>
      <w:r/>
    </w:p>
    <w:p>
      <w:r/>
      <w:r>
        <w:t>The practical details matter because a successful parade depends on more than the route. Clear information helps fans arrive safely, find a good viewing spot and enjoy the atmosphere without spending the afternoon guessing which street is closed.</w:t>
      </w:r>
      <w:r/>
    </w:p>
    <w:p>
      <w:pPr>
        <w:pStyle w:val="Heading2"/>
      </w:pPr>
      <w:r>
        <w:t>A celebration built around belonging</w:t>
      </w:r>
      <w:r/>
    </w:p>
    <w:p>
      <w:r/>
      <w:r>
        <w:t>The team’s victory brought together fans of different ages and backgrounds, united by the same colours and a shared sense of pride. Some came for the basketball; others came to celebrate a team that felt connected to their community. Plenty, it seemed, were there for both.</w:t>
      </w:r>
      <w:r/>
    </w:p>
    <w:p>
      <w:r/>
      <w:r>
        <w:t>That blend gave the day its warmth. Players stopped to greet supporters, and fans answered with cheers, signs and the kind of enthusiasm that turns a sporting achievement into a lasting memory.</w:t>
      </w:r>
      <w:r/>
    </w:p>
    <w:p>
      <w:r/>
      <w:r>
        <w:t>A championship parade can’t capture everything a team means to its city. But this one offered a vivid snapshot: a new title, a proud crowd and a team whose success gave people another reason to feel at home in the Bay Area.</w:t>
      </w:r>
      <w:r/>
    </w:p>
    <w:p>
      <w:pPr>
        <w:pStyle w:val="Heading2"/>
      </w:pPr>
      <w:r>
        <w:t>Closing Line</w:t>
      </w:r>
      <w:r/>
    </w:p>
    <w:p>
      <w:r/>
      <w:r>
        <w:t>For Valkyries fans, the title was the triumph; sharing it across the bay made it a celebration.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Paragraph 3: </w:t>
      </w:r>
      <w:hyperlink r:id="rId12">
        <w:r>
          <w:rPr>
            <w:color w:val="0000EE"/>
            <w:u w:val="single"/>
          </w:rPr>
          <w:t>[5]</w:t>
        </w:r>
      </w:hyperlink>
      <w:r>
        <w:t xml:space="preserve">- Paragraph 4: </w:t>
      </w:r>
      <w:hyperlink r:id="rId13">
        <w:r>
          <w:rPr>
            <w:color w:val="0000EE"/>
            <w:u w:val="single"/>
          </w:rPr>
          <w:t>[3]</w:t>
        </w:r>
      </w:hyperlink>
      <w:r>
        <w:t xml:space="preserve">- Paragraph 5: </w:t>
      </w:r>
      <w:hyperlink r:id="rId13">
        <w:r>
          <w:rPr>
            <w:color w:val="0000EE"/>
            <w:u w:val="single"/>
          </w:rPr>
          <w:t>[3]</w:t>
        </w:r>
      </w:hyperlink>
      <w:r>
        <w:t xml:space="preserve">, </w:t>
      </w:r>
      <w:hyperlink r:id="rId11">
        <w:r>
          <w:rPr>
            <w:color w:val="0000EE"/>
            <w:u w:val="single"/>
          </w:rPr>
          <w:t>[4]</w:t>
        </w:r>
      </w:hyperlink>
      <w:r>
        <w:t xml:space="preserve">- Paragraph 6: </w:t>
      </w:r>
      <w:hyperlink r:id="rId11">
        <w:r>
          <w:rPr>
            <w:color w:val="0000EE"/>
            <w:u w:val="single"/>
          </w:rPr>
          <w:t>[4]</w:t>
        </w:r>
      </w:hyperlink>
      <w:r>
        <w:t xml:space="preserve">- Paragraph 7: </w:t>
      </w:r>
      <w:hyperlink r:id="rId10">
        <w:r>
          <w:rPr>
            <w:color w:val="0000EE"/>
            <w:u w:val="single"/>
          </w:rPr>
          <w:t>[2]</w:t>
        </w:r>
      </w:hyperlink>
      <w:r>
        <w:t xml:space="preserve">, </w:t>
      </w:r>
      <w:hyperlink r:id="rId12">
        <w:r>
          <w:rPr>
            <w:color w:val="0000EE"/>
            <w:u w:val="single"/>
          </w:rPr>
          <w:t>[5]</w:t>
        </w:r>
      </w:hyperlink>
      <w:r>
        <w:t xml:space="preserve">- Paragraph 8: </w:t>
      </w:r>
      <w:hyperlink r:id="rId12">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1">
        <w:r>
          <w:rPr>
            <w:color w:val="0000EE"/>
            <w:u w:val="single"/>
          </w:rPr>
          <w:t>[4]</w:t>
        </w:r>
      </w:hyperlink>
      <w:r>
        <w:t xml:space="preserve">, </w:t>
      </w:r>
      <w:hyperlink r:id="rId12">
        <w:r>
          <w:rPr>
            <w:color w:val="0000EE"/>
            <w:u w:val="single"/>
          </w:rPr>
          <w:t>[5]</w:t>
        </w:r>
      </w:hyperlink>
      <w:r>
        <w:t xml:space="preserve">- Paragraph 13: </w:t>
      </w:r>
      <w:hyperlink r:id="rId11">
        <w:r>
          <w:rPr>
            <w:color w:val="0000EE"/>
            <w:u w:val="single"/>
          </w:rPr>
          <w:t>[4]</w:t>
        </w:r>
      </w:hyperlink>
      <w:r>
        <w:t xml:space="preserve">, </w:t>
      </w:r>
      <w:hyperlink r:id="rId12">
        <w:r>
          <w:rPr>
            <w:color w:val="0000EE"/>
            <w:u w:val="single"/>
          </w:rPr>
          <w:t>[5]</w:t>
        </w:r>
      </w:hyperlink>
      <w:r>
        <w:t xml:space="preserve">- Paragraph 14: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https://sports.yahoo.com/articles/valkyries-parade-wasnt-just-sports-021459346.html</w:t>
        </w:r>
      </w:hyperlink>
      <w:r>
        <w:t xml:space="preserve"> - Please view link - unable to able to access data</w:t>
      </w:r>
      <w:r/>
    </w:p>
    <w:p>
      <w:pPr>
        <w:pStyle w:val="ListNumber"/>
        <w:spacing w:line="240" w:lineRule="auto"/>
        <w:ind w:left="720"/>
      </w:pPr>
      <w:r/>
      <w:hyperlink r:id="rId10">
        <w:r>
          <w:rPr>
            <w:color w:val="0000EE"/>
            <w:u w:val="single"/>
          </w:rPr>
          <w:t>https://valkyries.wnba.com/news/golden-state-valkyries-announce-championship-parade-information</w:t>
        </w:r>
      </w:hyperlink>
      <w:r>
        <w:t xml:space="preserve"> - This official team announcement sets out the arrangements for the Golden State Valkyries’ championship parade, held on Wednesday, 4 November 2026, from noon until 2 p.m. The route ran along San Francisco’s Embarcadero, beginning near the Ferry Building and Mission Street and ending at King and Second streets. The announcement says spectators could gather from 9 a.m. on the bay side of the route. It presents the parade as a celebration shared by the franchise and the people who supported it throughout the season, quoting team president Jess Smith on the connection between the Oakland practice facility, the San Francisco home court and fans around the Bay Area. The event brought together players, coaches, staff, Oakland Mayor Barbara Lee, San Francisco Mayor Daniel Lurie, other civic representatives and local figures. Finals Most Valuable Player Gabby Williams and Mayor Lurie were set to begin the procession by beating the team drum, echoing a Ballhalla game-day tradition. The page also notes planned fan facilities, including a viewing area, merchandise truck and activity zones. Head coach Natalie Nakase describes the championship as something the players and supporters achieved together. This source substantiates the parade’s date, timings, route, participants and inclusive, community-centred character, rather than independently verifying every colourful detail in the supplied article.</w:t>
      </w:r>
      <w:r/>
    </w:p>
    <w:p>
      <w:pPr>
        <w:pStyle w:val="ListNumber"/>
        <w:spacing w:line="240" w:lineRule="auto"/>
        <w:ind w:left="720"/>
      </w:pPr>
      <w:r/>
      <w:hyperlink r:id="rId13">
        <w:r>
          <w:rPr>
            <w:color w:val="0000EE"/>
            <w:u w:val="single"/>
          </w:rPr>
          <w:t>https://apnews.com/article/wnba-finals-game-7-valkyries-dream-189aa4b8ecb1d1fd8ddfacde3a9d6ac4</w:t>
        </w:r>
      </w:hyperlink>
      <w:r>
        <w:t xml:space="preserve"> - The Associated Press report covers the Valkyries’ Game 7 victory over the Atlanta Dream and the franchise’s first WNBA championship. It describes Gabby Williams’ decisive scoring, including a late three-pointer and free throws, and highlights Kiah Stokes’ rebounding and defence. The account places the win in the context of a tense Finals series and a jubilant, violet-clad sell-out crowd at Chase Center. It records the team’s celebration after the final buzzer, the confetti, the players’ embraces and the role of coach Natalie Nakase in guiding the team through the deciding game. The article also explains the significance of winning in only the franchise’s second season: Golden State had become the first expansion organisation to reach the play-offs in its inaugural year, then secured the title a season later. Owner Joe Lacob’s earlier championship ambition and his thanks to fans are included, as are remarks from Williams about the team’s shared effort and close-knit culture. This report supports the background to the parade article’s central claim that the celebration marked a historic championship and a major Bay Area sporting moment. It is principally a game report, however, not a detailed account of the parade route or its cultural themes.</w:t>
      </w:r>
      <w:r/>
    </w:p>
    <w:p>
      <w:pPr>
        <w:pStyle w:val="ListNumber"/>
        <w:spacing w:line="240" w:lineRule="auto"/>
        <w:ind w:left="720"/>
      </w:pPr>
      <w:r/>
      <w:hyperlink r:id="rId11">
        <w:r>
          <w:rPr>
            <w:color w:val="0000EE"/>
            <w:u w:val="single"/>
          </w:rPr>
          <w:t>https://www.sportsnet.ca/wnba/article/golden-state-valkyries-celebrate-first-wnba-title-with-bay-area-parade/</w:t>
        </w:r>
      </w:hyperlink>
      <w:r>
        <w:t xml:space="preserve"> - This Associated Press account follows the Valkyries’ 4 November championship parade through San Francisco and links it to the team’s title-winning season. It describes Finals MVP Gabby Williams dancing and high-fiving supporters after leaving a double-decker bus, while teammate Kiah Stokes joins the celebration and the crowd chants for Williams. The report says the day began at Jack London Square in Oakland, near the team’s practice facility, before the players crossed the Bay by ferry and joined the procession from the Ferry Building towards Oracle Park. It presents the Oakland-to-San Francisco journey as a deliberate way of recognising the franchise’s support across both cities and the wider region. The story also includes fans’ reactions, notably a young supporter carrying a “Girl Power” sign, and profiles Cynthia Cheak, whose violet bracelets became a gesture of welcome and connection among supporters. It notes that fans were encouraged to take time off to attend, and recounts how thousands had previously gathered to watch a Finals game. The article confirms the parade’s waterfront setting, the ferry crossing, the lively fan participation and the championship context, while offering a few human stories that echo the supplied article’s emphasis on joy and community.</w:t>
      </w:r>
      <w:r/>
    </w:p>
    <w:p>
      <w:pPr>
        <w:pStyle w:val="ListNumber"/>
        <w:spacing w:line="240" w:lineRule="auto"/>
        <w:ind w:left="720"/>
      </w:pPr>
      <w:r/>
      <w:hyperlink r:id="rId12">
        <w:r>
          <w:rPr>
            <w:color w:val="0000EE"/>
            <w:u w:val="single"/>
          </w:rPr>
          <w:t>https://sfstandard.com/2026/11/04/live-blog-golden-state-valkyries-victory-parade-storms-sf/</w:t>
        </w:r>
      </w:hyperlink>
      <w:r>
        <w:t xml:space="preserve"> - The San Francisco Standard’s live blog reports on the city’s response to the Valkyries’ first WNBA championship, with updates, photographs and short dispatches from the parade. It describes fans filling the waterfront in violet before the noon start, and documents the procession and its participants as events unfolded. Individual entries cover coach Natalie Nakase greeting supporters, the crowd’s outfits and excitement, and the team’s route from Oakland towards the Embarcadero. The page also explains why the chosen route differed from earlier Bay Area championship parades: the Valkyries began near the Ferry Building and continued along the Embarcadero towards Second and King streets, rather than following the traditional Market Street route. It records the Oakland ceremony and ferry journey as part of the day’s programme. Further entries touch on fans skipping school, player Kaitlyn Chen’s playful public persona, and the broader significance of the team’s success for women’s sport. Because it is a live blog, the page combines reporting, images and discrete updates rather than presenting one continuous narrative. It offers useful corroboration for the supplied article’s descriptions of crowds, colour, celebration and a parade that deliberately connected Oakland and San Francisco, while its statements about individual moments should be read in the context of those updates.</w:t>
      </w:r>
      <w:r/>
    </w:p>
    <w:p>
      <w:pPr>
        <w:pStyle w:val="ListNumber"/>
        <w:spacing w:line="240" w:lineRule="auto"/>
        <w:ind w:left="720"/>
      </w:pPr>
      <w:r/>
      <w:hyperlink r:id="rId14">
        <w:r>
          <w:rPr>
            <w:color w:val="0000EE"/>
            <w:u w:val="single"/>
          </w:rPr>
          <w:t>https://www.sfmta.com/travel-updates/valkyries-wnba-championship-parade-wednesday-november-4-2026</w:t>
        </w:r>
      </w:hyperlink>
      <w:r>
        <w:t xml:space="preserve"> - The San Francisco Municipal Transportation Agency page is a practical record of transport arrangements for the Valkyries’ championship parade on Wednesday, 4 November 2026. It confirms that the procession began at noon at the Ferry Building and travelled along the northbound side of the Embarcadero towards Second Street. The page lists temporary street closures and explains how the event affected Muni routes, including service changes, reroutes, missed stops and alternative boarding points. It advises passengers that service would return to normal once streets were clear. The agency also gives travel suggestions for reaching the beginning of the parade near the Ferry Building and its southern end near Oracle Park, naming relevant rail and bus options. A map and sections on closures and transport changes make this a logistical rather than feature-style source. It does not discuss the parade’s political symbolism, the team’s cultural significance or the emotional reactions described in the supplied article. Its value is factual corroboration: it verifies the event date, start time, waterfront route and endpoint area, while showing that the parade was large enough to require extensive city transport planning. The page is explicitly retained as an archive of past service information, not current travel advice.</w:t>
      </w:r>
      <w:r/>
    </w:p>
    <w:p>
      <w:pPr>
        <w:pStyle w:val="ListNumber"/>
        <w:spacing w:line="240" w:lineRule="auto"/>
        <w:ind w:left="720"/>
      </w:pPr>
      <w:r/>
      <w:hyperlink r:id="rId15">
        <w:r>
          <w:rPr>
            <w:color w:val="0000EE"/>
            <w:u w:val="single"/>
          </w:rPr>
          <w:t>https://www.bart.gov/news/articles/2026/news20261029</w:t>
        </w:r>
      </w:hyperlink>
      <w:r>
        <w:t xml:space="preserve"> - Bay Area Rapid Transit’s event notice gives public-transport guidance for attending the Golden State Valkyries’ championship parade on Wednesday, 4 November 2026. It confirms the parade date and its noon start, and frames the occasion as a regional celebration following the team’s championship. The notice is intended primarily for travellers: it explains how spectators can use BART to reach San Francisco and connect with the parade area, with practical information about stations and local transport. It also points out that adult fares can be paid using contactless debit or credit cards and mobile payment services. This makes the page useful alongside the official team announcement and the municipal transport record: it independently corroborates the timing and public scale of the event, although it is not a narrative report of the celebrations. It does not verify the supplied article’s detailed descriptions of individual players, signs, music, political references or the crowd’s diversity. Instead, it supports the basic context of a major Bay Area gathering that required advance planning for regional travel. As an official transit authority notice, it is a primary source for what BART communicated to passengers, rather than a source for broader interpretations of what the parade meant to fans or the team.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ports.yahoo.com/articles/valkyries-parade-wasnt-just-sports-021459346.html" TargetMode="External"/><Relationship Id="rId10" Type="http://schemas.openxmlformats.org/officeDocument/2006/relationships/hyperlink" Target="https://valkyries.wnba.com/news/golden-state-valkyries-announce-championship-parade-information" TargetMode="External"/><Relationship Id="rId11" Type="http://schemas.openxmlformats.org/officeDocument/2006/relationships/hyperlink" Target="https://www.sportsnet.ca/wnba/article/golden-state-valkyries-celebrate-first-wnba-title-with-bay-area-parade/" TargetMode="External"/><Relationship Id="rId12" Type="http://schemas.openxmlformats.org/officeDocument/2006/relationships/hyperlink" Target="https://sfstandard.com/2026/11/04/live-blog-golden-state-valkyries-victory-parade-storms-sf/" TargetMode="External"/><Relationship Id="rId13" Type="http://schemas.openxmlformats.org/officeDocument/2006/relationships/hyperlink" Target="https://apnews.com/article/wnba-finals-game-7-valkyries-dream-189aa4b8ecb1d1fd8ddfacde3a9d6ac4" TargetMode="External"/><Relationship Id="rId14" Type="http://schemas.openxmlformats.org/officeDocument/2006/relationships/hyperlink" Target="https://www.sfmta.com/travel-updates/valkyries-wnba-championship-parade-wednesday-november-4-2026" TargetMode="External"/><Relationship Id="rId15" Type="http://schemas.openxmlformats.org/officeDocument/2006/relationships/hyperlink" Target="https://www.bart.gov/news/articles/2026/news202610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