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Bisi Alimi’s 10th Wedding Anniversary: A Decade of Love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first-date photo has given Bisi Alimi and his husband, Anthony, a warmly personal way to mark their 10th wedding anniversary. The Nigerian activist celebrated their life together with a message about laughter, smiles and staying strong, offering a glimpse of a partnership that has now reached a meaningful decade.</w:t>
      </w:r>
      <w:r/>
    </w:p>
    <w:p>
      <w:pPr>
        <w:pStyle w:val="Heading2"/>
      </w:pPr>
      <w:r>
        <w:t>A first-date photo marks a milestone</w:t>
      </w:r>
      <w:r/>
    </w:p>
    <w:p>
      <w:r/>
      <w:r>
        <w:t>A photograph from Bisi Alimi and Anthony’s first date set the tone for their 10th wedding anniversary: intimate, affectionate and focused on the small moments that make a relationship last. Alimi shared the image to celebrate the couple’s decade of marriage, looking back while also showing that their bond remains strong.</w:t>
      </w:r>
      <w:r/>
    </w:p>
    <w:p>
      <w:r/>
      <w:r>
        <w:t>His message was less a grand declaration than a note of gratitude. He said they could write at length about their marriage, but what mattered most was continuing to laugh, smile and be together.</w:t>
      </w:r>
      <w:r/>
    </w:p>
    <w:p>
      <w:pPr>
        <w:pStyle w:val="Heading2"/>
      </w:pPr>
      <w:r>
        <w:t>The story behind their anniversary</w:t>
      </w:r>
      <w:r/>
    </w:p>
    <w:p>
      <w:r/>
      <w:r>
        <w:t>Alimi, a Nigerian gay rights activist, and Anthony married in 2016. BellaNaija reported their wedding at the time, marking a significant personal moment for the couple and a milestone in Alimi’s public life.</w:t>
      </w:r>
      <w:r/>
    </w:p>
    <w:p>
      <w:r/>
      <w:r>
        <w:t>The anniversary post also recalled their first date, adding a personal touch to a celebration that might otherwise have been defined simply by the number of years. A decade is a long time by any measure, but a well-chosen old photo can make the distance feel surprisingly vivid.</w:t>
      </w:r>
      <w:r/>
    </w:p>
    <w:p>
      <w:pPr>
        <w:pStyle w:val="Heading2"/>
      </w:pPr>
      <w:r>
        <w:t>A public relationship with personal moments</w:t>
      </w:r>
      <w:r/>
    </w:p>
    <w:p>
      <w:r/>
      <w:r>
        <w:t>Alimi and Anthony have previously spoken about their relationship in public. Linda Ikeji’s Blog covered an interview in which the pair discussed their first date, while later anniversary coverage has followed their milestones as a couple.</w:t>
      </w:r>
      <w:r/>
    </w:p>
    <w:p>
      <w:r/>
      <w:r>
        <w:t>That mix of public visibility and private affection is striking. For many couples, anniversaries are about looking back together; for a public figure, sharing a glimpse can also let others witness a relationship that has unfolded beyond the headlines.</w:t>
      </w:r>
      <w:r/>
    </w:p>
    <w:p>
      <w:pPr>
        <w:pStyle w:val="Heading2"/>
      </w:pPr>
      <w:r>
        <w:t>What makes a decade worth celebrating?</w:t>
      </w:r>
      <w:r/>
    </w:p>
    <w:p>
      <w:r/>
      <w:r>
        <w:t>Alimi’s post puts everyday companionship at the centre of the celebration. Rather than listing achievements, he highlighted laughter, smiles and togetherness, a reminder that lasting partnerships are often built from ordinary moments repeated over time.</w:t>
      </w:r>
      <w:r/>
    </w:p>
    <w:p>
      <w:r/>
      <w:r>
        <w:t>There’s something appealingly grounded about that message. Big anniversaries invite big gestures, but the image of a first date and a few heartfelt words can say plenty without turning the occasion into a spectacle.</w:t>
      </w:r>
      <w:r/>
    </w:p>
    <w:p>
      <w:pPr>
        <w:pStyle w:val="Heading2"/>
      </w:pPr>
      <w:r>
        <w:t>A milestone, and a warm wish for what comes next</w:t>
      </w:r>
      <w:r/>
    </w:p>
    <w:p>
      <w:r/>
      <w:r>
        <w:t>The couple’s anniversary drew attention to a relationship that has continued through a decade of marriage. Alimi’s celebratory note was brief, but its emphasis on remaining strong together gave the milestone a hopeful, forward-looking feel.</w:t>
      </w:r>
      <w:r/>
    </w:p>
    <w:p>
      <w:r/>
      <w:r>
        <w:t>And perhaps that’s the nicest way to mark ten years: not just by counting them, but by recognising the joy still shared along the way.</w:t>
      </w:r>
      <w:r/>
    </w:p>
    <w:p>
      <w:r/>
      <w:r>
        <w:t>Here's to more laughter and togetherness for the couple.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Paragraph 3: </w:t>
      </w:r>
      <w:hyperlink r:id="rId13">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https://www.gistlover.com/we-are-still-going-stronger-bisi-alimi-celebrates-10-years-of-marriage-with-husband/</w:t>
        </w:r>
      </w:hyperlink>
      <w:r>
        <w:t xml:space="preserve"> - Please view link - unable to able to access data</w:t>
      </w:r>
      <w:r/>
    </w:p>
    <w:p>
      <w:pPr>
        <w:pStyle w:val="ListNumber"/>
        <w:spacing w:line="240" w:lineRule="auto"/>
        <w:ind w:left="720"/>
      </w:pPr>
      <w:r/>
      <w:hyperlink r:id="rId10">
        <w:r>
          <w:rPr>
            <w:color w:val="0000EE"/>
            <w:u w:val="single"/>
          </w:rPr>
          <w:t>https://www.bellanaija.com/2016/11/bisi-alimi-is-married/</w:t>
        </w:r>
      </w:hyperlink>
      <w:r>
        <w:t xml:space="preserve"> - This BellaNaija report, published on 6 November 2016, records Bisi Alimi and Anthony’s wedding in the United Kingdom. It says the couple married the previous day, in the presence of friends and family, and reproduces Alimi’s message ahead of the ceremony. His post expressed joy about marrying Anthony while remembering people in places where same-sex love remained criminalised. The report also includes congratulatory comments from guests, which describe the wedding as joyful, special and full of love. These details support the article’s identification of Anthony as Alimi’s husband and the date of their wedding: 5 November 2016. That date provides context for the tenth-anniversary milestone described in the supplied article. BellaNaija presents the event as both a personal celebration and one with wider significance, reflecting the couple’s international circle of friends and the political realities surrounding LGBTQ+ relationships. The report is primarily a brief wedding announcement, accompanied by social media posts and photographs, rather than a later anniversary account. It does not verify the specific tenth-anniversary photograph or wording quoted in the supplied text, but it independently establishes the marriage date and celebrates the couple’s union.</w:t>
      </w:r>
      <w:r/>
    </w:p>
    <w:p>
      <w:pPr>
        <w:pStyle w:val="ListNumber"/>
        <w:spacing w:line="240" w:lineRule="auto"/>
        <w:ind w:left="720"/>
      </w:pPr>
      <w:r/>
      <w:hyperlink r:id="rId12">
        <w:r>
          <w:rPr>
            <w:color w:val="0000EE"/>
            <w:u w:val="single"/>
          </w:rPr>
          <w:t>https://www.tori.ng/news/286526/gy-activist-bisi-alimi-celebrates-8th-anniversary.html</w:t>
        </w:r>
      </w:hyperlink>
      <w:r>
        <w:t xml:space="preserve"> - Tori.ng reports that Bisi Alimi celebrated his eighth wedding anniversary with his partner, Anthony Davis, on 5 November 2024. The story says Alimi shared a heartfelt message on Instagram, describing eight years of married life with a wonderful person and expressing his love for Anthony. It also recounts that he posted photographs tracing their relationship and shared a picture of the couple kissing, captioned with a remark about sealing their affection with a kiss. The article identifies Alimi as a Nigerian LGBTQ+ rights activist and frames the anniversary as a celebration of love and resilience. Its 2024 date is useful corroboration for the anniversary timeline: a wedding in November 2016 would reach eight years in November 2024 and ten years in November 2026. The report does not establish the exact wording of the later tenth-anniversary message or prove what image was shared on that occasion. Instead, it documents a previous anniversary and shows that Alimi has publicly marked the couple’s wedding date on social media. It also supplies Anthony Davis’s full name, whereas the supplied article refers to him simply as Anthony. The coverage is a short entertainment-news item based on Alimi’s social media posts.</w:t>
      </w:r>
      <w:r/>
    </w:p>
    <w:p>
      <w:pPr>
        <w:pStyle w:val="ListNumber"/>
        <w:spacing w:line="240" w:lineRule="auto"/>
        <w:ind w:left="720"/>
      </w:pPr>
      <w:r/>
      <w:hyperlink r:id="rId13">
        <w:r>
          <w:rPr>
            <w:color w:val="0000EE"/>
            <w:u w:val="single"/>
          </w:rPr>
          <w:t>https://www.lindaikejisblog.com/2018/9/bisi-alimi-and-his-husband-talk-about-their-first-date-on-litv-as-they-become-first-gay-couple-to-be-interviewed-on-any-nigerian-television-video-2.html</w:t>
        </w:r>
      </w:hyperlink>
      <w:r>
        <w:t xml:space="preserve"> - Linda Ikeji’s Blog describes an interview with Bisi Alimi and his husband, Anthony Davis, on Linda Ikeji TV. The account says the couple discussed how they met, their first date, their marriage, plans for children and their future. Alimi and Davis recalled that they began living together three weeks after meeting. Their first date included Nigerian jollof rice and goat meat, which Alimi had prepared; they also joked about sharing a kiss after the meal. The story says the interview addressed homophobia and efforts to challenge barriers faced by LGBTQ+ people. It reproduces part of Alimi’s accompanying social media statement, in which he described the interview as a chance to create visibility and hope for LGBTQ+ people in Nigeria. This source supports the supplied article’s reference to a photograph from the couple’s first date only indirectly: it independently confirms that the pair had spoken publicly about that first date and recounts details of the occasion. It also confirms that they were married in 2016 and that Anthony is Alimi’s husband. The article is not an anniversary report and does not verify the tenth-anniversary message or its specific photograph. Its focus is the couple’s television appearance and relationship history.</w:t>
      </w:r>
      <w:r/>
    </w:p>
    <w:p>
      <w:pPr>
        <w:pStyle w:val="ListNumber"/>
        <w:spacing w:line="240" w:lineRule="auto"/>
        <w:ind w:left="720"/>
      </w:pPr>
      <w:r/>
      <w:hyperlink r:id="rId11">
        <w:r>
          <w:rPr>
            <w:color w:val="0000EE"/>
            <w:u w:val="single"/>
          </w:rPr>
          <w:t>https://www.pulse.ng/story/bisi-alimi-gay-rights-activist-finally-shares-pictures-from-wedding-2024080301335371803</w:t>
        </w:r>
      </w:hyperlink>
      <w:r>
        <w:t xml:space="preserve"> - Pulse Nigeria reports that Bisi Alimi and Anthony Davis married in the United Kingdom on 5 November 2016. The article discusses wedding photographs that Alimi shared after the ceremony and places the marriage in the context of his public advocacy and the significance attached to the couple’s union. It notes that Alimi regarded the wedding as a personal act of marrying the man he loved, while also recognising its political meaning in countries where same-sex relationships faced hostility. The report further identifies Alimi as a Nigerian activist who had spoken openly about his sexuality on television in 2004. For the supplied article, the most relevant information is the independently reported wedding date and the identity of Alimi’s husband. The 5 November 2016 date aligns with an anniversary celebrated on 5 November and supports the calculation that ten years had passed by November 2026. Pulse’s story is an account of the wedding and photographs, not of the couple’s tenth anniversary. It therefore does not corroborate the particular first-date image, the quoted anniversary message, or the separate news item about Peller and Habby Forex. It serves as historical background for the marriage milestone and provides a separate report of the couple’s wedding.</w:t>
      </w:r>
      <w:r/>
    </w:p>
    <w:p>
      <w:pPr>
        <w:pStyle w:val="ListNumber"/>
        <w:spacing w:line="240" w:lineRule="auto"/>
        <w:ind w:left="720"/>
      </w:pPr>
      <w:r/>
      <w:hyperlink r:id="rId14">
        <w:r>
          <w:rPr>
            <w:color w:val="0000EE"/>
            <w:u w:val="single"/>
          </w:rPr>
          <w:t>https://www.gistreel.com/will-you-allow-me-habby-forex-offers-50000-to-peller-with-1-condition/</w:t>
        </w:r>
      </w:hyperlink>
      <w:r>
        <w:t xml:space="preserve"> - GistReel reports that cryptocurrency trader Habby Forex offered TikTok creator Peller 50,000 US dollars in exchange for choosing the name of Peller’s unborn child. According to the article, the offer arose during a livestream. Peller initially seemed surprised by its size, particularly after it was converted to about 70 million naira, and said he would need to discuss the proposal with his wife, Jarvis. The report says Peller later asked what name Habby Forex had in mind, then declined the offer. It quotes his explanation that money was not everything and that he would not put his family at risk for financial gain. The story also provides pregnancy context, saying Peller and Jarvis had announced that they were expecting their first child, and refers to their wedding. This report supports the unrelated Peller passage included after the Bisi Alimi anniversary story, including the amount offered, the proposed naming arrangement, Peller’s consultation with Jarvis and his decision to refuse. It does not support the Bisi Alimi anniversary claims. As with entertainment reporting based on a livestream, the account describes what the outlet says occurred and attributes the remarks to Peller; it is not independent confirmation of the transaction or proof that money changed hands.</w:t>
      </w:r>
      <w:r/>
    </w:p>
    <w:p>
      <w:pPr>
        <w:pStyle w:val="ListNumber"/>
        <w:spacing w:line="240" w:lineRule="auto"/>
        <w:ind w:left="720"/>
      </w:pPr>
      <w:r/>
      <w:hyperlink r:id="rId15">
        <w:r>
          <w:rPr>
            <w:color w:val="0000EE"/>
            <w:u w:val="single"/>
          </w:rPr>
          <w:t>https://newsunplug.com/will-you-allow-me-habby-forex-offers-50000-to-peller-with-1-condition/</w:t>
        </w:r>
      </w:hyperlink>
      <w:r>
        <w:t xml:space="preserve"> - Newsunplug carries a report about Habby Forex’s livestream offer to Peller. It says the Nigerian cryptocurrency trader proposed paying 50,000 US dollars for the opportunity to name Peller’s unborn child. The article describes Peller’s surprise, the conversion of the offer into approximately 70 million naira, and his response that he would consult his wife, Jarvis, before deciding. It then says Peller asked what name Habby Forex wanted to use and rejected the proposal. The report attributes to Peller the statement that money was not everything and that he did not use his family for money. It also mentions that Peller and Jarvis had announced a pregnancy and supplies brief background about their wedding. These details correspond to the additional news item appended to the supplied article, rather than its principal account of Bisi Alimi’s tenth wedding anniversary. The Newsunplug piece offers a second report of the same central claims: the 50,000-dollar amount, its approximate naira value, the proposed naming condition, Peller’s intention to speak with Jarvis and his eventual refusal. Because it recounts the same reported livestream, it should be treated as corroborating coverage, not as an entirely separate eyewitness account. It provides no evidence about Alimi or Anthony’s anniversary post.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istlover.com/we-are-still-going-stronger-bisi-alimi-celebrates-10-years-of-marriage-with-husband/" TargetMode="External"/><Relationship Id="rId10" Type="http://schemas.openxmlformats.org/officeDocument/2006/relationships/hyperlink" Target="https://www.bellanaija.com/2016/11/bisi-alimi-is-married/" TargetMode="External"/><Relationship Id="rId11" Type="http://schemas.openxmlformats.org/officeDocument/2006/relationships/hyperlink" Target="https://www.pulse.ng/story/bisi-alimi-gay-rights-activist-finally-shares-pictures-from-wedding-2024080301335371803" TargetMode="External"/><Relationship Id="rId12" Type="http://schemas.openxmlformats.org/officeDocument/2006/relationships/hyperlink" Target="https://www.tori.ng/news/286526/gy-activist-bisi-alimi-celebrates-8th-anniversary.html" TargetMode="External"/><Relationship Id="rId13" Type="http://schemas.openxmlformats.org/officeDocument/2006/relationships/hyperlink" Target="https://www.lindaikejisblog.com/2018/9/bisi-alimi-and-his-husband-talk-about-their-first-date-on-litv-as-they-become-first-gay-couple-to-be-interviewed-on-any-nigerian-television-video-2.html" TargetMode="External"/><Relationship Id="rId14" Type="http://schemas.openxmlformats.org/officeDocument/2006/relationships/hyperlink" Target="https://www.gistreel.com/will-you-allow-me-habby-forex-offers-50000-to-peller-with-1-condition/" TargetMode="External"/><Relationship Id="rId15" Type="http://schemas.openxmlformats.org/officeDocument/2006/relationships/hyperlink" Target="https://newsunplug.com/will-you-allow-me-habby-forex-offers-50000-to-peller-with-1-condi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