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New Orleans This November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Orleans is leaning into its celebratory side this November, with a packed LGBTQ+ events calendar spanning drag, burlesque, live music, dancing and community gatherings. From French Quarter singalongs to a Thanksgiving-day spectacle, there are plenty of ways for locals and visitors to find their kind of night out - or a welcoming place to spend the afternoon.</w:t>
      </w:r>
      <w:r/>
    </w:p>
    <w:p>
      <w:pPr>
        <w:pStyle w:val="Heading2"/>
      </w:pPr>
      <w:r>
        <w:t>Essential takeaways</w:t>
      </w:r>
      <w:r/>
      <w:r/>
    </w:p>
    <w:p>
      <w:pPr>
        <w:pStyle w:val="ListBullet"/>
        <w:spacing w:line="240" w:lineRule="auto"/>
        <w:ind w:left="720"/>
      </w:pPr>
      <w:r/>
      <w:r>
        <w:rPr>
          <w:b/>
        </w:rPr>
        <w:t>A full month of options:</w:t>
      </w:r>
      <w:r>
        <w:t xml:space="preserve"> The calendar includes recurring weekly events as well as one-off November performances and gatherings.</w:t>
      </w:r>
      <w:r/>
    </w:p>
    <w:p>
      <w:pPr>
        <w:pStyle w:val="ListBullet"/>
        <w:spacing w:line="240" w:lineRule="auto"/>
        <w:ind w:left="720"/>
      </w:pPr>
      <w:r/>
      <w:r>
        <w:rPr>
          <w:b/>
        </w:rPr>
        <w:t>More than nightlife:</w:t>
      </w:r>
      <w:r>
        <w:t xml:space="preserve"> Community walks, coffee meet-ups, youth activities, a book club and intergenerational game night sit alongside shows and dance parties.</w:t>
      </w:r>
      <w:r/>
    </w:p>
    <w:p>
      <w:pPr>
        <w:pStyle w:val="ListBullet"/>
        <w:spacing w:line="240" w:lineRule="auto"/>
        <w:ind w:left="720"/>
      </w:pPr>
      <w:r/>
      <w:r>
        <w:rPr>
          <w:b/>
        </w:rPr>
        <w:t>Thanksgiving has its own spectacle:</w:t>
      </w:r>
      <w:r>
        <w:t xml:space="preserve"> Human Horse Races are scheduled for 26 November, with races, games, food and costume contests.</w:t>
      </w:r>
      <w:r/>
    </w:p>
    <w:p>
      <w:pPr>
        <w:pStyle w:val="ListBullet"/>
        <w:spacing w:line="240" w:lineRule="auto"/>
        <w:ind w:left="720"/>
      </w:pPr>
      <w:r/>
      <w:r>
        <w:rPr>
          <w:b/>
        </w:rPr>
        <w:t>Some events need planning:</w:t>
      </w:r>
      <w:r>
        <w:t xml:space="preserve"> Several listings recommend or require advance tickets, reservations or registration.</w:t>
      </w:r>
      <w:r/>
    </w:p>
    <w:p>
      <w:pPr>
        <w:pStyle w:val="ListBullet"/>
        <w:spacing w:line="240" w:lineRule="auto"/>
        <w:ind w:left="720"/>
      </w:pPr>
      <w:r/>
      <w:r>
        <w:rPr>
          <w:b/>
        </w:rPr>
        <w:t>The fun extends beyond the city:</w:t>
      </w:r>
      <w:r>
        <w:t xml:space="preserve"> Listings also feature events in Baton Rouge, Gulfport, Mandeville, Metairie and Pensacola.</w:t>
      </w:r>
      <w:r/>
      <w:r/>
    </w:p>
    <w:p>
      <w:pPr>
        <w:pStyle w:val="Heading2"/>
      </w:pPr>
      <w:r>
        <w:t>New Orleans has a November calendar with real range</w:t>
      </w:r>
      <w:r/>
    </w:p>
    <w:p>
      <w:r/>
      <w:r>
        <w:t xml:space="preserve">The best LGBTQ+ events in New Orleans this November aren't confined to one kind of evening. The calendar moves from karaoke and trivia to drag shows, burlesque, line dancing and live music, with many events taking place in familiar venues across the French Quarter and beyond. It's the sort of month where you can choose a polished stage show one night and a relaxed singalong the next. </w:t>
      </w:r>
      <w:hyperlink r:id="rId9">
        <w:r>
          <w:rPr>
            <w:color w:val="0000EE"/>
            <w:u w:val="single"/>
          </w:rPr>
          <w:t>[2]</w:t>
        </w:r>
      </w:hyperlink>
      <w:r/>
    </w:p>
    <w:p>
      <w:r/>
      <w:r>
        <w:t xml:space="preserve">There's plenty to do in daylight, too. Drag brunches appear at the Country Club and Marigny Brasserie, while the New Orleans Pride Center lists a Saturday drop-in for LGBTQ+ young people aged 13 to 24, with activities including films, art and journalling. For older community members, NOAGE's calendar includes coffee talks, a book club and a Friendsgiving potluck.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[7]</w:t>
        </w:r>
      </w:hyperlink>
      <w:r/>
    </w:p>
    <w:p>
      <w:pPr>
        <w:pStyle w:val="Heading2"/>
      </w:pPr>
      <w:r>
        <w:t>Expect glitter, jazz and a few surprises</w:t>
      </w:r>
      <w:r/>
    </w:p>
    <w:p>
      <w:r/>
      <w:r>
        <w:t xml:space="preserve">Performance is a big thread running through the month. The listings include recurring drag shows and burlesque nights, plus special productions such as a cabaret take on </w:t>
      </w:r>
      <w:r>
        <w:rPr>
          <w:i/>
        </w:rPr>
        <w:t>Clue</w:t>
      </w:r>
      <w:r>
        <w:t xml:space="preserve">, a queer storytelling evening and a variety show that lets audience choices shape the story. On 8 November, a drag brunch at the Bourbon Orleans features Crystal Envy, a guest from </w:t>
      </w:r>
      <w:r>
        <w:rPr>
          <w:i/>
        </w:rPr>
        <w:t>RuPaul's Drag Race</w:t>
      </w:r>
      <w:r>
        <w:t xml:space="preserve"> season 17, alongside a breakfast buffet and bottomless mimosas. </w:t>
      </w:r>
      <w:hyperlink r:id="rId9">
        <w:r>
          <w:rPr>
            <w:color w:val="0000EE"/>
            <w:u w:val="single"/>
          </w:rPr>
          <w:t>[2]</w:t>
        </w:r>
      </w:hyperlink>
      <w:r/>
    </w:p>
    <w:p>
      <w:r/>
      <w:r>
        <w:t xml:space="preserve">Music fans can pick their mood: showtunes singalongs, karaoke, jazz-and-burlesque performances or dance nights with pop and disco themes. The calendar also points to the New Orleans Fringe Festival, which brings together work in circus, burlesque, dance, music and spoken word. In other words, there's more here than a standard night at the bar. </w:t>
      </w:r>
      <w:hyperlink r:id="rId9">
        <w:r>
          <w:rPr>
            <w:color w:val="0000EE"/>
            <w:u w:val="single"/>
          </w:rPr>
          <w:t>[2]</w:t>
        </w:r>
      </w:hyperlink>
      <w:r>
        <w:t xml:space="preserve">, </w:t>
      </w:r>
      <w:hyperlink r:id="rId12">
        <w:r>
          <w:rPr>
            <w:color w:val="0000EE"/>
            <w:u w:val="single"/>
          </w:rPr>
          <w:t>[5]</w:t>
        </w:r>
      </w:hyperlink>
      <w:r/>
    </w:p>
    <w:p>
      <w:pPr>
        <w:pStyle w:val="Heading2"/>
      </w:pPr>
      <w:r>
        <w:t>Find a community event, not just a night out</w:t>
      </w:r>
      <w:r/>
    </w:p>
    <w:p>
      <w:r/>
      <w:r>
        <w:t xml:space="preserve">Some of the most inviting listings are built around meeting people. NOAGE's walking group gathers on Mondays at Audubon Park, while the New Orleans Chorus Connection describes itself as a supportive place to sing, whether you're new to it or simply want a musical outlet. A separate intergenerational game night at the Pride Center offers a low-key way to spend time with community members across age groups.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[7]</w:t>
        </w:r>
      </w:hyperlink>
      <w:r/>
    </w:p>
    <w:p>
      <w:r/>
      <w:r>
        <w:t xml:space="preserve">There are also opportunities to support local organisations while enjoying a meal or gathering. A November fundraiser for Forum for Equality invites diners to support the group at Chef Ron's Gumbo Stop, and NOAGE's gala is raising funds for services and advocacy for local LGBTQ+ elders. These events add a useful reminder that community calendars aren't only about entertainment; they can also help sustain the spaces and services people rely on. </w:t>
      </w:r>
      <w:hyperlink r:id="rId9">
        <w:r>
          <w:rPr>
            <w:color w:val="0000EE"/>
            <w:u w:val="single"/>
          </w:rPr>
          <w:t>[2]</w:t>
        </w:r>
      </w:hyperlink>
      <w:r>
        <w:t xml:space="preserve">, </w:t>
      </w:r>
      <w:hyperlink r:id="rId10">
        <w:r>
          <w:rPr>
            <w:color w:val="0000EE"/>
            <w:u w:val="single"/>
          </w:rPr>
          <w:t>[4]</w:t>
        </w:r>
      </w:hyperlink>
      <w:r/>
    </w:p>
    <w:p>
      <w:pPr>
        <w:pStyle w:val="Heading2"/>
      </w:pPr>
      <w:r>
        <w:t>Make your plan before you head out</w:t>
      </w:r>
      <w:r/>
    </w:p>
    <w:p>
      <w:r/>
      <w:r>
        <w:t xml:space="preserve">With so many events on the list, it's worth checking the organiser's latest information before setting off. Some shows have limited seating or ticket requirements, and popular brunches may need reservations. Times, prices and entry details vary, so confirm them directly with the venue or event organiser, especially if you're travelling from outside New Orleans. </w:t>
      </w:r>
      <w:hyperlink r:id="rId9">
        <w:r>
          <w:rPr>
            <w:color w:val="0000EE"/>
            <w:u w:val="single"/>
          </w:rPr>
          <w:t>[2]</w:t>
        </w:r>
      </w:hyperlink>
      <w:r/>
    </w:p>
    <w:p>
      <w:r/>
      <w:r>
        <w:t xml:space="preserve">A little practical planning helps, too. Look up the venue location and transport options, check age guidance where it's relevant, and note whether an event is free or ticketed. For outdoor plans such as the park walking group, the listing says the walk is cancelled in bad weather. And if you want a quieter introduction, a coffee talk, book club or community game night may feel easier than a busy late-night show.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[7]</w:t>
        </w:r>
      </w:hyperlink>
      <w:r/>
    </w:p>
    <w:p>
      <w:pPr>
        <w:pStyle w:val="Heading2"/>
      </w:pPr>
      <w:r>
        <w:t>Thanksgiving brings an appropriately playful finale</w:t>
      </w:r>
      <w:r/>
    </w:p>
    <w:p>
      <w:r/>
      <w:r>
        <w:t xml:space="preserve">The late-month listings keep the variety coming, from a queer high-femme glamour show to disco burlesque, drag brunch and community gatherings. On Thanksgiving Day, 26 November, the Human Horse Races promise a deliberately silly alternative to the usual holiday routine, with adult, family and children's races, costume contests, games, art and food vendors. General admission is listed at $10 in advance and $20 on the day, with children aged 12 and under admitted free. </w:t>
      </w:r>
      <w:hyperlink r:id="rId9">
        <w:r>
          <w:rPr>
            <w:color w:val="0000EE"/>
            <w:u w:val="single"/>
          </w:rPr>
          <w:t>[2]</w:t>
        </w:r>
      </w:hyperlink>
      <w:r/>
    </w:p>
    <w:p>
      <w:r/>
      <w:r>
        <w:t xml:space="preserve">The calendar also includes a Thanksgiving potluck and show in Gulfport, followed by more music and performance events over the holiday weekend. Whether you fancy sequins, a shared meal or a dance floor, November offers a welcome range of ways to mark the season with other people. </w:t>
      </w:r>
      <w:hyperlink r:id="rId9">
        <w:r>
          <w:rPr>
            <w:color w:val="0000EE"/>
            <w:u w:val="single"/>
          </w:rPr>
          <w:t>[2]</w:t>
        </w:r>
      </w:hyperlink>
      <w:r/>
    </w:p>
    <w:p>
      <w:r/>
      <w:r>
        <w:rPr>
          <w:b/>
        </w:rPr>
        <w:t>Check the event details, choose your pace and make room for a little New Orleans sparkle.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[7]</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[7]</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Paragraph 11: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https://www.ambushmag.com/under-the-gaydar-november-2026-event-calendar/#utm_source=rss&amp;utm_medium=rss&amp;utm_campaign=under-the-gaydar-november-2026-event-calendar</w:t>
        </w:r>
      </w:hyperlink>
      <w:r>
        <w:t xml:space="preserve"> - Please view link - unable to able to access data</w:t>
      </w:r>
      <w:r/>
    </w:p>
    <w:p>
      <w:pPr>
        <w:pStyle w:val="ListNumber"/>
        <w:spacing w:line="240" w:lineRule="auto"/>
        <w:ind w:left="720"/>
      </w:pPr>
      <w:r/>
      <w:hyperlink r:id="rId9">
        <w:r>
          <w:rPr>
            <w:color w:val="0000EE"/>
            <w:u w:val="single"/>
          </w:rPr>
          <w:t>https://www.ambushmag.com/under-the-gaydar-november-2026-event-calendar/</w:t>
        </w:r>
      </w:hyperlink>
      <w:r>
        <w:t xml:space="preserve"> - Ambush Magazine’s November 2026 calendar gathers LGBTQ+ events and recurring nightlife listings across New Orleans and nearby Gulf South communities. It is organised by weekday and then by date, covering activities such as karaoke, trivia, drag performances, burlesque, line dancing, brunches, community gatherings, fundraisers and religious services. Each entry generally gives a venue, street address, start time and a brief description; some include ticketing or reservation details. The weekly listings range from NOAGE walking groups and Pride Center youth drop-in sessions to shows at local clubs and cabarets. The dated section highlights special happenings in November, including Halloween New Orleans’ tea dance, the Saenger Theatre run of The Lion King, NOLA Leather Fest, the New Orleans Fringe Festival, charitable dining events and Thanksgiving activities. The calendar is a useful starting point for planning, but it is not a guarantee that every event will proceed exactly as listed. Some events are recurring, some are subject to change, and schedules, admission prices, age limits and availability may be updated by organisers. Readers should verify details with the event venue or organiser before travelling or purchasing tickets. The publication invites event organisers to submit listings by email, and the article’s broad range reflects both nightlife entertainment and community-oriented programming.</w:t>
      </w:r>
      <w:r/>
    </w:p>
    <w:p>
      <w:pPr>
        <w:pStyle w:val="ListNumber"/>
        <w:spacing w:line="240" w:lineRule="auto"/>
        <w:ind w:left="720"/>
      </w:pPr>
      <w:r/>
      <w:hyperlink r:id="rId14">
        <w:r>
          <w:rPr>
            <w:color w:val="0000EE"/>
            <w:u w:val="single"/>
          </w:rPr>
          <w:t>https://www.halloweenneworleans.com/events</w:t>
        </w:r>
      </w:hyperlink>
      <w:r>
        <w:t xml:space="preserve"> - Halloween New Orleans’ official events page presents the organisation’s 2026 programme, including its annual weekend gala, Halloween party and Sunday afternoon tea dance. The page lists the gala for Friday, 30 October, at The Barnett, with an evening of cocktails, food, music, a premium open bar and a silent auction. Saturday’s costume party is scheduled at The Fillmore and is described as a major weekend event featuring a DJ, performances and a costume revue and contest. The Sunday tea dance is listed for 1 November at Goldring Woldenberg Riverfront Park, with DJ Ben Bakson and a second-line procession through the French Quarter afterwards. These details correspond to the Halloween New Orleans event included in the November calendar. The organisation characterises its weekend as a long-running gay celebration and fundraising occasion, and states that ticket proceeds benefit Project Lazarus, which provides housing and support services to people living with HIV/AIDS. The page is the event organiser’s own source for its listed programme, location and charitable purpose. It also directs visitors to follow the organisation for updates. As with any event schedule, attendees should consult the official page close to the event in case times, venues or arrangements change.</w:t>
      </w:r>
      <w:r/>
    </w:p>
    <w:p>
      <w:pPr>
        <w:pStyle w:val="ListNumber"/>
        <w:spacing w:line="240" w:lineRule="auto"/>
        <w:ind w:left="720"/>
      </w:pPr>
      <w:r/>
      <w:hyperlink r:id="rId10">
        <w:r>
          <w:rPr>
            <w:color w:val="0000EE"/>
            <w:u w:val="single"/>
          </w:rPr>
          <w:t>https://www.noagenola.org/</w:t>
        </w:r>
      </w:hyperlink>
      <w:r>
        <w:t xml:space="preserve"> - The NOAGE website describes New Orleans Advocates for LGBTQ+ Elders as a community organisation working to keep older LGBTQ+ people visible, connected and supported. It outlines social and educational activities including coffee talks, potlucks, movie nights, a walking group, a book club and occasional special events. These programme categories support the November calendar’s descriptions of NOAGE activities such as the weekly walking group, coffee gatherings, a Friendsgiving potluck, a gala and book-club meetings. The organisation also describes its advocacy work, including cultural-competency training for healthcare and other service providers who work with LGBTQ+ older adults. NOAGE says it has trained hundreds of local providers. Its stated values include respecting the distinct needs of LGBTQ+ elders, working alongside other community organisations and advocating for dignity, respect and welfare. The website offers ways to contact the organisation, subscribe to updates, volunteer or contribute. It therefore provides background on the group named throughout the calendar and explains why its events combine social connection, education and community advocacy. The page does not itself verify every date, venue or time printed in the article, so readers should check NOAGE’s current communications for specific event arrangements. Its central subject is the organisation’s mission and ongoing services rather than a detailed day-by-day November schedule.</w:t>
      </w:r>
      <w:r/>
    </w:p>
    <w:p>
      <w:pPr>
        <w:pStyle w:val="ListNumber"/>
        <w:spacing w:line="240" w:lineRule="auto"/>
        <w:ind w:left="720"/>
      </w:pPr>
      <w:r/>
      <w:hyperlink r:id="rId12">
        <w:r>
          <w:rPr>
            <w:color w:val="0000EE"/>
            <w:u w:val="single"/>
          </w:rPr>
          <w:t>https://www.nolafringe.org/</w:t>
        </w:r>
      </w:hyperlink>
      <w:r>
        <w:t xml:space="preserve"> - The official New Orleans Fringe Festival website introduces the festival as a collection of performances at venues around New Orleans, primarily in the Marigny and Bywater neighbourhoods. It explains that the programme includes events at three Fringe-managed venues as well as independent “Bring Your Own Venue” stages. The New Marigny Theatre serves as the festival hub, with a ticket booth, vendor market, health screenings, all-ages programming and late-night entertainment. Visitors can consult the full schedule and map, browse show descriptions, and purchase individual tickets or passes through the site; some independent venues manage their own ticketing. The website says the schedule is designed to make it possible to see multiple performances in one day, though some locations may be outside the central festival area and advance planning is advisable. It also provides an accessibility guide covering venue access, water, sober or non-sober settings and bathroom information. This information supports the calendar’s listing of the Fringe Festival as a multi-day, multi-venue performance event, while offering practical details for planning attendance. The festival’s programme can include a wide range of performance styles, and its online programme is the appropriate place to confirm individual productions, venues and times. The site identifies the festival organisation as a nonprofit and acknowledges community partners and supporters.</w:t>
      </w:r>
      <w:r/>
    </w:p>
    <w:p>
      <w:pPr>
        <w:pStyle w:val="ListNumber"/>
        <w:spacing w:line="240" w:lineRule="auto"/>
        <w:ind w:left="720"/>
      </w:pPr>
      <w:r/>
      <w:hyperlink r:id="rId15">
        <w:r>
          <w:rPr>
            <w:color w:val="0000EE"/>
            <w:u w:val="single"/>
          </w:rPr>
          <w:t>https://nolaleatherfest.com/</w:t>
        </w:r>
      </w:hyperlink>
      <w:r>
        <w:t xml:space="preserve"> - The NOLA Leather Fest website gives information about the 2026 gathering, including its mid-November dates, registration, age requirement, host hotel and planned activities. It states that participants must be at least 21 years old as of 12 November 2026. The programme shown includes registration and a welcome social on Thursday, leather education sessions and a pool/play party on Friday, and an excursion, banquet, bar crawl and late-night activities on Saturday. Sunday is listed for hotel check-out and a recovery brunch at the Phoenix. The event package is described as providing a festival shirt, run pin and access to the event site, socials, education and demonstrations. The page also mentions daily Alcoholics Anonymous meetings and volunteer opportunities. This organiser-run source supports the calendar’s listing of NOLA Leather Fest as a multi-day New Orleans leather-community event taking place from 12 to 15 November 2026. It supplies more detailed information than the calendar’s short notice, but the site indicates that some programme details may be added or updated. Its Sunday date appears partially truncated in the displayed text, so attendees should confirm the complete schedule directly with the organiser before making plans. The listed activities and logistics are subject to change.</w:t>
      </w:r>
      <w:r/>
    </w:p>
    <w:p>
      <w:pPr>
        <w:pStyle w:val="ListNumber"/>
        <w:spacing w:line="240" w:lineRule="auto"/>
        <w:ind w:left="720"/>
      </w:pPr>
      <w:r/>
      <w:hyperlink r:id="rId11">
        <w:r>
          <w:rPr>
            <w:color w:val="0000EE"/>
            <w:u w:val="single"/>
          </w:rPr>
          <w:t>https://nolapridecenter.org/events/list/</w:t>
        </w:r>
      </w:hyperlink>
      <w:r>
        <w:t xml:space="preserve"> - The New Orleans Pride Center’s events listing is an official calendar for community programmes at the centre and related LGBTQ+ activities. Search results for the page identify LGBTQ+ youth drop-in programming at the Pride Center’s Orleans Avenue location, supporting the November article’s reference to recurring youth gatherings. The centre’s event information describes these sessions as welcoming activities for LGBTQ+ young people, with opportunities to meet peers and take part in casual activities. The listing page is useful for checking current event postings, locations and dates, while the Pride Center’s broader calendar includes both youth and community events. The November Ambush article gives its own specific Saturday schedule and age range for Drop Inn Nights, but event details may change; the organiser’s calendar should be consulted for the most current information. The Pride Center offers a local hub for LGBTQ+ people and allies, and its event programme complements the calendar’s many bar, performance and nightlife listings with community-based activities. Because the events page updates over time, particular entries can move or disappear as dates pass, and a listing on the site should be checked directly before attendance. Visitors can use the calendar to find event-specific descriptions and confirm whether a programme is open to the public.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mbushmag.com/under-the-gaydar-november-2026-event-calendar/" TargetMode="External"/><Relationship Id="rId10" Type="http://schemas.openxmlformats.org/officeDocument/2006/relationships/hyperlink" Target="https://www.noagenola.org/" TargetMode="External"/><Relationship Id="rId11" Type="http://schemas.openxmlformats.org/officeDocument/2006/relationships/hyperlink" Target="https://nolapridecenter.org/events/list/" TargetMode="External"/><Relationship Id="rId12" Type="http://schemas.openxmlformats.org/officeDocument/2006/relationships/hyperlink" Target="https://www.nolafringe.org/" TargetMode="External"/><Relationship Id="rId13" Type="http://schemas.openxmlformats.org/officeDocument/2006/relationships/hyperlink" Target="https://www.ambushmag.com/under-the-gaydar-november-2026-event-calendar/#utm_source=rss&amp;utm_medium=rss&amp;utm_campaign=under-the-gaydar-november-2026-event-calendar" TargetMode="External"/><Relationship Id="rId14" Type="http://schemas.openxmlformats.org/officeDocument/2006/relationships/hyperlink" Target="https://www.halloweenneworleans.com/events" TargetMode="External"/><Relationship Id="rId15" Type="http://schemas.openxmlformats.org/officeDocument/2006/relationships/hyperlink" Target="https://nolaleatherfes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