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Vancouver’s Funny and Gay Festival Brings Queer Comedy Together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Vancouver’s Funny and Gay Comedy Festival brings queer comics and audiences together across the city, turning a scattered scene into a lively week of shows. Founded by comedians Aron MacDonald and Andrea Feltrin, the festival celebrates local talent and gives audiences a clearer way to find queer comedy throughout the year.</w:t>
      </w:r>
      <w:r/>
    </w:p>
    <w:p>
      <w:pPr>
        <w:pStyle w:val="Heading2"/>
      </w:pPr>
      <w:r>
        <w:t>Vancouver’s queer comedy scene gets a shared stage</w:t>
      </w:r>
      <w:r/>
    </w:p>
    <w:p>
      <w:r/>
      <w:r>
        <w:t>Vancouver’s comedy circuit is spread across clubs, bars and larger performance venues, so discovering queer comics can take a little local knowledge. The Funny and Gay Comedy Festival was created to bring performers and audiences together under one roof, with a programme celebrating the city’s homegrown queer talent.</w:t>
      </w:r>
      <w:r/>
    </w:p>
    <w:p>
      <w:r/>
      <w:r>
        <w:t>The festival grew from a question comedian Aron MacDonald asked after joining the scene: why weren’t queer performers and audiences gathering in one place? MacDonald and fellow comedian Andrea Feltrin developed the idea into a multi-day event, with shows centred on connection as much as laughter.</w:t>
      </w:r>
      <w:r/>
    </w:p>
    <w:p>
      <w:pPr>
        <w:pStyle w:val="Heading2"/>
      </w:pPr>
      <w:r>
        <w:t>A festival built around local talent</w:t>
      </w:r>
      <w:r/>
    </w:p>
    <w:p>
      <w:r/>
      <w:r>
        <w:t>Rather than building a programme from scratch, the festival brings attention to existing shows and performers. Its line-up includes established queer comedy events alongside opportunities for newer comics and underrepresented voices, helping audiences find acts they might otherwise miss.</w:t>
      </w:r>
      <w:r/>
    </w:p>
    <w:p>
      <w:r/>
      <w:r>
        <w:t>That approach matters in a city where comedy nights can be spread across different venues and communities. Linking recurring shows through a festival can help people discover what’s on, then keep coming back once the event itself is over.</w:t>
      </w:r>
      <w:r/>
    </w:p>
    <w:p>
      <w:pPr>
        <w:pStyle w:val="Heading2"/>
      </w:pPr>
      <w:r>
        <w:t>Why queer comedy nights matter</w:t>
      </w:r>
      <w:r/>
    </w:p>
    <w:p>
      <w:r/>
      <w:r>
        <w:t>A dedicated comedy night can offer performers room to explore experiences that might not always find an easy audience elsewhere. For spectators, there’s a particular pleasure in laughing with people who recognise the same references, tensions and absurdities.</w:t>
      </w:r>
      <w:r/>
    </w:p>
    <w:p>
      <w:r/>
      <w:r>
        <w:t>But the welcome isn’t limited to queer audiences. A clear community focus can make a show feel safer and more inviting for those it represents, while giving everyone else a chance to enjoy fresh perspectives and sharp material.</w:t>
      </w:r>
      <w:r/>
    </w:p>
    <w:p>
      <w:pPr>
        <w:pStyle w:val="Heading2"/>
      </w:pPr>
      <w:r>
        <w:t>Finding the right show in Vancouver</w:t>
      </w:r>
      <w:r/>
    </w:p>
    <w:p>
      <w:r/>
      <w:r>
        <w:t>The festival’s programme is a useful starting point if you’re new to the city’s queer comedy scene. Check the official event listings for dates, venues and ticket details, as individual shows may take place at different locations and availability can change.</w:t>
      </w:r>
      <w:r/>
    </w:p>
    <w:p>
      <w:r/>
      <w:r>
        <w:t>It’s also worth looking beyond festival week. Comedy After Dark and Little Mountain Gallery are among Vancouver’s venues that host comedy events; check their current listings for upcoming shows rather than assuming a particular night or performer will be on.</w:t>
      </w:r>
      <w:r/>
    </w:p>
    <w:p>
      <w:pPr>
        <w:pStyle w:val="Heading2"/>
      </w:pPr>
      <w:r>
        <w:t>A laugh that can last beyond festival week</w:t>
      </w:r>
      <w:r/>
    </w:p>
    <w:p>
      <w:r/>
      <w:r>
        <w:t>Running a festival is a sizeable undertaking, particularly when organisers are trying to balance an ambitious programme with access and capacity. The bigger hope is that bringing these shows together helps audiences recognise queer comedy as a year-round part of Vancouver’s arts scene, not a one-off event.</w:t>
      </w:r>
      <w:r/>
    </w:p>
    <w:p>
      <w:r/>
      <w:r>
        <w:t>And that’s a modest but meaningful ambition: more chances to find a room where the jokes land, the crowd feels at ease, and nobody has to explain why they’re laughing.</w:t>
      </w:r>
      <w:r/>
    </w:p>
    <w:p>
      <w:r/>
      <w:r>
        <w:t>Explore the programme and find a show that suits your evening.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https://montecristomagazine.com/arts/funny-gay-and-on-stage-in-vancouver</w:t>
        </w:r>
      </w:hyperlink>
      <w:r>
        <w:t xml:space="preserve"> - Please view link - unable to able to access data</w:t>
      </w:r>
      <w:r/>
    </w:p>
    <w:p>
      <w:pPr>
        <w:pStyle w:val="ListNumber"/>
        <w:spacing w:line="240" w:lineRule="auto"/>
        <w:ind w:left="720"/>
      </w:pPr>
      <w:r/>
      <w:hyperlink r:id="rId9">
        <w:r>
          <w:rPr>
            <w:color w:val="0000EE"/>
            <w:u w:val="single"/>
          </w:rPr>
          <w:t>https://montecristomagazine.com/arts/funny-gay-and-on-stage-in-vancouver</w:t>
        </w:r>
      </w:hyperlink>
      <w:r>
        <w:t xml:space="preserve"> - This MONTECRISTO feature introduces Vancouver’s comedy scene and the Funny and Gay Comedy Festival, founded by comedians Aron MacDonald and Andrea Feltrin. It describes how queer performers and audiences were spread across separate shows and venues, inspiring the founders to bring them together. The article highlights community events including New Moon Comedy, Laughs in Queer, Gender Neutral Comedy Hour, That’s Gay! Comedy and Open Mic(helle). MacDonald and Feltrin discuss the role of humour, queer visibility and accessible programming, as well as the practical challenges of staging a week-long festival. It presents the festival as an effort to connect audiences with queer comedy throughout the year.</w:t>
      </w:r>
      <w:r/>
    </w:p>
    <w:p>
      <w:pPr>
        <w:pStyle w:val="ListNumber"/>
        <w:spacing w:line="240" w:lineRule="auto"/>
        <w:ind w:left="720"/>
      </w:pPr>
      <w:r/>
      <w:hyperlink r:id="rId10">
        <w:r>
          <w:rPr>
            <w:color w:val="0000EE"/>
            <w:u w:val="single"/>
          </w:rPr>
          <w:t>https://vancouverweekly.com/funny-and-gay-comedy-festival-2026/</w:t>
        </w:r>
      </w:hyperlink>
      <w:r>
        <w:t xml:space="preserve"> - Vancouver Weekly’s guide covers the Funny and Gay Comedy Festival’s six-day programme, planned for 10–15 November 2026. It describes the event as Vancouver’s first festival dedicated to queer comedy and identifies Aron MacDonald and Andrea Feltrin as its co-founders. The guide lists a varied programme, including stand-up, improv, drag, workshops and established community shows. It also provides a schedule, venue information and ticket links, noting that events take place at several locations around Vancouver. Founder biographies offer context about their comedy and creative work. The article is useful for corroborating the festival’s dates, organisers, scope and the local shows brought together.</w:t>
      </w:r>
      <w:r/>
    </w:p>
    <w:p>
      <w:pPr>
        <w:pStyle w:val="ListNumber"/>
        <w:spacing w:line="240" w:lineRule="auto"/>
        <w:ind w:left="720"/>
      </w:pPr>
      <w:r/>
      <w:hyperlink r:id="rId11">
        <w:r>
          <w:rPr>
            <w:color w:val="0000EE"/>
            <w:u w:val="single"/>
          </w:rPr>
          <w:t>https://www.whatsonqueerbc.com/queer-events/funny-gay-comedy-fest</w:t>
        </w:r>
      </w:hyperlink>
      <w:r>
        <w:t xml:space="preserve"> - This event listing presents the Funny and Gay Comedy Festival as a six-day celebration of Vancouver’s queer comedy community, scheduled for 10–15 November 2026. It names local producers Aron MacDonald and Andrea Feltrin and describes a programme combining stand-up, improv, drag and comedy workshops at multiple city venues. The listing also refers to Open Michelle, afternoon performances and drag brunches, encouraging audiences to support LGBTQ+ comedy. It includes the event dates, general Vancouver location and a route to tickets and further information. This source independently supports the article’s key details about the festival’s organisers, timing, city-wide format and community-centred purpose.</w:t>
      </w:r>
      <w:r/>
    </w:p>
    <w:p>
      <w:pPr>
        <w:pStyle w:val="ListNumber"/>
        <w:spacing w:line="240" w:lineRule="auto"/>
        <w:ind w:left="720"/>
      </w:pPr>
      <w:r/>
      <w:hyperlink r:id="rId12">
        <w:r>
          <w:rPr>
            <w:color w:val="0000EE"/>
            <w:u w:val="single"/>
          </w:rPr>
          <w:t>https://funnyandgay.ca/</w:t>
        </w:r>
      </w:hyperlink>
      <w:r>
        <w:t xml:space="preserve"> - The official Funny and Gay Comedy Festival website is the festival’s primary online source. Its homepage directs visitors to the festival schedule and offers information about the event through its navigation and festival pages. The site identifies itself as Funny and Gay Fest and provides a direct route to current programme details, making it relevant for confirming the festival’s existence and its official public presence. It is especially useful alongside independent coverage because schedules and event information can change. The homepage is concise rather than an editorial article, so it is best used to verify official festival details and find primary-source updates about performances and related information.</w:t>
      </w:r>
      <w:r/>
    </w:p>
    <w:p>
      <w:pPr>
        <w:pStyle w:val="ListNumber"/>
        <w:spacing w:line="240" w:lineRule="auto"/>
        <w:ind w:left="720"/>
      </w:pPr>
      <w:r/>
      <w:hyperlink r:id="rId13">
        <w:r>
          <w:rPr>
            <w:color w:val="0000EE"/>
            <w:u w:val="single"/>
          </w:rPr>
          <w:t>https://comedyafterdark.ca/</w:t>
        </w:r>
      </w:hyperlink>
      <w:r>
        <w:t xml:space="preserve"> - Comedy After Dark’s official website describes a Vancouver venue combining live stand-up comedy, food and drinks. It identifies the club’s location near Gastown and promotes regular comedy performances, including events throughout the week. The site characterises its programme as featuring both established comics and emerging talent, supporting the article’s depiction of a traditional comedy club within Vancouver’s wider comedy circuit. Visitors can find show times, ticket information, event listings and details about the restaurant and bar. As the venue’s own source, it is useful for confirming the club’s current identity and activities, though it does not substantiate the festival’s queer-community history or the founders’ personal accounts.</w:t>
      </w:r>
      <w:r/>
    </w:p>
    <w:p>
      <w:pPr>
        <w:pStyle w:val="ListNumber"/>
        <w:spacing w:line="240" w:lineRule="auto"/>
        <w:ind w:left="720"/>
      </w:pPr>
      <w:r/>
      <w:hyperlink r:id="rId14">
        <w:r>
          <w:rPr>
            <w:color w:val="0000EE"/>
            <w:u w:val="single"/>
          </w:rPr>
          <w:t>https://littlemountaingallery.ca/comedy-shows-at-little-mountain-gallery/</w:t>
        </w:r>
      </w:hyperlink>
      <w:r>
        <w:t xml:space="preserve"> - Little Mountain Gallery’s official programme page describes its year-round schedule of locally created stand-up, improv, sketch and experimental comedy in Gastown. It lists recurring open-mic events, showcases and other performance series, illustrating the range of comedy activity at the venue. The page also provides its address, upcoming listings and ticket links, and explains that its shows feature both professional and emerging performers. This supports the article’s portrayal of the gallery as part of Vancouver’s comedy infrastructure and as a home for local artists. The page is a live schedule, so individual event details may change; its enduring value is the venue’s programme and role.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ntecristomagazine.com/arts/funny-gay-and-on-stage-in-vancouver" TargetMode="External"/><Relationship Id="rId10" Type="http://schemas.openxmlformats.org/officeDocument/2006/relationships/hyperlink" Target="https://vancouverweekly.com/funny-and-gay-comedy-festival-2026/" TargetMode="External"/><Relationship Id="rId11" Type="http://schemas.openxmlformats.org/officeDocument/2006/relationships/hyperlink" Target="https://www.whatsonqueerbc.com/queer-events/funny-gay-comedy-fest" TargetMode="External"/><Relationship Id="rId12" Type="http://schemas.openxmlformats.org/officeDocument/2006/relationships/hyperlink" Target="https://funnyandgay.ca/" TargetMode="External"/><Relationship Id="rId13" Type="http://schemas.openxmlformats.org/officeDocument/2006/relationships/hyperlink" Target="https://comedyafterdark.ca/" TargetMode="External"/><Relationship Id="rId14" Type="http://schemas.openxmlformats.org/officeDocument/2006/relationships/hyperlink" Target="https://littlemountaingallery.ca/comedy-shows-at-little-mountain-galle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