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The Q Rutland Offers an LGBTQ+ Social Space for All Ages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LGBTQ+ social space is opening on Strongs Avenue in Rutland, giving locals a welcoming place to meet, grab a snack and feel at home. With community events, an ever-growing wall of local contributions and room for different generations, The Q Rutland aims to make belonging part of everyday life.</w:t>
      </w:r>
      <w:r/>
    </w:p>
    <w:p>
      <w:pPr>
        <w:pStyle w:val="Heading2"/>
      </w:pPr>
      <w:r>
        <w:t>Essential Takeaways</w:t>
      </w:r>
      <w:r/>
      <w:r/>
    </w:p>
    <w:p>
      <w:pPr>
        <w:pStyle w:val="ListBullet"/>
        <w:spacing w:line="240" w:lineRule="auto"/>
        <w:ind w:left="720"/>
      </w:pPr>
      <w:r/>
      <w:r>
        <w:rPr>
          <w:b/>
        </w:rPr>
        <w:t>A new gathering place:</w:t>
      </w:r>
      <w:r>
        <w:t xml:space="preserve"> The Q Rutland is opening on Strongs Avenue in Rutland.</w:t>
      </w:r>
      <w:r/>
    </w:p>
    <w:p>
      <w:pPr>
        <w:pStyle w:val="ListBullet"/>
        <w:spacing w:line="240" w:lineRule="auto"/>
        <w:ind w:left="720"/>
      </w:pPr>
      <w:r/>
      <w:r>
        <w:rPr>
          <w:b/>
        </w:rPr>
        <w:t>Open to all ages:</w:t>
      </w:r>
      <w:r>
        <w:t xml:space="preserve"> Owner Todd Walker wants people of different generations to feel welcome.</w:t>
      </w:r>
      <w:r/>
    </w:p>
    <w:p>
      <w:pPr>
        <w:pStyle w:val="ListBullet"/>
        <w:spacing w:line="240" w:lineRule="auto"/>
        <w:ind w:left="720"/>
      </w:pPr>
      <w:r/>
      <w:r>
        <w:rPr>
          <w:b/>
        </w:rPr>
        <w:t>More than snacks and drinks:</w:t>
      </w:r>
      <w:r>
        <w:t xml:space="preserve"> The space is designed for socialising and community events, including karaoke and trivia.</w:t>
      </w:r>
      <w:r/>
    </w:p>
    <w:p>
      <w:pPr>
        <w:pStyle w:val="ListBullet"/>
        <w:spacing w:line="240" w:lineRule="auto"/>
        <w:ind w:left="720"/>
      </w:pPr>
      <w:r/>
      <w:r>
        <w:rPr>
          <w:b/>
        </w:rPr>
        <w:t>A wall made by its visitors:</w:t>
      </w:r>
      <w:r>
        <w:t xml:space="preserve"> Guests will be invited to add pictures to a collage celebrating LGBTQ+ history and culture.</w:t>
      </w:r>
      <w:r/>
    </w:p>
    <w:p>
      <w:pPr>
        <w:pStyle w:val="ListBullet"/>
        <w:spacing w:line="240" w:lineRule="auto"/>
        <w:ind w:left="720"/>
      </w:pPr>
      <w:r/>
      <w:r>
        <w:rPr>
          <w:b/>
        </w:rPr>
        <w:t>Evening hours:</w:t>
      </w:r>
      <w:r>
        <w:t xml:space="preserve"> The announced schedule runs from Monday to Thursday, 5pm to 10pm, and Friday and Saturday, 5pm to 2am.</w:t>
      </w:r>
      <w:r/>
      <w:r/>
    </w:p>
    <w:p>
      <w:pPr>
        <w:pStyle w:val="Heading2"/>
      </w:pPr>
      <w:r>
        <w:t>Rutland gets a new place to gather</w:t>
      </w:r>
      <w:r/>
    </w:p>
    <w:p>
      <w:r/>
      <w:r>
        <w:t xml:space="preserve">A warm drink, familiar faces and somewhere to settle in without having to explain yourself: that's the promise behind The Q Rutland, a new LGBTQ+ social space on Strongs Avenue. Owner Todd Walker says visitors can buy snacks and drinks, socialise and, above all, feel comfortable being themselves. </w:t>
      </w:r>
      <w:hyperlink r:id="rId9">
        <w:r>
          <w:rPr>
            <w:color w:val="0000EE"/>
            <w:u w:val="single"/>
          </w:rPr>
          <w:t>[2]</w:t>
        </w:r>
      </w:hyperlink>
      <w:r>
        <w:t xml:space="preserve">, </w:t>
      </w:r>
      <w:hyperlink r:id="rId10">
        <w:r>
          <w:rPr>
            <w:color w:val="0000EE"/>
            <w:u w:val="single"/>
          </w:rPr>
          <w:t>[6]</w:t>
        </w:r>
      </w:hyperlink>
      <w:r/>
    </w:p>
    <w:p>
      <w:r/>
      <w:r>
        <w:t xml:space="preserve">The venue is intended for all ages, not just adults looking for a night out. Walker has said that accepting groups made a difference when he was young, and he hopes to create that kind of welcome for others, too. </w:t>
      </w:r>
      <w:hyperlink r:id="rId9">
        <w:r>
          <w:rPr>
            <w:color w:val="0000EE"/>
            <w:u w:val="single"/>
          </w:rPr>
          <w:t>[2]</w:t>
        </w:r>
      </w:hyperlink>
      <w:r>
        <w:t xml:space="preserve">, </w:t>
      </w:r>
      <w:hyperlink r:id="rId11">
        <w:r>
          <w:rPr>
            <w:color w:val="0000EE"/>
            <w:u w:val="single"/>
          </w:rPr>
          <w:t>[4]</w:t>
        </w:r>
      </w:hyperlink>
      <w:r/>
    </w:p>
    <w:p>
      <w:pPr>
        <w:pStyle w:val="Heading2"/>
      </w:pPr>
      <w:r>
        <w:t>A community project with roots in Rutland</w:t>
      </w:r>
      <w:r/>
    </w:p>
    <w:p>
      <w:r/>
      <w:r>
        <w:t xml:space="preserve">The Q is part of a wider effort to build LGBTQ+ community in the area. Walker founded Rutland County Pride four years before the opening, while the organisation's ongoing work and festival offer other ways for people to come together. </w:t>
      </w:r>
      <w:hyperlink r:id="rId11">
        <w:r>
          <w:rPr>
            <w:color w:val="0000EE"/>
            <w:u w:val="single"/>
          </w:rPr>
          <w:t>[4]</w:t>
        </w:r>
      </w:hyperlink>
      <w:r>
        <w:t xml:space="preserve">, </w:t>
      </w:r>
      <w:hyperlink r:id="rId12">
        <w:r>
          <w:rPr>
            <w:color w:val="0000EE"/>
            <w:u w:val="single"/>
          </w:rPr>
          <w:t>[5]</w:t>
        </w:r>
      </w:hyperlink>
      <w:r/>
    </w:p>
    <w:p>
      <w:r/>
      <w:r>
        <w:t xml:space="preserve">The new space also arrives amid change in Rutland's LGBTQ+ nightlife. Bailey's, a former LGBTQ+ bar, closed earlier this year, leaving a gap that community venues and events may help address, even if a social space isn't quite the same as a bar. </w:t>
      </w:r>
      <w:hyperlink r:id="rId13">
        <w:r>
          <w:rPr>
            <w:color w:val="0000EE"/>
            <w:u w:val="single"/>
          </w:rPr>
          <w:t>[3]</w:t>
        </w:r>
      </w:hyperlink>
      <w:r>
        <w:t xml:space="preserve">, </w:t>
      </w:r>
      <w:hyperlink r:id="rId10">
        <w:r>
          <w:rPr>
            <w:color w:val="0000EE"/>
            <w:u w:val="single"/>
          </w:rPr>
          <w:t>[6]</w:t>
        </w:r>
      </w:hyperlink>
      <w:r/>
    </w:p>
    <w:p>
      <w:pPr>
        <w:pStyle w:val="Heading2"/>
      </w:pPr>
      <w:r>
        <w:t>The walls are part of the welcome</w:t>
      </w:r>
      <w:r/>
    </w:p>
    <w:p>
      <w:r/>
      <w:r>
        <w:t xml:space="preserve">Inside, the walls bring together historical figures, allies, LGBTQ+ celebrities and television characters. It's a lively way to make the space feel less like a blank room and more like a place with stories already in it. </w:t>
      </w:r>
      <w:hyperlink r:id="rId9">
        <w:r>
          <w:rPr>
            <w:color w:val="0000EE"/>
            <w:u w:val="single"/>
          </w:rPr>
          <w:t>[2]</w:t>
        </w:r>
      </w:hyperlink>
      <w:r>
        <w:t xml:space="preserve">, </w:t>
      </w:r>
      <w:hyperlink r:id="rId10">
        <w:r>
          <w:rPr>
            <w:color w:val="0000EE"/>
            <w:u w:val="single"/>
          </w:rPr>
          <w:t>[6]</w:t>
        </w:r>
      </w:hyperlink>
      <w:r/>
    </w:p>
    <w:p>
      <w:r/>
      <w:r>
        <w:t xml:space="preserve">Visitors will be encouraged to add their own pictures to the collage. That small invitation matters: people aren't only being welcomed into someone else's space, they're being asked to help shape it. </w:t>
      </w:r>
      <w:hyperlink r:id="rId9">
        <w:r>
          <w:rPr>
            <w:color w:val="0000EE"/>
            <w:u w:val="single"/>
          </w:rPr>
          <w:t>[2]</w:t>
        </w:r>
      </w:hyperlink>
      <w:r>
        <w:t xml:space="preserve">, </w:t>
      </w:r>
      <w:hyperlink r:id="rId11">
        <w:r>
          <w:rPr>
            <w:color w:val="0000EE"/>
            <w:u w:val="single"/>
          </w:rPr>
          <w:t>[4]</w:t>
        </w:r>
      </w:hyperlink>
      <w:r/>
    </w:p>
    <w:p>
      <w:pPr>
        <w:pStyle w:val="Heading2"/>
      </w:pPr>
      <w:r>
        <w:t>Karaoke, trivia and practical opening details</w:t>
      </w:r>
      <w:r/>
    </w:p>
    <w:p>
      <w:r/>
      <w:r>
        <w:t xml:space="preserve">Walker is planning karaoke and trivia, giving people easy ways to join in whether they arrive with friends or come by themselves. For a first visit, checking the event schedule before heading over is a sensible way to catch the kind of evening you fancy. </w:t>
      </w:r>
      <w:hyperlink r:id="rId9">
        <w:r>
          <w:rPr>
            <w:color w:val="0000EE"/>
            <w:u w:val="single"/>
          </w:rPr>
          <w:t>[2]</w:t>
        </w:r>
      </w:hyperlink>
      <w:r>
        <w:t xml:space="preserve">, </w:t>
      </w:r>
      <w:hyperlink r:id="rId11">
        <w:r>
          <w:rPr>
            <w:color w:val="0000EE"/>
            <w:u w:val="single"/>
          </w:rPr>
          <w:t>[4]</w:t>
        </w:r>
      </w:hyperlink>
      <w:r/>
    </w:p>
    <w:p>
      <w:r/>
      <w:r>
        <w:t xml:space="preserve">The announced hours are Monday to Thursday from 5pm to 10pm, and Friday and Saturday from 5pm until 2am. The space is on Strongs Avenue; visitors should check current details before travelling, as opening schedules can change. </w:t>
      </w:r>
      <w:hyperlink r:id="rId9">
        <w:r>
          <w:rPr>
            <w:color w:val="0000EE"/>
            <w:u w:val="single"/>
          </w:rPr>
          <w:t>[2]</w:t>
        </w:r>
      </w:hyperlink>
      <w:r>
        <w:t xml:space="preserve">, </w:t>
      </w:r>
      <w:hyperlink r:id="rId10">
        <w:r>
          <w:rPr>
            <w:color w:val="0000EE"/>
            <w:u w:val="single"/>
          </w:rPr>
          <w:t>[6]</w:t>
        </w:r>
      </w:hyperlink>
      <w:r/>
    </w:p>
    <w:p>
      <w:pPr>
        <w:pStyle w:val="Heading2"/>
      </w:pPr>
      <w:r>
        <w:t>A small venue can make a big difference</w:t>
      </w:r>
      <w:r/>
    </w:p>
    <w:p>
      <w:r/>
      <w:r>
        <w:t xml:space="preserve">Rutland County Pride's work points to a community that already has ways to connect, but a regular place to meet can make those connections easier to keep. The Q's mix of social time, events and shared displays gives the idea a distinctly local feel. </w:t>
      </w:r>
      <w:hyperlink r:id="rId11">
        <w:r>
          <w:rPr>
            <w:color w:val="0000EE"/>
            <w:u w:val="single"/>
          </w:rPr>
          <w:t>[4]</w:t>
        </w:r>
      </w:hyperlink>
      <w:r>
        <w:t xml:space="preserve">, </w:t>
      </w:r>
      <w:hyperlink r:id="rId12">
        <w:r>
          <w:rPr>
            <w:color w:val="0000EE"/>
            <w:u w:val="single"/>
          </w:rPr>
          <w:t>[5]</w:t>
        </w:r>
      </w:hyperlink>
      <w:r/>
    </w:p>
    <w:p>
      <w:r/>
      <w:r>
        <w:t xml:space="preserve">And there is something quietly powerful about a wall that grows as people pass through. The best measure of the space may be whether visitors feel they can leave a little more of themselves behind. </w:t>
      </w:r>
      <w:hyperlink r:id="rId9">
        <w:r>
          <w:rPr>
            <w:color w:val="0000EE"/>
            <w:u w:val="single"/>
          </w:rPr>
          <w:t>[2]</w:t>
        </w:r>
      </w:hyperlink>
      <w:r>
        <w:t xml:space="preserve">, </w:t>
      </w:r>
      <w:hyperlink r:id="rId11">
        <w:r>
          <w:rPr>
            <w:color w:val="0000EE"/>
            <w:u w:val="single"/>
          </w:rPr>
          <w:t>[4]</w:t>
        </w:r>
      </w:hyperlink>
      <w:r/>
    </w:p>
    <w:p>
      <w:r/>
      <w:r>
        <w:t>It's a welcoming addition to Rutland's community life, with room for locals to make it their own.</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13">
        <w:r>
          <w:rPr>
            <w:color w:val="0000EE"/>
            <w:u w:val="single"/>
          </w:rPr>
          <w:t>[3]</w:t>
        </w:r>
      </w:hyperlink>
      <w:r>
        <w:t xml:space="preserve">, </w:t>
      </w:r>
      <w:hyperlink r:id="rId10">
        <w:r>
          <w:rPr>
            <w:color w:val="0000EE"/>
            <w:u w:val="single"/>
          </w:rPr>
          <w:t>[6]</w:t>
        </w:r>
      </w:hyperlink>
      <w:r>
        <w:t xml:space="preserve">- Paragraph 5: </w:t>
      </w:r>
      <w:hyperlink r:id="rId9">
        <w:r>
          <w:rPr>
            <w:color w:val="0000EE"/>
            <w:u w:val="single"/>
          </w:rPr>
          <w:t>[2]</w:t>
        </w:r>
      </w:hyperlink>
      <w:r>
        <w:t xml:space="preserve">, </w:t>
      </w:r>
      <w:hyperlink r:id="rId10">
        <w:r>
          <w:rPr>
            <w:color w:val="0000EE"/>
            <w:u w:val="single"/>
          </w:rPr>
          <w:t>[6]</w:t>
        </w:r>
      </w:hyperlink>
      <w:r>
        <w:t xml:space="preserve">- Paragraph 6: </w:t>
      </w:r>
      <w:hyperlink r:id="rId9">
        <w:r>
          <w:rPr>
            <w:color w:val="0000EE"/>
            <w:u w:val="single"/>
          </w:rPr>
          <w:t>[2]</w:t>
        </w:r>
      </w:hyperlink>
      <w:r>
        <w:t xml:space="preserve">, </w:t>
      </w:r>
      <w:hyperlink r:id="rId11">
        <w:r>
          <w:rPr>
            <w:color w:val="0000EE"/>
            <w:u w:val="single"/>
          </w:rPr>
          <w:t>[4]</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9">
        <w:r>
          <w:rPr>
            <w:color w:val="0000EE"/>
            <w:u w:val="single"/>
          </w:rPr>
          <w:t>[2]</w:t>
        </w:r>
      </w:hyperlink>
      <w:r>
        <w:t xml:space="preserve">, </w:t>
      </w:r>
      <w:hyperlink r:id="rId10">
        <w:r>
          <w:rPr>
            <w:color w:val="0000EE"/>
            <w:u w:val="single"/>
          </w:rPr>
          <w:t>[6]</w:t>
        </w:r>
      </w:hyperlink>
      <w:r>
        <w:t xml:space="preserve">- Paragraph 9: </w:t>
      </w:r>
      <w:hyperlink r:id="rId11">
        <w:r>
          <w:rPr>
            <w:color w:val="0000EE"/>
            <w:u w:val="single"/>
          </w:rPr>
          <w:t>[4]</w:t>
        </w:r>
      </w:hyperlink>
      <w:r>
        <w:t xml:space="preserve">, </w:t>
      </w:r>
      <w:hyperlink r:id="rId12">
        <w:r>
          <w:rPr>
            <w:color w:val="0000EE"/>
            <w:u w:val="single"/>
          </w:rPr>
          <w:t>[5]</w:t>
        </w:r>
      </w:hyperlink>
      <w:r>
        <w:t xml:space="preserve">- Paragraph 10: </w:t>
      </w:r>
      <w:hyperlink r:id="rId9">
        <w:r>
          <w:rPr>
            <w:color w:val="0000EE"/>
            <w:u w:val="single"/>
          </w:rPr>
          <w:t>[2]</w:t>
        </w:r>
      </w:hyperlink>
      <w:r>
        <w:t xml:space="preserve">, </w:t>
      </w:r>
      <w:hyperlink r:id="rId11">
        <w:r>
          <w:rPr>
            <w:color w:val="0000EE"/>
            <w:u w:val="single"/>
          </w:rPr>
          <w:t>[4]</w:t>
        </w:r>
      </w:hyperlink>
      <w:r>
        <w:t xml:space="preserve">- Paragraph 11: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https://www.mynbc5.com/article/a-new-lgbtq-social-space-is-set-to-open-in-rutland-next-week/74337740</w:t>
        </w:r>
      </w:hyperlink>
      <w:r>
        <w:t xml:space="preserve"> - Please view link - unable to able to access data</w:t>
      </w:r>
      <w:r/>
    </w:p>
    <w:p>
      <w:pPr>
        <w:pStyle w:val="ListNumber"/>
        <w:spacing w:line="240" w:lineRule="auto"/>
        <w:ind w:left="720"/>
      </w:pPr>
      <w:r/>
      <w:hyperlink r:id="rId9">
        <w:r>
          <w:rPr>
            <w:color w:val="0000EE"/>
            <w:u w:val="single"/>
          </w:rPr>
          <w:t>https://www.wcax.com/2025/03/18/new-bar-set-become-rutlands-1st-lgbtq-space-decades/</w:t>
        </w:r>
      </w:hyperlink>
      <w:r>
        <w:t xml:space="preserve"> - This WCAX report covers plans for Bailey’s Place, a proposed LGBTQ+ venue in downtown Rutland. Published in March 2025, it describes the bar as a long-awaited community space and identifies its location near Evelyn Street. Owner Faith McClure explains that the venue would serve LGBTQ+ people while also welcoming others, and suggests it could attract younger people to the area. At the time of reporting, renovations were nearing completion and the business was expected to open in April, subject to obtaining a liquor licence. This is useful background to the later story about The Q Rutland because it documents a prior effort to establish an LGBTQ+ gathering place in the city. It should not be read as reporting on The Q itself: the article concerns Bailey’s Place, a separate business, and its opening plans in 2025. The report gives context for the local need and history described in the supplied article, but does not verify The Q’s opening date, activities, owner, address or operating hours. Those details should be checked against a source specifically covering The Q Rutland. The article also establishes that Bailey’s Place was presented as an affinity space and a potential draw for visitors and younger residents.</w:t>
      </w:r>
      <w:r/>
    </w:p>
    <w:p>
      <w:pPr>
        <w:pStyle w:val="ListNumber"/>
        <w:spacing w:line="240" w:lineRule="auto"/>
        <w:ind w:left="720"/>
      </w:pPr>
      <w:r/>
      <w:hyperlink r:id="rId13">
        <w:r>
          <w:rPr>
            <w:color w:val="0000EE"/>
            <w:u w:val="single"/>
          </w:rPr>
          <w:t>https://www.wcax.com/2026/04/09/rutlands-first-gay-bar-decades-closes/</w:t>
        </w:r>
      </w:hyperlink>
      <w:r>
        <w:t xml:space="preserve"> - This WCAX report says Bailey’s Place, which opened in Rutland in 2025, closed after operating for less than a year. The business had been promoted as a safe gathering place for LGBTQ+ people and allies. Its owners attributed the closure to licensing difficulties and code violations, despite saying that business had been strong. The story includes comments from owner Faith Ann McClure about the loss of a visible local space and the importance of having a place where younger people can connect when they are ready to come out. At the time of publication, WCAX reported that there were no plans for a similar establishment in Rutland. This provides local context for the supplied article’s account that The Q Rutland followed the closure of Bailey’s Place. It is independent reporting about the earlier venue, not a report about The Q. It does not confirm The Q’s launch, address, schedule, events or the statements attributed to Todd Walker. The story is nevertheless relevant to the article’s explanation of why a new LGBTQ+ social space could matter to the community: it records the closure of the previous venue and the absence of a comparable establishment at that point. The report is dated 9 April 2026.</w:t>
      </w:r>
      <w:r/>
    </w:p>
    <w:p>
      <w:pPr>
        <w:pStyle w:val="ListNumber"/>
        <w:spacing w:line="240" w:lineRule="auto"/>
        <w:ind w:left="720"/>
      </w:pPr>
      <w:r/>
      <w:hyperlink r:id="rId11">
        <w:r>
          <w:rPr>
            <w:color w:val="0000EE"/>
            <w:u w:val="single"/>
          </w:rPr>
          <w:t>https://www.rcpride.org/</w:t>
        </w:r>
      </w:hyperlink>
      <w:r>
        <w:t xml:space="preserve"> - Rutland County Pride’s official website describes the organisation’s mission, services and community activities. It says the organisation works to support 2STLGBQIA+ people and allies in Rutland County through programmes and services intended to build community, advocate for LGBTQ+ interests, educate, empower and provide social support. The site lists recurring events and gives information about the Rutland County Pride Center, including its address and opening hours. Its events include affinity gatherings, craft activities and a book club, showing examples of local community programming beyond a bar or commercial venue. This is relevant context for the supplied article, which identifies Todd Walker as the founder of Rutland County Pride and describes The Q Rutland as a new social gathering place. The official site supports the existence and community-oriented purpose of Rutland County Pride, but does not independently verify Walker’s founding date or The Q’s opening details. It also makes clear that the Pride organisation’s centre is at a different address from the Strongs Avenue location named in the article. The website is useful for understanding the broader local network of LGBTQ+ support and activities, rather than as direct confirmation of the new venue’s schedule, decorations, refreshments, karaoke or trivia plans.</w:t>
      </w:r>
      <w:r/>
    </w:p>
    <w:p>
      <w:pPr>
        <w:pStyle w:val="ListNumber"/>
        <w:spacing w:line="240" w:lineRule="auto"/>
        <w:ind w:left="720"/>
      </w:pPr>
      <w:r/>
      <w:hyperlink r:id="rId12">
        <w:r>
          <w:rPr>
            <w:color w:val="0000EE"/>
            <w:u w:val="single"/>
          </w:rPr>
          <w:t>https://www.rcpride.org/pridefestival</w:t>
        </w:r>
      </w:hyperlink>
      <w:r>
        <w:t xml:space="preserve"> - This official Rutland County Pride page provides information about the organisation’s 2026 Pride Festival in downtown Rutland, including the festival date, vendors, sponsors and community partners. The page presents the festival as a public community event and lists local businesses, non-profit organisations, health providers, civic groups and other participants. It also explains the Rainbow Businesses initiative: participating downtown businesses support the festival and are featured as welcoming partners. The page’s content illustrates the wider community-building work of Rutland County Pride and the range of organisations involved in local LGBTQ+ visibility and inclusion. That context relates to the supplied article’s description of Todd Walker’s earlier work founding Rutland County Pride and his intention to build an inclusive place where people can gather. However, the page does not mention The Q Rutland or establish that it participates in the festival. Nor does it confirm the venue’s opening date, address, age policy, hours or planned events. Its value is as a primary source for the Pride organisation’s public activities and partnerships in Rutland, rather than as direct reporting on the new social space. The page identifies Rutland County Pride as an active local organisation and describes a community network that complements the kind of informal gathering space discussed in the article.</w:t>
      </w:r>
      <w:r/>
    </w:p>
    <w:p>
      <w:pPr>
        <w:pStyle w:val="ListNumber"/>
        <w:spacing w:line="240" w:lineRule="auto"/>
        <w:ind w:left="720"/>
      </w:pPr>
      <w:r/>
      <w:hyperlink r:id="rId10">
        <w:r>
          <w:rPr>
            <w:color w:val="0000EE"/>
            <w:u w:val="single"/>
          </w:rPr>
          <w:t>https://mountaintimes.info/2025/04/23/baileys-place-spreads-a-welcome-mat-for-the-lgbtq-community-in-downtown-rutland/</w:t>
        </w:r>
      </w:hyperlink>
      <w:r>
        <w:t xml:space="preserve"> - This Mountain Times feature profiles Bailey’s Place, an LGBTQ+ bar and restaurant that opened in downtown Rutland in April 2025. It describes the venue’s origins, its location on Evelyn Street, the work undertaken by owner Faith McClure and her stepfather, and the community response to its opening. The article says the business aimed to welcome LGBTQ+ people and allies, and quotes McClure describing it as a place where people could feel safe. It also discusses food and drink, the venue’s evolving menu and planned community events. The article is relevant background to the supplied report about The Q Rutland because it documents the former LGBTQ+ gathering place that the newer venue reportedly follows. It offers detail about Bailey’s Place’s launch and community role, but it does not cover The Q, Todd Walker or the planned opening on Strongs Avenue. It should therefore support only the historical context about the earlier venue, not the new venue’s precise details. Together with later reporting on Bailey’s Place’s closure, this story helps explain why the arrival of another social space could be significant to Rutland’s LGBTQ+ community and its allies.</w:t>
      </w:r>
      <w:r/>
    </w:p>
    <w:p>
      <w:pPr>
        <w:pStyle w:val="ListNumber"/>
        <w:spacing w:line="240" w:lineRule="auto"/>
        <w:ind w:left="720"/>
      </w:pPr>
      <w:r/>
      <w:hyperlink r:id="rId15">
        <w:r>
          <w:rPr>
            <w:color w:val="0000EE"/>
            <w:u w:val="single"/>
          </w:rPr>
          <w:t>https://projects.propublica.org/nonprofits/organizations/883187503</w:t>
        </w:r>
      </w:hyperlink>
      <w:r>
        <w:t xml:space="preserve"> - ProPublica’s Nonprofit Explorer profile provides public-record information about Rutland County Pride, including its location in Rutland, Vermont, tax-exempt status and federal employer identification number. The profile identifies the organisation as a civil-rights and social-action advocacy group and links its financial summaries to tax filings. Its available records include a fiscal year ending in July 2023 and list Todd Walker as a co-president alongside other officers. This independent, records-based source supports the supplied article’s connection between Walker and Rutland County Pride, though the record identifies his officer role rather than confirming the article’s account of when he founded the organisation. The page is not a news report and does not discuss The Q Rutland, its opening, its address, activities or hours. It is useful for verifying the existence and formal organisational status of Rutland County Pride, and for corroborating Walker’s association with it through nonprofit records. The profile also explains that its information is drawn from tax filings and describes how its data is assembled. Readers should distinguish those public-record details from the article’s reported statements about the new venue, which this source does not independently validate.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cax.com/2025/03/18/new-bar-set-become-rutlands-1st-lgbtq-space-decades/" TargetMode="External"/><Relationship Id="rId10" Type="http://schemas.openxmlformats.org/officeDocument/2006/relationships/hyperlink" Target="https://mountaintimes.info/2025/04/23/baileys-place-spreads-a-welcome-mat-for-the-lgbtq-community-in-downtown-rutland/" TargetMode="External"/><Relationship Id="rId11" Type="http://schemas.openxmlformats.org/officeDocument/2006/relationships/hyperlink" Target="https://www.rcpride.org/" TargetMode="External"/><Relationship Id="rId12" Type="http://schemas.openxmlformats.org/officeDocument/2006/relationships/hyperlink" Target="https://www.rcpride.org/pridefestival" TargetMode="External"/><Relationship Id="rId13" Type="http://schemas.openxmlformats.org/officeDocument/2006/relationships/hyperlink" Target="https://www.wcax.com/2026/04/09/rutlands-first-gay-bar-decades-closes/" TargetMode="External"/><Relationship Id="rId14" Type="http://schemas.openxmlformats.org/officeDocument/2006/relationships/hyperlink" Target="https://www.mynbc5.com/article/a-new-lgbtq-social-space-is-set-to-open-in-rutland-next-week/74337740" TargetMode="External"/><Relationship Id="rId15" Type="http://schemas.openxmlformats.org/officeDocument/2006/relationships/hyperlink" Target="https://projects.propublica.org/nonprofits/organizations/88318750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