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Protest: Why One Bar Raid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annual Pride parade brought more than 170,000 people onto the streets, but a recent raid on a gay bar cast a sharp shadow over the celebration. The angry reception for the city's mayor showed why marriage equality matters, but doesn't by itself guarantee that LGBTQ+ people feel safe and respected in everyday life.</w:t>
      </w:r>
      <w:r/>
    </w:p>
    <w:p>
      <w:pPr>
        <w:pStyle w:val="Heading2"/>
      </w:pPr>
      <w:r>
        <w:t>Essential Takeaways</w:t>
      </w:r>
      <w:r/>
      <w:r/>
    </w:p>
    <w:p>
      <w:pPr>
        <w:pStyle w:val="ListBullet"/>
        <w:spacing w:line="240" w:lineRule="auto"/>
        <w:ind w:left="720"/>
      </w:pPr>
      <w:r/>
      <w:r>
        <w:rPr>
          <w:b/>
        </w:rPr>
        <w:t>A major parade:</w:t>
      </w:r>
      <w:r>
        <w:t xml:space="preserve"> More than 170,000 people took part in Taipei Pride, according to Reuters.</w:t>
      </w:r>
      <w:r/>
    </w:p>
    <w:p>
      <w:pPr>
        <w:pStyle w:val="ListBullet"/>
        <w:spacing w:line="240" w:lineRule="auto"/>
        <w:ind w:left="720"/>
      </w:pPr>
      <w:r/>
      <w:r>
        <w:rPr>
          <w:b/>
        </w:rPr>
        <w:t>A controversial raid:</w:t>
      </w:r>
      <w:r>
        <w:t xml:space="preserve"> Police questioned 51 patrons after raiding Commander D, a gay bar in Taipei's Ximending district.</w:t>
      </w:r>
      <w:r/>
    </w:p>
    <w:p>
      <w:pPr>
        <w:pStyle w:val="ListBullet"/>
        <w:spacing w:line="240" w:lineRule="auto"/>
        <w:ind w:left="720"/>
      </w:pPr>
      <w:r/>
      <w:r>
        <w:rPr>
          <w:b/>
        </w:rPr>
        <w:t>An angry reception:</w:t>
      </w:r>
      <w:r>
        <w:t xml:space="preserve"> Protesters confronted Taipei Mayor Chiang Wan-an during his Pride appearance.</w:t>
      </w:r>
      <w:r/>
    </w:p>
    <w:p>
      <w:pPr>
        <w:pStyle w:val="ListBullet"/>
        <w:spacing w:line="240" w:lineRule="auto"/>
        <w:ind w:left="720"/>
      </w:pPr>
      <w:r/>
      <w:r>
        <w:rPr>
          <w:b/>
        </w:rPr>
        <w:t>Disciplinary action:</w:t>
      </w:r>
      <w:r>
        <w:t xml:space="preserve"> Six police officers were disciplined over misconduct during the operation, Focus Taiwan reported.</w:t>
      </w:r>
      <w:r/>
      <w:r/>
    </w:p>
    <w:p>
      <w:pPr>
        <w:pStyle w:val="Heading2"/>
      </w:pPr>
      <w:r>
        <w:t>Taipei Pride became a protest, not just a party</w:t>
      </w:r>
      <w:r/>
    </w:p>
    <w:p>
      <w:r/>
      <w:r>
        <w:t>Pride in Taipei is usually a vivid celebration, with rainbow flags and crowds filling the streets. This time, anger over a police raid made the parade a platform for protest as well as celebration.</w:t>
      </w:r>
      <w:r/>
    </w:p>
    <w:p>
      <w:r/>
      <w:r>
        <w:t>The Associated Press reported that more than 170,000 people attended the event. Protesters called out against raids on gay bars, while others voiced support for Chiang's political rival, Puma Shen.</w:t>
      </w:r>
      <w:r/>
    </w:p>
    <w:p>
      <w:pPr>
        <w:pStyle w:val="Heading2"/>
      </w:pPr>
      <w:r>
        <w:t>Why the Commander D raid caused outrage</w:t>
      </w:r>
      <w:r/>
    </w:p>
    <w:p>
      <w:r/>
      <w:r>
        <w:t>The incident began on October 3, when police raided Commander D, a BDSM-themed gay bar in Ximending, a district known for its LGBTQ+ nightlife and rainbow crosswalk. Reuters reported that officers took 51 patrons to a police station for questioning over suspected public decency offences and arrested the bar's owner.</w:t>
      </w:r>
      <w:r/>
    </w:p>
    <w:p>
      <w:r/>
      <w:r>
        <w:t>Witnesses alleged excessive force, humiliating treatment and discriminatory remarks by officers. Six officers were later disciplined over misconduct during the operation, according to Focus Taiwan.</w:t>
      </w:r>
      <w:r/>
    </w:p>
    <w:p>
      <w:pPr>
        <w:pStyle w:val="Heading2"/>
      </w:pPr>
      <w:r>
        <w:t>The mayor's apology didn't end the debate</w:t>
      </w:r>
      <w:r/>
    </w:p>
    <w:p>
      <w:r/>
      <w:r>
        <w:t>Chiang Wan-an made a brief appearance at the parade and was met with an angry response. He apologised for the impact of the incident on those affected and promised a thorough investigation and disciplinary action, Reuters reported.</w:t>
      </w:r>
      <w:r/>
    </w:p>
    <w:p>
      <w:r/>
      <w:r>
        <w:t>But an apology from city hall doesn't automatically settle the matter for people who felt targeted or mistreated. For many attendees, the question was not only what happened inside one bar, but whether LGBTQ+ people can trust the authorities meant to protect them.</w:t>
      </w:r>
      <w:r/>
    </w:p>
    <w:p>
      <w:pPr>
        <w:pStyle w:val="Heading2"/>
      </w:pPr>
      <w:r>
        <w:t>Marriage equality is progress, not the whole story</w:t>
      </w:r>
      <w:r/>
    </w:p>
    <w:p>
      <w:r/>
      <w:r>
        <w:t>Taiwan became the first place in Asia to legalise same-sex marriage in 2019, a landmark change for the region. But legal recognition and everyday safety aren't the same thing, as the response to the raid made clear.</w:t>
      </w:r>
      <w:r/>
    </w:p>
    <w:p>
      <w:r/>
      <w:r>
        <w:t>That gap matters well beyond Taipei. ILGA Asia's regional reporting offers a wider view of LGBTQ+ rights, while Taiwan's debate shows why the experience of public institutions can shape whether people feel included in practice, not just on paper.</w:t>
      </w:r>
      <w:r/>
    </w:p>
    <w:p>
      <w:pPr>
        <w:pStyle w:val="Heading2"/>
      </w:pPr>
      <w:r>
        <w:t>What Pride protests tell us about trust</w:t>
      </w:r>
      <w:r/>
    </w:p>
    <w:p>
      <w:r/>
      <w:r>
        <w:t>A parade can be joyful and defiant at once. This year's protests showed that visibility still matters, especially when community members believe their spaces have been treated unfairly.</w:t>
      </w:r>
      <w:r/>
    </w:p>
    <w:p>
      <w:r/>
      <w:r>
        <w:t>For visitors and residents alike, Ximending's lively LGBTQ+ scene is part of Taipei's appeal. Yet the most meaningful sign of inclusion won't be the number of rainbow flags on parade day; it'll be whether people feel respected in the quieter moments that follow.</w:t>
      </w:r>
      <w:r/>
    </w:p>
    <w:p>
      <w:r/>
      <w:r>
        <w:t>Pride is a celebration, but it also asks what needs to change after the music stops.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[7]</w:t>
        </w:r>
      </w:hyperlink>
      <w:r>
        <w:t xml:space="preserve">- Paragraph 5: </w:t>
      </w:r>
      <w:hyperlink r:id="rId13">
        <w:r>
          <w:rPr>
            <w:color w:val="0000EE"/>
            <w:u w:val="single"/>
          </w:rPr>
          <w:t>[7]</w:t>
        </w:r>
      </w:hyperlink>
      <w:r>
        <w:t xml:space="preserve">- Paragraph 6: </w:t>
      </w:r>
      <w:hyperlink r:id="rId14">
        <w:r>
          <w:rPr>
            <w:color w:val="0000EE"/>
            <w:u w:val="single"/>
          </w:rPr>
          <w:t>[6]</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https://instinctmagazine.com/taiwan-pride-mayor-gay-bar-police-raid/</w:t>
        </w:r>
      </w:hyperlink>
      <w:r>
        <w:t xml:space="preserve"> - Please view link - unable to able to access data</w:t>
      </w:r>
      <w:r/>
    </w:p>
    <w:p>
      <w:pPr>
        <w:pStyle w:val="ListNumber"/>
        <w:spacing w:line="240" w:lineRule="auto"/>
        <w:ind w:left="720"/>
      </w:pPr>
      <w:r/>
      <w:hyperlink r:id="rId9">
        <w:r>
          <w:rPr>
            <w:color w:val="0000EE"/>
            <w:u w:val="single"/>
          </w:rPr>
          <w:t>https://instinctmagazine.com/taiwan-pride-mayor-gay-bar-police-raid/</w:t>
        </w:r>
      </w:hyperlink>
      <w:r>
        <w:t xml:space="preserve"> - This article reports that Taipei’s Pride parade became a venue for protest after police raided Commander D, a BDSM-themed gay bar, earlier in October. It says 51 patrons were taken for questioning, the owner was arrested, and witnesses alleged humiliating treatment and discriminatory remarks. Six officers were reportedly disciplined. At the parade, Mayor Chiang Wan-an faced chants opposing raids on gay bars and support for his political rival. Chiang apologised and promised an investigation. The article places these events in the context of Taiwan’s 2019 legalisation of same-sex marriage, arguing that formal equality does not necessarily ensure safety, dignity or equal treatment in daily life.</w:t>
      </w:r>
      <w:r/>
    </w:p>
    <w:p>
      <w:pPr>
        <w:pStyle w:val="ListNumber"/>
        <w:spacing w:line="240" w:lineRule="auto"/>
        <w:ind w:left="720"/>
      </w:pPr>
      <w:r/>
      <w:hyperlink r:id="rId10">
        <w:r>
          <w:rPr>
            <w:color w:val="0000EE"/>
            <w:u w:val="single"/>
          </w:rPr>
          <w:t>https://www.internazionale.it/ultime-notizie-reuters/2026/10/31/taipei-mayor-gets-angry-reception-at-pride-after-gay-bar-raid</w:t>
        </w:r>
      </w:hyperlink>
      <w:r>
        <w:t xml:space="preserve"> - This Reuters report describes Taipei Mayor Chiang Wan-an’s hostile reception when he briefly attended Taiwan’s Pride parade on 31 October 2026. More than 170,000 people joined the event, where demonstrators shouted against gay-bar raids and voiced support for Chiang’s rival, Puma Shen. The mayor apologised for the impact of the incident and said authorities would investigate and impose discipline. The story connects the protest to the police raid on Commander D, where 51 people were questioned and the owner arrested. It also notes that organisers changed the parade’s theme after the raid, which they said revived painful memories of state oppression.</w:t>
      </w:r>
      <w:r/>
    </w:p>
    <w:p>
      <w:pPr>
        <w:pStyle w:val="ListNumber"/>
        <w:spacing w:line="240" w:lineRule="auto"/>
        <w:ind w:left="720"/>
      </w:pPr>
      <w:r/>
      <w:hyperlink r:id="rId12">
        <w:r>
          <w:rPr>
            <w:color w:val="0000EE"/>
            <w:u w:val="single"/>
          </w:rPr>
          <w:t>https://www.marketscreener.com/news/rare-police-raid-of-taipei-gay-bar-sparks-angry-protest-ce785ddbdc8dfe20</w:t>
        </w:r>
      </w:hyperlink>
      <w:r>
        <w:t xml:space="preserve"> - This Reuters account covers protests following a police raid on Commander D, a gay bar in Taipei’s Wanhua district. Police took 51 people in for questioning and arrested the bar’s owner, saying the operation followed a search warrant concerning suspected public-morality offences. A person detained described the raid as frightening and violent. Around 100 members of the LGBTQ+ community later marched to a police station to object. The report notes that Taiwan legalised same-sex marriage in 2019 and is often viewed as comparatively tolerant in the region. It also records the city mayor’s previous expressions of support for LGBTQ+ people.</w:t>
      </w:r>
      <w:r/>
    </w:p>
    <w:p>
      <w:pPr>
        <w:pStyle w:val="ListNumber"/>
        <w:spacing w:line="240" w:lineRule="auto"/>
        <w:ind w:left="720"/>
      </w:pPr>
      <w:r/>
      <w:hyperlink r:id="rId11">
        <w:r>
          <w:rPr>
            <w:color w:val="0000EE"/>
            <w:u w:val="single"/>
          </w:rPr>
          <w:t>https://apnews.com/article/taiwan-pride-parade-lgbtq-taipei-eae2485a29bf4030adfe70b2968dc5ad</w:t>
        </w:r>
      </w:hyperlink>
      <w:r>
        <w:t xml:space="preserve"> - The Associated Press reports on Taiwan’s annual Pride parade in Taipei, describing crowds waving rainbow flags and celebrating inclusion. The article says organisers estimated about 150,000 attendees and notes that participants came from Taiwan and elsewhere. It recalls Taiwan’s 2019 legalisation of same-sex marriage, the first in Asia, while stressing that acceptance remains incomplete. Earlier in the month, a police raid at a Taipei gay bar unsettled the LGBTQ+ community; 51 patrons were questioned over suspected public-decency violations. The report also mentions Mayor Chiang Wan-an’s apology, disciplinary action against some officers, and parade-goers’ calls for greater inclusion and efforts to combat stigma.</w:t>
      </w:r>
      <w:r/>
    </w:p>
    <w:p>
      <w:pPr>
        <w:pStyle w:val="ListNumber"/>
        <w:spacing w:line="240" w:lineRule="auto"/>
        <w:ind w:left="720"/>
      </w:pPr>
      <w:r/>
      <w:hyperlink r:id="rId14">
        <w:r>
          <w:rPr>
            <w:color w:val="0000EE"/>
            <w:u w:val="single"/>
          </w:rPr>
          <w:t>https://www.ilgaasia.org/publications/taiwanoct2026</w:t>
        </w:r>
      </w:hyperlink>
      <w:r>
        <w:t xml:space="preserve"> - ILGA Asia calls for an independent investigation into the 3 October 2026 raid on Commander D, a gay BDSM-themed bar in Taipei’s Ximending district. Its account says police took 51 people to the station for questioning and describes witness allegations that officers restricted phone use, ordered patrons to squat and made derogatory remarks about disability. The organisation reports that six officers were disciplined and that Taipei’s mayor apologised. It argues that a warrant does not settle whether the measures taken against patrons were lawful, necessary or proportionate. The statement urges scrutiny of the warrant, police conduct, possible discrimination and the treatment of LGBTQ+ communities.</w:t>
      </w:r>
      <w:r/>
    </w:p>
    <w:p>
      <w:pPr>
        <w:pStyle w:val="ListNumber"/>
        <w:spacing w:line="240" w:lineRule="auto"/>
        <w:ind w:left="720"/>
      </w:pPr>
      <w:r/>
      <w:hyperlink r:id="rId13">
        <w:r>
          <w:rPr>
            <w:color w:val="0000EE"/>
            <w:u w:val="single"/>
          </w:rPr>
          <w:t>https://www.taipeitimes.com/News/taiwan/archives/2026/10/20/2003866307</w:t>
        </w:r>
      </w:hyperlink>
      <w:r>
        <w:t xml:space="preserve"> - This Taipei Times report says nine civil-rights organisations called for further scrutiny of the police raid on Commander D in Taipei’s Ximending area. The operation took place on 3 October under a warrant concerning alleged nudity and indecent behaviour; 51 people were questioned and the bar’s owner was arrested. Six officers were disciplined for excessive force or prejudiced behaviour, including officers responsible for inappropriate language and supervision. The groups requested a comprehensive public investigation, improved police training and management, and stronger safeguards for people during searches. They also urged national oversight bodies to examine evidence, including the warrant, operational plans, body-camera footage and questioning records.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taiwan-pride-mayor-gay-bar-police-raid/" TargetMode="External"/><Relationship Id="rId10" Type="http://schemas.openxmlformats.org/officeDocument/2006/relationships/hyperlink" Target="https://www.internazionale.it/ultime-notizie-reuters/2026/10/31/taipei-mayor-gets-angry-reception-at-pride-after-gay-bar-raid" TargetMode="External"/><Relationship Id="rId11" Type="http://schemas.openxmlformats.org/officeDocument/2006/relationships/hyperlink" Target="https://apnews.com/article/taiwan-pride-parade-lgbtq-taipei-eae2485a29bf4030adfe70b2968dc5ad" TargetMode="External"/><Relationship Id="rId12" Type="http://schemas.openxmlformats.org/officeDocument/2006/relationships/hyperlink" Target="https://www.marketscreener.com/news/rare-police-raid-of-taipei-gay-bar-sparks-angry-protest-ce785ddbdc8dfe20" TargetMode="External"/><Relationship Id="rId13" Type="http://schemas.openxmlformats.org/officeDocument/2006/relationships/hyperlink" Target="https://www.taipeitimes.com/News/taiwan/archives/2026/10/20/2003866307" TargetMode="External"/><Relationship Id="rId14" Type="http://schemas.openxmlformats.org/officeDocument/2006/relationships/hyperlink" Target="https://www.ilgaasia.org/publications/taiwanoc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