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101 Chief’s Rainbow Pride Cape Sparks a Classic Pixar Joke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101 chairwoman Janet Chen turned a rainbow flag into a talking point at Taiwan Pride, after criticism of her dramatic cape prompted a playful exchange with presenter Kevin Tsai. The punchline drew on a beloved Pixar character, while Chen later explained that the joke also carried a practical warning about loose fabric around machinery.</w:t>
      </w:r>
      <w:r/>
    </w:p>
    <w:p>
      <w:pPr>
        <w:pStyle w:val="Heading2"/>
      </w:pPr>
      <w:r>
        <w:t>A rainbow cape, and a debate about who can wear it</w:t>
      </w:r>
      <w:r/>
    </w:p>
    <w:p>
      <w:r/>
      <w:r>
        <w:t>A giant rainbow flag made a striking sight at Taiwan's annual Pride parade, draped across Taipei 101 chairwoman Janet Chen as she joined the event. But the colourful gesture drew criticism from a writer who argued that the flag belonged to everyone, not as one person's private cape.</w:t>
      </w:r>
      <w:r/>
    </w:p>
    <w:p>
      <w:r/>
      <w:r>
        <w:t>Chen responded on Threads with a photo of herself from behind and a mock plea to presenter Kevin Tsai, asking for help turning the complaint into a meme. The post attracted tens of thousands of likes, and the rainbow cape quickly became a lively online talking point. (Sources: NOWnews; Yahoo Taiwan)</w:t>
      </w:r>
      <w:r/>
    </w:p>
    <w:p>
      <w:pPr>
        <w:pStyle w:val="Heading2"/>
      </w:pPr>
      <w:r>
        <w:t>Kevin Tsai delivers a four-word Pixar callback</w:t>
      </w:r>
      <w:r/>
    </w:p>
    <w:p>
      <w:r/>
      <w:r>
        <w:t xml:space="preserve">Tsai joined in with a cryptic reminder about four famous words from his voice-acting work. Fans recognised the reference to Edna Mode, the sharp-tongued costume designer in Pixar's </w:t>
      </w:r>
      <w:r>
        <w:rPr>
          <w:i/>
        </w:rPr>
        <w:t>The Incredibles</w:t>
      </w:r>
      <w:r>
        <w:t>, whose best-known fashion rule is: "No capes!"</w:t>
      </w:r>
      <w:r/>
    </w:p>
    <w:p>
      <w:r/>
      <w:r>
        <w:t>The line turned a disagreement about the rainbow flag into a playful pop-culture crossover. Social media users shared Edna memes and celebrated the exchange, while Chen said she was delighted that Tsai had replied. (Sources: Yahoo Taiwan; Next TV; FTV News; Pixar)</w:t>
      </w:r>
      <w:r/>
    </w:p>
    <w:p>
      <w:pPr>
        <w:pStyle w:val="Heading2"/>
      </w:pPr>
      <w:r>
        <w:t>The joke came with a real safety point</w:t>
      </w:r>
      <w:r/>
    </w:p>
    <w:p>
      <w:r/>
      <w:r>
        <w:t>Chen later said she initially didn't understand Tsai's message and checked what he meant. His comparison cast her as a superhero, but the cape reference also carried a warning: loose fabric can become dangerous if it catches in a fan or aircraft engine.</w:t>
      </w:r>
      <w:r/>
    </w:p>
    <w:p>
      <w:r/>
      <w:r>
        <w:t>It's a neat twist on the film's comic rule. A cape may make for a dramatic entrance, but anything long and flowing deserves a second thought around moving machinery. (Sources: NOWnews; Next TV; FTV News)</w:t>
      </w:r>
      <w:r/>
    </w:p>
    <w:p>
      <w:pPr>
        <w:pStyle w:val="Heading2"/>
      </w:pPr>
      <w:r>
        <w:t>Pride flags are public symbols, not just photo props</w:t>
      </w:r>
      <w:r/>
    </w:p>
    <w:p>
      <w:r/>
      <w:r>
        <w:t>The online criticism touched on a broader question about how people use symbols that represent a community. Taiwan Pride's official site reflects the event's wider public setting, where a rainbow flag can signal solidarity as well as provide a vivid visual centrepiece.</w:t>
      </w:r>
      <w:r/>
    </w:p>
    <w:p>
      <w:r/>
      <w:r>
        <w:t>That doesn't mean every social-media post will land the same way. In this case, Chen answered the criticism with humour rather than a lengthy argument, and Tsai's reply shifted attention towards a familiar film joke. (Sources: Taiwan Pride; Yahoo Taiwan; NOWnews)</w:t>
      </w:r>
      <w:r/>
    </w:p>
    <w:p>
      <w:pPr>
        <w:pStyle w:val="Heading2"/>
      </w:pPr>
      <w:r>
        <w:t>A small exchange with a surprisingly useful lesson</w:t>
      </w:r>
      <w:r/>
    </w:p>
    <w:p>
      <w:r/>
      <w:r>
        <w:t>The story's charm lies in how quickly it moved from a serious point about shared symbols to a playful Pixar reference. Still, the practical note beneath the joke is worth keeping: if you're wearing a long scarf, cape or flag, keep it clear of fans, engines and other equipment.</w:t>
      </w:r>
      <w:r/>
    </w:p>
    <w:p>
      <w:r/>
      <w:r>
        <w:t>Chen's rainbow look was made for a parade, not a propeller. And sometimes the best punchline is also a sensible reminder. (Sources: FTV News; Pixar)</w:t>
      </w:r>
      <w:r/>
    </w:p>
    <w:p>
      <w:r/>
      <w:r>
        <w:t>A bold bit of Pride style can bring people together, especially when the joke comes with a safety tip.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6: </w:t>
      </w:r>
      <w:hyperlink r:id="rId15">
        <w:r>
          <w:rPr>
            <w:color w:val="0000EE"/>
            <w:u w:val="single"/>
          </w:rPr>
          <w:t>[6]</w:t>
        </w:r>
      </w:hyperlink>
      <w:r>
        <w:t xml:space="preserve">,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https://news.ltn.com.tw/news/politics/breakingnews/5629768</w:t>
        </w:r>
      </w:hyperlink>
      <w:r>
        <w:t xml:space="preserve"> - Please view link - unable to able to access data</w:t>
      </w:r>
      <w:r/>
    </w:p>
    <w:p>
      <w:pPr>
        <w:pStyle w:val="ListNumber"/>
        <w:spacing w:line="240" w:lineRule="auto"/>
        <w:ind w:left="720"/>
      </w:pPr>
      <w:r/>
      <w:hyperlink r:id="rId10">
        <w:r>
          <w:rPr>
            <w:color w:val="0000EE"/>
            <w:u w:val="single"/>
          </w:rPr>
          <w:t>https://www.nownews.com/news/6888932</w:t>
        </w:r>
      </w:hyperlink>
      <w:r>
        <w:t xml:space="preserve"> - This report recounts Taipei 101 chairwoman Janet Chia’s appearance at Taiwan’s 24th Pride parade on 31 October 2026, wearing a large rainbow flag. It says an online critic objected that the flag belonged to everyone, not to Chia as a personal cape. Chia jokingly asked presenter Kevin Tsai for help, echoing a familiar television meme. Tsai replied with a reference to his animated-film voice work and the famous instruction “No capes”. The story also describes the flag’s rushed production, with a fabric supplier and three tailors working late, and explains the meme’s earlier association with entertainer Melody and the show Kangsi Coming.</w:t>
      </w:r>
      <w:r/>
    </w:p>
    <w:p>
      <w:pPr>
        <w:pStyle w:val="ListNumber"/>
        <w:spacing w:line="240" w:lineRule="auto"/>
        <w:ind w:left="720"/>
      </w:pPr>
      <w:r/>
      <w:hyperlink r:id="rId11">
        <w:r>
          <w:rPr>
            <w:color w:val="0000EE"/>
            <w:u w:val="single"/>
          </w:rPr>
          <w:t>https://tw.news.yahoo.com/%E8%B3%88%E6%B0%B8%E5%A9%95%E6%8A%AB%E5%BD%A9%E8%99%B9%E6%97%97%E9%81%AD%E9%85%B8-%E8%94%A1%E5%BA%B7%E6%B0%B8%E7%A5%9E%E5%9B%9E-4%E5%80%8B%E5%AD%97-%E5%A5%B9%E6%8F%AD%E8%83%8C%E5%BE%8C%E7%9C%9F%E6%AD%A3%E6%84%8F%E6%80%9D-091407181.html</w:t>
        </w:r>
      </w:hyperlink>
      <w:r>
        <w:t xml:space="preserve"> - This article covers the dispute over Janet Chia wearing a rainbow flag at Taiwan’s 2026 Pride parade, and her playful social-media exchange with host Kevin Tsai. It reports that critic Xia Xiaowu questioned the late request to make a large flag, arguing that the rainbow was shared rather than Chia’s private cape. Tsai responded with a teasing reference to the four-word “No capes” line associated with Edna Mode in The Incredibles, whom he voiced in the Taiwanese version. Chia later said she checked what he meant: he was likening her to a superhero while warning that capes can be dangerous near fans or aircraft engines.</w:t>
      </w:r>
      <w:r/>
    </w:p>
    <w:p>
      <w:pPr>
        <w:pStyle w:val="ListNumber"/>
        <w:spacing w:line="240" w:lineRule="auto"/>
        <w:ind w:left="720"/>
      </w:pPr>
      <w:r/>
      <w:hyperlink r:id="rId12">
        <w:r>
          <w:rPr>
            <w:color w:val="0000EE"/>
            <w:u w:val="single"/>
          </w:rPr>
          <w:t>https://www.nexttv.com.tw/NextTV/News/Home/Entertainment/m/2026-11-04/2515303.html</w:t>
        </w:r>
      </w:hyperlink>
      <w:r>
        <w:t xml:space="preserve"> - NextTV reports that Taipei 101 chairwoman Janet Chia joined Pride celebrations wearing a large rainbow flag and had hoped to display one at the landmark alongside its lighting. Some online commenters criticised the gesture as a publicity-seeking, last-minute idea and said the rainbow flag was not a personal cape. Chia responded on social media by invoking a well-known meme addressed to presenter Kevin Tsai. Tsai joined the exchange and alluded to the famous “No capes” line from The Incredibles, recalling his Taiwanese voice role as costume designer Edna Mode. The report focuses on the criticism, the meme and their humorous online interaction.</w:t>
      </w:r>
      <w:r/>
    </w:p>
    <w:p>
      <w:pPr>
        <w:pStyle w:val="ListNumber"/>
        <w:spacing w:line="240" w:lineRule="auto"/>
        <w:ind w:left="720"/>
      </w:pPr>
      <w:r/>
      <w:hyperlink r:id="rId13">
        <w:r>
          <w:rPr>
            <w:color w:val="0000EE"/>
            <w:u w:val="single"/>
          </w:rPr>
          <w:t>https://www.ftvnews.com.tw/news/detail/2026a31w0221</w:t>
        </w:r>
      </w:hyperlink>
      <w:r>
        <w:t xml:space="preserve"> - This Formosa Television report describes Janet Chia’s request for a large rainbow flag shortly before Taiwan’s 24th Pride parade on 31 October 2026. She specified a flag measuring 360 by 240 centimetres and hoped to hang it at Taipei 101. The request attracted broad support online, with the report noting that her post received about 50,000 likes. It also gives the parade’s theme, “Our Voices, Our Journey”, and outlines the event’s location and programme. The article places Chia’s flag initiative alongside public interest in Kevin Tsai’s comments about LGBTQ+ rights, but its main focus is the request and enthusiastic response.</w:t>
      </w:r>
      <w:r/>
    </w:p>
    <w:p>
      <w:pPr>
        <w:pStyle w:val="ListNumber"/>
        <w:spacing w:line="240" w:lineRule="auto"/>
        <w:ind w:left="720"/>
      </w:pPr>
      <w:r/>
      <w:hyperlink r:id="rId15">
        <w:r>
          <w:rPr>
            <w:color w:val="0000EE"/>
            <w:u w:val="single"/>
          </w:rPr>
          <w:t>https://www.taiwanpride.squarespace.com/</w:t>
        </w:r>
      </w:hyperlink>
      <w:r>
        <w:t xml:space="preserve"> - The official Taiwan Pride website identifies the event described in the accompanying coverage as the 24th Taiwan LGBT+ Pride parade, scheduled for Saturday, 31 October 2026. Its homepage provides basic event information and links to parade details, supporter information and the organisers’ background. This source supports the edition number and date cited in reports about Janet Chia’s rainbow-flag appearance. It does not discuss Chia, the online criticism, the flag’s production, or Kevin Tsai’s response; its value is as an organiser source for the parade itself. Readers can use it to distinguish official event information from the later news coverage and social-media commentary surrounding the celebrity exchange.</w:t>
      </w:r>
      <w:r/>
    </w:p>
    <w:p>
      <w:pPr>
        <w:pStyle w:val="ListNumber"/>
        <w:spacing w:line="240" w:lineRule="auto"/>
        <w:ind w:left="720"/>
      </w:pPr>
      <w:r/>
      <w:hyperlink r:id="rId14">
        <w:r>
          <w:rPr>
            <w:color w:val="0000EE"/>
            <w:u w:val="single"/>
          </w:rPr>
          <w:t>https://www.pixar.com/incredibles-2</w:t>
        </w:r>
      </w:hyperlink>
      <w:r>
        <w:t xml:space="preserve"> - Pixar’s official character page describes Edna “E” Mode as a highly capable fashion designer who creates functional, distinctive superhero suits. It highlights her firm opposition to capes, giving the official context for Kevin Tsai’s joke in response to Janet Chia’s rainbow-flag cape. The page concerns The Incredibles 2 and its characters rather than the Taiwanese-language voice cast or the 2026 Pride incident. It nevertheless confirms the central character association and the enduring “No capes” rule that underpins the exchange reported in Taiwanese news. The page also introduces the Parr family and their superhero roles, providing additional official background on the animated film’s fictional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9768" TargetMode="External"/><Relationship Id="rId10" Type="http://schemas.openxmlformats.org/officeDocument/2006/relationships/hyperlink" Target="https://www.nownews.com/news/6888932" TargetMode="External"/><Relationship Id="rId11" Type="http://schemas.openxmlformats.org/officeDocument/2006/relationships/hyperlink" Target="https://tw.news.yahoo.com/%E8%B3%88%E6%B0%B8%E5%A9%95%E6%8A%AB%E5%BD%A9%E8%99%B9%E6%97%97%E9%81%AD%E9%85%B8-%E8%94%A1%E5%BA%B7%E6%B0%B8%E7%A5%9E%E5%9B%9E-4%E5%80%8B%E5%AD%97-%E5%A5%B9%E6%8F%AD%E8%83%8C%E5%BE%8C%E7%9C%9F%E6%AD%A3%E6%84%8F%E6%80%9D-091407181.html" TargetMode="External"/><Relationship Id="rId12" Type="http://schemas.openxmlformats.org/officeDocument/2006/relationships/hyperlink" Target="https://www.nexttv.com.tw/NextTV/News/Home/Entertainment/m/2026-11-04/2515303.html" TargetMode="External"/><Relationship Id="rId13" Type="http://schemas.openxmlformats.org/officeDocument/2006/relationships/hyperlink" Target="https://www.ftvnews.com.tw/news/detail/2026a31w0221" TargetMode="External"/><Relationship Id="rId14" Type="http://schemas.openxmlformats.org/officeDocument/2006/relationships/hyperlink" Target="https://www.pixar.com/incredibles-2" TargetMode="External"/><Relationship Id="rId15" Type="http://schemas.openxmlformats.org/officeDocument/2006/relationships/hyperlink" Target="https://www.taiwanpride.squarespac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