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Spanish LGBTQ Catholics Find Hope at Chipiona Gathering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100 LGBTQ Christians from across Europe gathered in Chipiona, Spain, for the 15th annual meeting, where Malaga’s bishop offered a message of welcome and encouragement. The gathering paired that reassurance with practical discussion about listening, belonging and building stronger connections among queer Christian groups.</w:t>
      </w:r>
      <w:r/>
    </w:p>
    <w:p>
      <w:pPr>
        <w:pStyle w:val="Heading2"/>
      </w:pPr>
      <w:r>
        <w:t>A bishop’s message puts welcome at the centre</w:t>
      </w:r>
      <w:r/>
    </w:p>
    <w:p>
      <w:r/>
      <w:r>
        <w:t>Bishop Jose Antonio Satué of Malaga told participants they had much to offer the Church and could also find nourishment within it. His words brought a note of warmth to a gathering shaped by stories of faith, and by the hurt some attendees have experienced in church settings.</w:t>
      </w:r>
      <w:r/>
    </w:p>
    <w:p>
      <w:r/>
      <w:r>
        <w:t xml:space="preserve">Satué, who wasn’t able to attend in person, said people deserve to be heard and welcomed with dignity. He also acknowledged that some LGBTQ Catholics have faced misunderstanding or rejection, and urged the Church not to minimise the pain those experiences can leave behind. (Sources: </w:t>
      </w:r>
      <w:hyperlink r:id="rId9">
        <w:r>
          <w:rPr>
            <w:color w:val="0000EE"/>
            <w:u w:val="single"/>
          </w:rPr>
          <w:t>[2]</w:t>
        </w:r>
      </w:hyperlink>
      <w:r>
        <w:t xml:space="preserve">, </w:t>
      </w:r>
      <w:hyperlink r:id="rId10">
        <w:r>
          <w:rPr>
            <w:color w:val="0000EE"/>
            <w:u w:val="single"/>
          </w:rPr>
          <w:t>[5]</w:t>
        </w:r>
      </w:hyperlink>
      <w:r>
        <w:t>)</w:t>
      </w:r>
      <w:r/>
    </w:p>
    <w:p>
      <w:pPr>
        <w:pStyle w:val="Heading2"/>
      </w:pPr>
      <w:r>
        <w:t>Chipiona brings LGBTQ Christians together</w:t>
      </w:r>
      <w:r/>
    </w:p>
    <w:p>
      <w:r/>
      <w:r>
        <w:t xml:space="preserve">The Encuentro de Chipiona de Cristianos LGTBIQ+ has been held annually since 2010. This year’s gathering welcomed more than 100 participants, including people from Spain, Portugal, Italy and Switzerland, creating space for shared reflection across national borders. (Sources: </w:t>
      </w:r>
      <w:hyperlink r:id="rId9">
        <w:r>
          <w:rPr>
            <w:color w:val="0000EE"/>
            <w:u w:val="single"/>
          </w:rPr>
          <w:t>[2]</w:t>
        </w:r>
      </w:hyperlink>
      <w:r>
        <w:t xml:space="preserve">, </w:t>
      </w:r>
      <w:hyperlink r:id="rId11">
        <w:r>
          <w:rPr>
            <w:color w:val="0000EE"/>
            <w:u w:val="single"/>
          </w:rPr>
          <w:t>[4]</w:t>
        </w:r>
      </w:hyperlink>
      <w:r>
        <w:t>)</w:t>
      </w:r>
      <w:r/>
    </w:p>
    <w:p>
      <w:r/>
      <w:r>
        <w:t xml:space="preserve">Its programme focused on themes including synodality, pastoral care, education and stronger networks. The meeting’s inclusive slogan, “Todos, todos, todos” - “Everybody, everybody, everybody” - echoes words used by Pope Francis at World Youth Day in Lisbon in 2023. (Sources: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w:t>
      </w:r>
      <w:r/>
    </w:p>
    <w:p>
      <w:pPr>
        <w:pStyle w:val="Heading2"/>
      </w:pPr>
      <w:r>
        <w:t>From personal stories to practical plans</w:t>
      </w:r>
      <w:r/>
    </w:p>
    <w:p>
      <w:r/>
      <w:r>
        <w:t xml:space="preserve">After presentations, attendees split into six working groups to discuss set topics and suggest ways forward. Their conversations connected personal experiences with wider questions about how Christian communities can listen more carefully and offer meaningful support. (Sources: </w:t>
      </w:r>
      <w:hyperlink r:id="rId9">
        <w:r>
          <w:rPr>
            <w:color w:val="0000EE"/>
            <w:u w:val="single"/>
          </w:rPr>
          <w:t>[2]</w:t>
        </w:r>
      </w:hyperlink>
      <w:r>
        <w:t xml:space="preserve">, </w:t>
      </w:r>
      <w:hyperlink r:id="rId14">
        <w:r>
          <w:rPr>
            <w:color w:val="0000EE"/>
            <w:u w:val="single"/>
          </w:rPr>
          <w:t>[3]</w:t>
        </w:r>
      </w:hyperlink>
      <w:r>
        <w:t>)</w:t>
      </w:r>
      <w:r/>
    </w:p>
    <w:p>
      <w:r/>
      <w:r>
        <w:t xml:space="preserve">One proposal was to create a network linking Christian groups that support LGBTQ people. Participants approved the idea unanimously, and work is under way to develop it. It’s a concrete next step after a weekend centred not only on being heard, but on making that welcome easier to find. (Sources: </w:t>
      </w:r>
      <w:hyperlink r:id="rId9">
        <w:r>
          <w:rPr>
            <w:color w:val="0000EE"/>
            <w:u w:val="single"/>
          </w:rPr>
          <w:t>[2]</w:t>
        </w:r>
      </w:hyperlink>
      <w:r>
        <w:t xml:space="preserve">, </w:t>
      </w:r>
      <w:hyperlink r:id="rId14">
        <w:r>
          <w:rPr>
            <w:color w:val="0000EE"/>
            <w:u w:val="single"/>
          </w:rPr>
          <w:t>[3]</w:t>
        </w:r>
      </w:hyperlink>
      <w:r>
        <w:t>)</w:t>
      </w:r>
      <w:r/>
    </w:p>
    <w:p>
      <w:pPr>
        <w:pStyle w:val="Heading2"/>
      </w:pPr>
      <w:r>
        <w:t>Why the gathering matters beyond one weekend</w:t>
      </w:r>
      <w:r/>
    </w:p>
    <w:p>
      <w:r/>
      <w:r>
        <w:t xml:space="preserve">For people who’ve felt pushed to the margins, a message of belonging can matter deeply. Satué’s remarks recognised both the contribution LGBTQ Catholics make to the Church and the wounds that can arise when its welcome falls short. (Sources: </w:t>
      </w:r>
      <w:hyperlink r:id="rId9">
        <w:r>
          <w:rPr>
            <w:color w:val="0000EE"/>
            <w:u w:val="single"/>
          </w:rPr>
          <w:t>[2]</w:t>
        </w:r>
      </w:hyperlink>
      <w:r>
        <w:t xml:space="preserve">, </w:t>
      </w:r>
      <w:hyperlink r:id="rId10">
        <w:r>
          <w:rPr>
            <w:color w:val="0000EE"/>
            <w:u w:val="single"/>
          </w:rPr>
          <w:t>[5]</w:t>
        </w:r>
      </w:hyperlink>
      <w:r>
        <w:t>)</w:t>
      </w:r>
      <w:r/>
    </w:p>
    <w:p>
      <w:r/>
      <w:r>
        <w:t xml:space="preserve">The gathering ended with Mass, bringing its conversations back to shared worship. Organisers are now planning the 16th annual meeting for October 2027, with the new network offering one possible way to keep those connections alive in the meantime. (Sources: </w:t>
      </w:r>
      <w:hyperlink r:id="rId9">
        <w:r>
          <w:rPr>
            <w:color w:val="0000EE"/>
            <w:u w:val="single"/>
          </w:rPr>
          <w:t>[2]</w:t>
        </w:r>
      </w:hyperlink>
      <w:r>
        <w:t xml:space="preserve">, </w:t>
      </w:r>
      <w:hyperlink r:id="rId14">
        <w:r>
          <w:rPr>
            <w:color w:val="0000EE"/>
            <w:u w:val="single"/>
          </w:rPr>
          <w:t>[3]</w:t>
        </w:r>
      </w:hyperlink>
      <w:r>
        <w:t>)</w:t>
      </w:r>
      <w:r/>
    </w:p>
    <w:p>
      <w:r/>
      <w:r>
        <w:t>It's a hopeful start, and the real measure will be whether that welcome continues after everyone heads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https://www.newwaysministry.org/2026/11/04/spanish-bishop-encourages-lgbtq-catholics-at-annual-gathering/</w:t>
        </w:r>
      </w:hyperlink>
      <w:r>
        <w:t xml:space="preserve"> - Please view link - unable to able to access data</w:t>
      </w:r>
      <w:r/>
    </w:p>
    <w:p>
      <w:pPr>
        <w:pStyle w:val="ListNumber"/>
        <w:spacing w:line="240" w:lineRule="auto"/>
        <w:ind w:left="720"/>
      </w:pPr>
      <w:r/>
      <w:hyperlink r:id="rId9">
        <w:r>
          <w:rPr>
            <w:color w:val="0000EE"/>
            <w:u w:val="single"/>
          </w:rPr>
          <w:t>https://www.newwaysministry.org/2026/11/04/spanish-bishop-encourages-lgbtq-catholics-at-annual-gathering/</w:t>
        </w:r>
      </w:hyperlink>
      <w:r>
        <w:t xml:space="preserve"> - New Ways Ministry reports on the 15th Encuentro de Chipiona, where more than 100 LGBTQ+ Christians gathered in Spain. Bishop José Antonio Satué of Málaga sent a message affirming that LGBTQ+ people have much to contribute to the Church and deserve to be heard, welcomed and recognised. The article describes the gathering’s themes, including synodality, accompaniment, education and pastoral care, and its reference to Pope Francis’s inclusive words at World Youth Day in Lisbon. Participants worked in six groups and unanimously supported developing a network of pro-queer Christian groups. The meeting concluded with Mass, and organisers are planning the next gathering for October 2027.</w:t>
      </w:r>
      <w:r/>
    </w:p>
    <w:p>
      <w:pPr>
        <w:pStyle w:val="ListNumber"/>
        <w:spacing w:line="240" w:lineRule="auto"/>
        <w:ind w:left="720"/>
      </w:pPr>
      <w:r/>
      <w:hyperlink r:id="rId14">
        <w:r>
          <w:rPr>
            <w:color w:val="0000EE"/>
            <w:u w:val="single"/>
          </w:rPr>
          <w:t>https://crismhom.org/actividades/entrelazados/sinodalidad/viviendo-el-espiritu-de-chipiona</w:t>
        </w:r>
      </w:hyperlink>
      <w:r>
        <w:t xml:space="preserve"> - CRISMHOM shares participants’ reflections on the 15th Encuentro de Chipiona, held from 9 to 11 October 2026. Its account confirms that more than 100 people attended and that Bishop José Antonio Satué offered words of encouragement. The gathering included talks and small-group discussions on welcoming people, accompaniment, pastoral care, education and networking. Participants describe the meeting as a place for shared faith, listening and reflection, particularly for people who have felt excluded from Church life. The report also notes contributions from participants from Portugal and Italian communities, and discusses hopes for stronger cooperation and a more inclusive Church.</w:t>
      </w:r>
      <w:r/>
    </w:p>
    <w:p>
      <w:pPr>
        <w:pStyle w:val="ListNumber"/>
        <w:spacing w:line="240" w:lineRule="auto"/>
        <w:ind w:left="720"/>
      </w:pPr>
      <w:r/>
      <w:hyperlink r:id="rId11">
        <w:r>
          <w:rPr>
            <w:color w:val="0000EE"/>
            <w:u w:val="single"/>
          </w:rPr>
          <w:t>https://www.vidanuevadigital.com/2026/07/29/sinodo-lgtbiq-chipiona/amp/</w:t>
        </w:r>
      </w:hyperlink>
      <w:r>
        <w:t xml:space="preserve"> - Vida Nueva previews the 15th gathering of LGBTQ+ believers in Chipiona, scheduled for 9–11 October 2026. It says the annual meeting began in 2010 and describes its synodal format, with participants working in smaller circles after presentations. The article outlines the event’s inclusive theme, “Todos, todas, todes”, and explains that organisers hoped to bring together LGBTQ+ Christians to reflect on their place in the Church. It also discusses the Catholic Church’s pastoral language and Pope Francis’s emphasis on a Church open to everyone, referring to his words at World Youth Day in Lisbon. The report provides background for several claims in the article.</w:t>
      </w:r>
      <w:r/>
    </w:p>
    <w:p>
      <w:pPr>
        <w:pStyle w:val="ListNumber"/>
        <w:spacing w:line="240" w:lineRule="auto"/>
        <w:ind w:left="720"/>
      </w:pPr>
      <w:r/>
      <w:hyperlink r:id="rId10">
        <w:r>
          <w:rPr>
            <w:color w:val="0000EE"/>
            <w:u w:val="single"/>
          </w:rPr>
          <w:t>https://www.gionata.org/il-vescovo-spagnolo-di-malaga-ai-cattolici-lgbtq-riuniti-a-chipiona-avete-molto-da-offrire-alla-chiesa/</w:t>
        </w:r>
      </w:hyperlink>
      <w:r>
        <w:t xml:space="preserve"> - Progetto Gionata’s Italian-language report covers the Chipiona gathering and Bishop Satué’s message to LGBTQ+ Catholics. It says more than 100 Christians attended from Spain, Portugal, Italy and Switzerland, and describes the event’s topics, including synodality, welcome, education, pastoral care and cooperation. The report gives further detail on six thematic working groups and the proposal to create a national network of Christian LGBTQ+ associations, which was approved unanimously. It also describes the concluding Eucharistic celebration. This account supports information about the gathering’s participants, discussions, proposed network and closing Mass, while reporting the bishop’s message of support.</w:t>
      </w:r>
      <w:r/>
    </w:p>
    <w:p>
      <w:pPr>
        <w:pStyle w:val="ListNumber"/>
        <w:spacing w:line="240" w:lineRule="auto"/>
        <w:ind w:left="720"/>
      </w:pPr>
      <w:r/>
      <w:hyperlink r:id="rId12">
        <w:r>
          <w:rPr>
            <w:color w:val="0000EE"/>
            <w:u w:val="single"/>
          </w:rPr>
          <w:t>https://press.vatican.va/content/salastampa/en/bollettino/pubblico/2023/08/03/230803c.pdf</w:t>
        </w:r>
      </w:hyperlink>
      <w:r>
        <w:t xml:space="preserve"> - This official Vatican transcript records Pope Francis’s address at the welcome ceremony for World Youth Day in Lisbon on 3 August 2023. The Pope tells young people that they have been called by name and are loved by God, and describes the Church as a community in which everyone is invited. The document establishes the setting and date of the Lisbon event referenced in the Chipiona gathering’s slogan. It provides a primary-source record of the Pope’s welcome address and its emphasis on belonging, human dignity and shared faith, though it does not itself report on the Spanish LGBTQ+ gathering.</w:t>
      </w:r>
      <w:r/>
    </w:p>
    <w:p>
      <w:pPr>
        <w:pStyle w:val="ListNumber"/>
        <w:spacing w:line="240" w:lineRule="auto"/>
        <w:ind w:left="720"/>
      </w:pPr>
      <w:r/>
      <w:hyperlink r:id="rId13">
        <w:r>
          <w:rPr>
            <w:color w:val="0000EE"/>
            <w:u w:val="single"/>
          </w:rPr>
          <w:t>https://www.vaticannews.va/en/pope/news/2023-08/pope-welcomes-young-people-to-wyd-god-is-calling-you-by-name.html</w:t>
        </w:r>
      </w:hyperlink>
      <w:r>
        <w:t xml:space="preserve"> - Vatican News reports on Pope Francis’s welcome ceremony for World Youth Day in Lisbon in August 2023. It recounts his message that God calls people by name and loves them as they are, and describes his insistence that there is room for everyone in the Church. The report says the crowd repeated his inclusive refrain, “Everyone, everyone, everyone.” This provides context for the “Todos, todos, todos” slogan associated with the Chipiona meeting. The article also describes the ceremony and its emphasis on a diverse Church, belonging and the value of each person.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1/04/spanish-bishop-encourages-lgbtq-catholics-at-annual-gathering/" TargetMode="External"/><Relationship Id="rId10" Type="http://schemas.openxmlformats.org/officeDocument/2006/relationships/hyperlink" Target="https://www.gionata.org/il-vescovo-spagnolo-di-malaga-ai-cattolici-lgbtq-riuniti-a-chipiona-avete-molto-da-offrire-alla-chiesa/" TargetMode="External"/><Relationship Id="rId11" Type="http://schemas.openxmlformats.org/officeDocument/2006/relationships/hyperlink" Target="https://www.vidanuevadigital.com/2026/07/29/sinodo-lgtbiq-chipiona/amp/" TargetMode="External"/><Relationship Id="rId12" Type="http://schemas.openxmlformats.org/officeDocument/2006/relationships/hyperlink" Target="https://press.vatican.va/content/salastampa/en/bollettino/pubblico/2023/08/03/230803c.pdf" TargetMode="External"/><Relationship Id="rId13" Type="http://schemas.openxmlformats.org/officeDocument/2006/relationships/hyperlink" Target="https://www.vaticannews.va/en/pope/news/2023-08/pope-welcomes-young-people-to-wyd-god-is-calling-you-by-name.html" TargetMode="External"/><Relationship Id="rId14" Type="http://schemas.openxmlformats.org/officeDocument/2006/relationships/hyperlink" Target="https://crismhom.org/actividades/entrelazados/sinodalidad/viviendo-el-espiritu-de-chipio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