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Russell T Davies’ Tip Toe: Why This Queer Thriller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looking for thoughtful new queer television have plenty to discuss with Tip Toe, Russell T Davies’ Channel 4 drama starring Alan Cumming. Its tense story follows a feud between neighbours that grows increasingly dangerous, while asking what it means to stay alert in a changing world. Davies’ reflections also offer a useful guide to the series’ mix of anxiety, hope and sharp storytelling.</w:t>
      </w:r>
      <w:r/>
    </w:p>
    <w:p>
      <w:pPr>
        <w:pStyle w:val="Heading2"/>
      </w:pPr>
      <w:r>
        <w:t>Essential takeaways</w:t>
      </w:r>
      <w:r/>
      <w:r/>
    </w:p>
    <w:p>
      <w:pPr>
        <w:pStyle w:val="ListBullet"/>
        <w:spacing w:line="240" w:lineRule="auto"/>
        <w:ind w:left="720"/>
      </w:pPr>
      <w:r/>
      <w:r>
        <w:rPr>
          <w:b/>
        </w:rPr>
        <w:t>A neighbourly feud turns serious:</w:t>
      </w:r>
      <w:r>
        <w:t xml:space="preserve"> Channel 4 describes Tip Toe as a new drama from Russell T Davies, with Alan Cumming and David Morrissey leading the cast.</w:t>
      </w:r>
      <w:r/>
    </w:p>
    <w:p>
      <w:pPr>
        <w:pStyle w:val="ListBullet"/>
        <w:spacing w:line="240" w:lineRule="auto"/>
        <w:ind w:left="720"/>
      </w:pPr>
      <w:r/>
      <w:r>
        <w:rPr>
          <w:b/>
        </w:rPr>
        <w:t>It’s built as a thriller:</w:t>
      </w:r>
      <w:r>
        <w:t xml:space="preserve"> The close-up conflict gives the story a clear plot and ticking-clock tension.</w:t>
      </w:r>
      <w:r/>
    </w:p>
    <w:p>
      <w:pPr>
        <w:pStyle w:val="ListBullet"/>
        <w:spacing w:line="240" w:lineRule="auto"/>
        <w:ind w:left="720"/>
      </w:pPr>
      <w:r/>
      <w:r>
        <w:rPr>
          <w:b/>
        </w:rPr>
        <w:t>Queer television has range:</w:t>
      </w:r>
      <w:r>
        <w:t xml:space="preserve"> Davies has praised the contrast between darker dramas and joyful, sex-positive shows such as Heated Rivalry.</w:t>
      </w:r>
      <w:r/>
    </w:p>
    <w:p>
      <w:pPr>
        <w:pStyle w:val="ListBullet"/>
        <w:spacing w:line="240" w:lineRule="auto"/>
        <w:ind w:left="720"/>
      </w:pPr>
      <w:r/>
      <w:r>
        <w:rPr>
          <w:b/>
        </w:rPr>
        <w:t>A difficult mood, not a hopeless one:</w:t>
      </w:r>
      <w:r>
        <w:t xml:space="preserve"> The drama invites viewers to stay alert without suggesting that every relationship is beyond repair.</w:t>
      </w:r>
      <w:r/>
      <w:r/>
    </w:p>
    <w:p>
      <w:pPr>
        <w:pStyle w:val="Heading2"/>
      </w:pPr>
      <w:r>
        <w:t>Tip Toe makes a big unease feel close to home</w:t>
      </w:r>
      <w:r/>
    </w:p>
    <w:p>
      <w:r/>
      <w:r>
        <w:t>The unsettling part of Tip Toe is how ordinary its starting point feels: neighbours fall out, and then the conflict escalates. That domestic setting gives the danger a sharp edge. A dispute next door can feel far more immediate than a sweeping story about society at large.</w:t>
      </w:r>
      <w:r/>
    </w:p>
    <w:p>
      <w:r/>
      <w:r>
        <w:t>Channel 4 calls the drama urgent and captivating, with Alan Cumming and David Morrissey in leading roles. Davies has explained that he wanted to give the story a thriller’s momentum, rather than ask viewers to follow a broad account of social change. The result is a tighter frame for difficult questions. (2), (3), (4)</w:t>
      </w:r>
      <w:r/>
    </w:p>
    <w:p>
      <w:pPr>
        <w:pStyle w:val="Heading2"/>
      </w:pPr>
      <w:r>
        <w:t>Why Russell T Davies chose a thriller shape</w:t>
      </w:r>
      <w:r/>
    </w:p>
    <w:p>
      <w:r/>
      <w:r>
        <w:t>Davies has written for television across very different scales, from intimate character stories to dramas spanning years of change. In conversation about Tip Toe, he contrasted its concentrated plot with Years and Years, which took a much wider view. A simple thriller structure, he suggested, can make a large concern easier to follow.</w:t>
      </w:r>
      <w:r/>
    </w:p>
    <w:p>
      <w:r/>
      <w:r>
        <w:t>That choice matters for viewers, too. A ticking clock gives the story somewhere to go, while a neighbourhood dispute keeps its themes grounded in recognisable relationships. The form doesn't make the subject lighter; it gives the tension a clean line to travel along. (2), (4), (5)</w:t>
      </w:r>
      <w:r/>
    </w:p>
    <w:p>
      <w:pPr>
        <w:pStyle w:val="Heading2"/>
      </w:pPr>
      <w:r>
        <w:t>Queer television needs room for joy and alarm</w:t>
      </w:r>
      <w:r/>
    </w:p>
    <w:p>
      <w:r/>
      <w:r>
        <w:t>One of Davies’ most interesting points is that queer storytelling doesn't have to settle on a single mood. Some series offer warmth, romance and pleasure; others look squarely at vulnerability and fear. Both can belong in the same television landscape, and neither cancels out the other.</w:t>
      </w:r>
      <w:r/>
    </w:p>
    <w:p>
      <w:r/>
      <w:r>
        <w:t>Channel 4 has backed Davies’ work over several stages of his career, while his wider record includes landmark queer drama and Doctor Who. For viewers choosing what to watch next, that breadth is the appeal: queer characters can be at the centre of a romance, a comedy, a thriller or something more unsettling. (2), (4), (5)</w:t>
      </w:r>
      <w:r/>
    </w:p>
    <w:p>
      <w:pPr>
        <w:pStyle w:val="Heading2"/>
      </w:pPr>
      <w:r>
        <w:t>How to watch Tip Toe without missing its point</w:t>
      </w:r>
      <w:r/>
    </w:p>
    <w:p>
      <w:r/>
      <w:r>
        <w:t>It's worth approaching Tip Toe as a tense drama, rather than expecting a comforting night in. The neighbour-versus-neighbour setup provides the hook, but the story also invites viewers to notice how fear and hostility can build around everyday life. If you prefer to know a series’ general mood before pressing play, Channel 4’s description is a helpful starting point.</w:t>
      </w:r>
      <w:r/>
    </w:p>
    <w:p>
      <w:r/>
      <w:r>
        <w:t>The drama also raises a prickly question about how people with opposing views should deal with one another. Davies argues for conversation rather than simply shutting people out, though that doesn't mean every disagreement is harmless or every relationship can be repaired. The tension between staying open and protecting others is part of what makes the story linger. (2), (3), (4)</w:t>
      </w:r>
      <w:r/>
    </w:p>
    <w:p>
      <w:pPr>
        <w:pStyle w:val="Heading2"/>
      </w:pPr>
      <w:r>
        <w:t>The bigger picture is a stronger queer TV mix</w:t>
      </w:r>
      <w:r/>
    </w:p>
    <w:p>
      <w:r/>
      <w:r>
        <w:t>There’s something encouraging about being able to compare a dark thriller with lighter queer shows in the same conversation. More varied stories mean viewers can find different kinds of recognition, whether they're after laughter, romance, suspense or a tougher look at the world.</w:t>
      </w:r>
      <w:r/>
    </w:p>
    <w:p>
      <w:r/>
      <w:r>
        <w:t>Davies has also spoken warmly about new voices and the continuing appetite for queer characters across genres. That variety is no small thing: representation feels richer when it isn't asked to carry just one tone or tell the same story repeatedly. And Tip Toe makes a case for letting a queer drama be tense, challenging and distinctly its own. (2), (4), (5)</w:t>
      </w:r>
      <w:r/>
    </w:p>
    <w:p>
      <w:r/>
      <w:r>
        <w:t>It's a gripping choice for viewers who like their television thoughtful as well as tense.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https://www.tvscholar.com/p/what-is-russell-t-davies-watching</w:t>
        </w:r>
      </w:hyperlink>
      <w:r>
        <w:t xml:space="preserve"> - Please view link - unable to able to access data</w:t>
      </w:r>
      <w:r/>
    </w:p>
    <w:p>
      <w:pPr>
        <w:pStyle w:val="ListNumber"/>
        <w:spacing w:line="240" w:lineRule="auto"/>
        <w:ind w:left="720"/>
      </w:pPr>
      <w:r/>
      <w:hyperlink r:id="rId10">
        <w:r>
          <w:rPr>
            <w:color w:val="0000EE"/>
            <w:u w:val="single"/>
          </w:rPr>
          <w:t>https://www.channel4.com/press/news/russell-t-davies-returns-channel-4-brand-new-drama-tip-toe</w:t>
        </w:r>
      </w:hyperlink>
      <w:r>
        <w:t xml:space="preserve"> - Channel 4 announces Tip Toe, a five-part drama created by Russell T Davies and directed by Peter Hoar. The release describes its central conflict: Leo, who runs a bar on Manchester’s Canal Street, and Clive, his neighbour, become deadly enemies as prejudice and social tension intensify. It connects the series with Davies’s earlier work, including It’s a Sin, Queer as Folk and Doctor Who, and explains that the story is intended to address dangers facing LGBTQ+ people while reaching a broader audience. The announcement also identifies the production companies and executive producers. It supports the article’s description of the drama’s premise, creator and themes.</w:t>
      </w:r>
      <w:r/>
    </w:p>
    <w:p>
      <w:pPr>
        <w:pStyle w:val="ListNumber"/>
        <w:spacing w:line="240" w:lineRule="auto"/>
        <w:ind w:left="720"/>
      </w:pPr>
      <w:r/>
      <w:hyperlink r:id="rId11">
        <w:r>
          <w:rPr>
            <w:color w:val="0000EE"/>
            <w:u w:val="single"/>
          </w:rPr>
          <w:t>https://www.channel4.com/press/news/alan-cumming-and-david-morrissey-lead-cast-russell-t-davies-urgent-captivating-and</w:t>
        </w:r>
      </w:hyperlink>
      <w:r>
        <w:t xml:space="preserve"> - Channel 4’s casting announcement identifies Alan Cumming as Leo, the owner of a bar in Manchester’s Gay Village, and David Morrissey as Clive, his troubled next-door neighbour. It describes the five-part story as a suburban thriller in which the neighbours’ relationship deteriorates amid growing social tension. The release also names Elizabeth Berrington as Stephanie and Iz Hesketh as Zee, alongside other members of the ensemble cast. It confirms Russell T Davies as writer and creator, and notes the production’s connection to It’s a Sin and Queer as Folk. This is a direct source for the article’s cast and character details.</w:t>
      </w:r>
      <w:r/>
    </w:p>
    <w:p>
      <w:pPr>
        <w:pStyle w:val="ListNumber"/>
        <w:spacing w:line="240" w:lineRule="auto"/>
        <w:ind w:left="720"/>
      </w:pPr>
      <w:r/>
      <w:hyperlink r:id="rId12">
        <w:r>
          <w:rPr>
            <w:color w:val="0000EE"/>
            <w:u w:val="single"/>
          </w:rPr>
          <w:t>https://www.channel4.com/press/news/interview-russell-t-davies-writer-creator-and-executive-producer</w:t>
        </w:r>
      </w:hyperlink>
      <w:r>
        <w:t xml:space="preserve"> - In this Channel 4 press interview, Russell T Davies explains how the idea for Tip Toe began with the practical act of giving a neighbour a front-door key. He describes the resulting sense of vulnerability and says the story developed into a thriller shaped by anger about contemporary society and communication. Davies discusses the casting of Alan Cumming and David Morrissey, and explains that he wanted Tip Toe to work as a compelling thriller rather than simply as an issue-led drama. The interview provides context for the show’s neighbour conflict, creative origins and social commentary, supporting the article’s discussion of its tone and approach.</w:t>
      </w:r>
      <w:r/>
    </w:p>
    <w:p>
      <w:pPr>
        <w:pStyle w:val="ListNumber"/>
        <w:spacing w:line="240" w:lineRule="auto"/>
        <w:ind w:left="720"/>
      </w:pPr>
      <w:r/>
      <w:hyperlink r:id="rId13">
        <w:r>
          <w:rPr>
            <w:color w:val="0000EE"/>
            <w:u w:val="single"/>
          </w:rPr>
          <w:t>https://rts.org.uk/article/i-had-write-it-s-sin-creator-russell-t-davies-and-executive-producer-nicola-shindler-new</w:t>
        </w:r>
      </w:hyperlink>
      <w:r>
        <w:t xml:space="preserve"> - The Royal Television Society interviews Russell T Davies and producer Nicola Shindler about Tip Toe, its social themes and their long creative partnership. The article describes the series as a clash between Leo, a gay bar owner played by Alan Cumming, and his neighbour Clive, played by David Morrissey. Davies links the drama’s origins to rising anger and hostility, including abuse directed at him online because he is openly gay. The piece also recalls the continuing influence of Queer as Folk and discusses Tip Toe’s return to Manchester. It supports the article’s account of Davies’s career, the drama’s premise and its concerns about prejudice.</w:t>
      </w:r>
      <w:r/>
    </w:p>
    <w:p>
      <w:pPr>
        <w:pStyle w:val="ListNumber"/>
        <w:spacing w:line="240" w:lineRule="auto"/>
        <w:ind w:left="720"/>
      </w:pPr>
      <w:r/>
      <w:hyperlink r:id="rId14">
        <w:r>
          <w:rPr>
            <w:color w:val="0000EE"/>
            <w:u w:val="single"/>
          </w:rPr>
          <w:t>https://www.bbc.co.uk/sport/ice-hockey/articles/cvgrmd573lvo</w:t>
        </w:r>
      </w:hyperlink>
      <w:r>
        <w:t xml:space="preserve"> - BBC Sport reports on the impact of Heated Rivalry, a television drama about two male professional ice-hockey players in a secret relationship. The article centres on Jesse Kortuem, whose experience of watching the show helped him feel ready to come out publicly as gay. It describes the response from queer viewers, straight hockey fans and former players, while also cautioning that the series is escapist fiction rather than a realistic account of life in the NHL. The report discusses visibility, acceptance and the continuing absence of openly gay active NHL players. It supports the article’s reference to Heated Rivalry as a widely discussed queer story.</w:t>
      </w:r>
      <w:r/>
    </w:p>
    <w:p>
      <w:pPr>
        <w:pStyle w:val="ListNumber"/>
        <w:spacing w:line="240" w:lineRule="auto"/>
        <w:ind w:left="720"/>
      </w:pPr>
      <w:r/>
      <w:hyperlink r:id="rId15">
        <w:r>
          <w:rPr>
            <w:color w:val="0000EE"/>
            <w:u w:val="single"/>
          </w:rPr>
          <w:t>https://www.counterterrorism.police.uk/news/heaton-park-synagogue-attack-one-year-on/</w:t>
        </w:r>
      </w:hyperlink>
      <w:r>
        <w:t xml:space="preserve"> - Counter Terrorism Policing marks the first anniversary of the Heaton Park Hebrew Congregation synagogue attack in Manchester. The statement says the attack took place on Yom Kippur and remembers Adrian Daulby and Melvin Cravitz, who died, as well as three congregation members who were seriously injured. It reflects on the impact on the victims’ families and the wider Jewish community in Manchester and across the United Kingdom. This official account supports the article’s reference to the anniversary and the attack’s victims. The publication provides a reliable factual source for the incident, rather than for the television interview’s broader commentary about society.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vscholar.com/p/what-is-russell-t-davies-watching" TargetMode="External"/><Relationship Id="rId10" Type="http://schemas.openxmlformats.org/officeDocument/2006/relationships/hyperlink" Target="https://www.channel4.com/press/news/russell-t-davies-returns-channel-4-brand-new-drama-tip-toe" TargetMode="External"/><Relationship Id="rId11" Type="http://schemas.openxmlformats.org/officeDocument/2006/relationships/hyperlink" Target="https://www.channel4.com/press/news/alan-cumming-and-david-morrissey-lead-cast-russell-t-davies-urgent-captivating-and" TargetMode="External"/><Relationship Id="rId12" Type="http://schemas.openxmlformats.org/officeDocument/2006/relationships/hyperlink" Target="https://www.channel4.com/press/news/interview-russell-t-davies-writer-creator-and-executive-producer" TargetMode="External"/><Relationship Id="rId13" Type="http://schemas.openxmlformats.org/officeDocument/2006/relationships/hyperlink" Target="https://rts.org.uk/article/i-had-write-it-s-sin-creator-russell-t-davies-and-executive-producer-nicola-shindler-new" TargetMode="External"/><Relationship Id="rId14" Type="http://schemas.openxmlformats.org/officeDocument/2006/relationships/hyperlink" Target="https://www.bbc.co.uk/sport/ice-hockey/articles/cvgrmd573lvo" TargetMode="External"/><Relationship Id="rId15" Type="http://schemas.openxmlformats.org/officeDocument/2006/relationships/hyperlink" Target="https://www.counterterrorism.police.uk/news/heaton-park-synagogue-attack-one-year-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