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Crosswalk Bricks Raise $26,575 for Florida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South Florida drag performer has turned pieces of a removed rainbow crosswalk into a striking fundraiser for Pride events in Key West and Naples. The repainted bricks sold out in four days, raising $26,575 for celebrations facing a tougher search for corporate support and public funding.</w:t>
      </w:r>
      <w:r/>
    </w:p>
    <w:p>
      <w:pPr>
        <w:pStyle w:val="Heading2"/>
      </w:pPr>
      <w:r>
        <w:t>Repainted crosswalk bricks find a new purpose</w:t>
      </w:r>
      <w:r/>
    </w:p>
    <w:p>
      <w:r/>
      <w:r>
        <w:t>A small piece of rainbow-painted pavement is now a keepsake, and a source of support for Florida Pride events. Drag performer Ms. Bouvèé, whose offstage name is Eric Swanson, raised $26,575 by selling 50 bricks from a rainbow crosswalk removed from Miami Beach's Ocean Drive. (Sources: WLRN, CBS News)</w:t>
      </w:r>
      <w:r/>
    </w:p>
    <w:p>
      <w:r/>
      <w:r>
        <w:t>Swanson cleaned and repainted the bricks, then added plaques explaining where they came from and how long the crosswalk had been in place. The result was part memento, part fundraiser, with a vivid reminder of a piece of public art that had disappeared. (Sources: CBS News, Miami Herald)</w:t>
      </w:r>
      <w:r/>
    </w:p>
    <w:p>
      <w:pPr>
        <w:pStyle w:val="Heading2"/>
      </w:pPr>
      <w:r>
        <w:t>How the rainbow crosswalk became a fundraiser</w:t>
      </w:r>
      <w:r/>
    </w:p>
    <w:p>
      <w:r/>
      <w:r>
        <w:t>The Ocean Drive crosswalk was among rainbow street features removed after Florida officials ordered their removal. The state said such markings could distract drivers; the decision prompted protests from residents and LGBTQ+ supporters, including Swanson, who took part in demonstrations in drag. (Sources: Associated Press, Washington Post)</w:t>
      </w:r>
      <w:r/>
    </w:p>
    <w:p>
      <w:r/>
      <w:r>
        <w:t>Swanson later heard that bricks from the crosswalk were being auctioned after the design was replaced with black pavement. He bought 50 and saw an opportunity to give them a second life, while turning public attention towards Pride celebrations that needed help. (Sources: CBS News, WLRN)</w:t>
      </w:r>
      <w:r/>
    </w:p>
    <w:p>
      <w:pPr>
        <w:pStyle w:val="Heading2"/>
      </w:pPr>
      <w:r>
        <w:t>Pride events get more than the original target</w:t>
      </w:r>
      <w:r/>
    </w:p>
    <w:p>
      <w:r/>
      <w:r>
        <w:t>The campaign brought in $16,300 for Naples Pride and $10,275 for Key West Pride, surpassing Swanson's initial fundraising goals. All 50 bricks sold within four days, a quick response that suggests plenty of people wanted to hold on to a tangible piece of local LGBTQ+ history. (Sources: WLRN, Miami Herald)</w:t>
      </w:r>
      <w:r/>
    </w:p>
    <w:p>
      <w:r/>
      <w:r>
        <w:t>The money is intended to help pay for live entertainment and security at the events. Those costs can be difficult to cover, particularly as both Pride organisations have struggled to attract corporate sponsors. (Sources: WLRN, CBS News)</w:t>
      </w:r>
      <w:r/>
    </w:p>
    <w:p>
      <w:pPr>
        <w:pStyle w:val="Heading2"/>
      </w:pPr>
      <w:r>
        <w:t>Why these bricks carry extra meaning</w:t>
      </w:r>
      <w:r/>
    </w:p>
    <w:p>
      <w:r/>
      <w:r>
        <w:t>For many supporters, the appeal goes beyond colourful decor. Swanson connected the bricks with the history of protest, including the use of bricks as a symbol associated with the Stonewall uprising. Turning a removed part of the street into a keepsake gives that history a local, physical connection. (Sources: WLRN, Miami Herald)</w:t>
      </w:r>
      <w:r/>
    </w:p>
    <w:p>
      <w:r/>
      <w:r>
        <w:t>The story also reflects a broader argument about who gets to decide what belongs on public streets. Florida's crosswalk removals followed a wider push to take down street art and other markings deemed potentially distracting, despite reporting that challenged the safety rationale. (Sources: Associated Press, Washington Post)</w:t>
      </w:r>
      <w:r/>
    </w:p>
    <w:p>
      <w:pPr>
        <w:pStyle w:val="Heading2"/>
      </w:pPr>
      <w:r>
        <w:t>A practical idea with a human touch</w:t>
      </w:r>
      <w:r/>
    </w:p>
    <w:p>
      <w:r/>
      <w:r>
        <w:t>The fundraiser's approach was simple but thoughtful: preserve the material, explain its provenance and connect each sale to a specific community need. For other local groups considering a similar project, clear information about where an item came from and how funds will be used can help turn curiosity into support. (Sources: CBS News, WLRN)</w:t>
      </w:r>
      <w:r/>
    </w:p>
    <w:p>
      <w:r/>
      <w:r>
        <w:t>And the bricks have a life beyond the sale. Each one carries a little colour, a story of removal and a contribution to the next Pride celebration. Swanson has said he hopes the project inspires other drag performers to find creative ways to support LGBTQ+ organisations and events. (Sources: WLRN, Miami Herald)</w:t>
      </w:r>
      <w:r/>
    </w:p>
    <w:p>
      <w:r/>
      <w:r>
        <w:t>A repurposed brick may be modest, but its impact can travel a long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1">
        <w:r>
          <w:rPr>
            <w:color w:val="0000EE"/>
            <w:u w:val="single"/>
          </w:rPr>
          <w:t>[4]</w:t>
        </w:r>
      </w:hyperlink>
      <w:r>
        <w:t xml:space="preserve">, </w:t>
      </w:r>
      <w:hyperlink r:id="rId10">
        <w:r>
          <w:rPr>
            <w:color w:val="0000EE"/>
            <w:u w:val="single"/>
          </w:rPr>
          <w:t>[3]</w:t>
        </w:r>
      </w:hyperlink>
      <w:r>
        <w:t xml:space="preserve">- Paragraph 10: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https://www.metroweekly.com/2026/11/drag-queen-rainbow-crosswalk-bricks-pride/</w:t>
        </w:r>
      </w:hyperlink>
      <w:r>
        <w:t xml:space="preserve"> - Please view link - unable to able to access data</w:t>
      </w:r>
      <w:r/>
    </w:p>
    <w:p>
      <w:pPr>
        <w:pStyle w:val="ListNumber"/>
        <w:spacing w:line="240" w:lineRule="auto"/>
        <w:ind w:left="720"/>
      </w:pPr>
      <w:r/>
      <w:hyperlink r:id="rId9">
        <w:r>
          <w:rPr>
            <w:color w:val="0000EE"/>
            <w:u w:val="single"/>
          </w:rPr>
          <w:t>https://www.metroweekly.com/2026/11/drag-queen-rainbow-crosswalk-bricks-pride/</w:t>
        </w:r>
      </w:hyperlink>
      <w:r>
        <w:t xml:space="preserve"> - Metro Weekly reports that South Florida drag performer Ms. Bouvèé, whose offstage name is Eric Swanson, raised $26,575 for Pride celebrations in Naples and Key West by selling 50 repainted bricks from Miami Beach’s removed Ocean Drive rainbow crosswalk. Swanson bought the bricks at auction, added plaques explaining their history, and sold them within four days. The article describes protests against Florida’s removal of street art and crosswalks, following safety directives from state and federal officials. It says proceeds will support live entertainment and security, costs that local governments cannot fund under a recently passed restriction on public spending for diversity, equity and inclusion initiatives.</w:t>
      </w:r>
      <w:r/>
    </w:p>
    <w:p>
      <w:pPr>
        <w:pStyle w:val="ListNumber"/>
        <w:spacing w:line="240" w:lineRule="auto"/>
        <w:ind w:left="720"/>
      </w:pPr>
      <w:r/>
      <w:hyperlink r:id="rId10">
        <w:r>
          <w:rPr>
            <w:color w:val="0000EE"/>
            <w:u w:val="single"/>
          </w:rPr>
          <w:t>https://www.wlrn.org/arts-culture/2026-10-23/drag-queen-raises-26-000-with-outlawed-miami-rainbow-crosswalk-bricks</w:t>
        </w:r>
      </w:hyperlink>
      <w:r>
        <w:t xml:space="preserve"> - WLRN republishes reporting by Miami New Times on Eric Swanson, the South Florida performer known as Ms. Bouvèé, and his fundraiser using 50 bricks from Miami Beach’s former Ocean Drive rainbow crosswalk. After the state removed the artwork, Swanson acquired bricks at auction, washed and repainted them, and added plaques recording their origin. Buyers purchased all 50 within four days, generating more than $26,000 for Pride celebrations in Naples and Key West. The story recounts Swanson’s participation in protests and his concern that cities lost authority over their streets. It says donations will help fund entertainment stages and security at both events.</w:t>
      </w:r>
      <w:r/>
    </w:p>
    <w:p>
      <w:pPr>
        <w:pStyle w:val="ListNumber"/>
        <w:spacing w:line="240" w:lineRule="auto"/>
        <w:ind w:left="720"/>
      </w:pPr>
      <w:r/>
      <w:hyperlink r:id="rId11">
        <w:r>
          <w:rPr>
            <w:color w:val="0000EE"/>
            <w:u w:val="single"/>
          </w:rPr>
          <w:t>https://www.cbsnews.com/miami/news/miami-beach-rainbow-crosswalk-bricks-drag-performer-pride-fundraiser/</w:t>
        </w:r>
      </w:hyperlink>
      <w:r>
        <w:t xml:space="preserve"> - CBS Miami reports on drag performer Eric Swanson, also known as Miss Bouvee, and his sale of bricks from Miami Beach’s removed rainbow crosswalk. Swanson won 50 bricks at auction and offered them to raise money for Pride organisations in Key West and Naples. The report explains that Miami Beach reused some original pavers to create a nearby rainbow-coloured pedestrian area and auctioned the remainder. Swanson said smaller Pride celebrations often lack corporate sponsorship and that the funds would support live performance, production and local performers. The article also describes the state’s order to remove street art and the resulting protests across South Florida.</w:t>
      </w:r>
      <w:r/>
    </w:p>
    <w:p>
      <w:pPr>
        <w:pStyle w:val="ListNumber"/>
        <w:spacing w:line="240" w:lineRule="auto"/>
        <w:ind w:left="720"/>
      </w:pPr>
      <w:r/>
      <w:hyperlink r:id="rId12">
        <w:r>
          <w:rPr>
            <w:color w:val="0000EE"/>
            <w:u w:val="single"/>
          </w:rPr>
          <w:t>https://www.miamiherald.com/news/local/community/miami-dade/article311773263.html</w:t>
        </w:r>
      </w:hyperlink>
      <w:r>
        <w:t xml:space="preserve"> - The Miami Herald examines Florida’s campaign against rainbow crosswalks and other painted street art, including directives issued by state transportation officials and federal Transportation Secretary Sean Duffy. It reports that authorities warned cities about possible funding consequences for failing to remove pavement art, while local officials and LGBTQ advocates challenged the orders. The article describes protests, concerns about city autonomy, and the removal of Orlando’s Pulse memorial crosswalk. It also details the effect on communities including Miami Beach, Key West and Delray Beach. The reporting provides context for the Ocean Drive crosswalk’s removal and the political dispute that preceded the bricks’ reuse for Pride fundraising.</w:t>
      </w:r>
      <w:r/>
    </w:p>
    <w:p>
      <w:pPr>
        <w:pStyle w:val="ListNumber"/>
        <w:spacing w:line="240" w:lineRule="auto"/>
        <w:ind w:left="720"/>
      </w:pPr>
      <w:r/>
      <w:hyperlink r:id="rId13">
        <w:r>
          <w:rPr>
            <w:color w:val="0000EE"/>
            <w:u w:val="single"/>
          </w:rPr>
          <w:t>https://apnews.com/article/florida-lgbtq-rainbow-crosswalks-desantis-58b22e99150bc89f91362e0bd99aa52a</w:t>
        </w:r>
      </w:hyperlink>
      <w:r>
        <w:t xml:space="preserve"> - The Associated Press reports that Florida communities were ordered to remove rainbow crosswalks and other street art after state and federal transportation directives. The article describes threatened funding consequences, the removal of Orlando’s memorial crosswalk outside Pulse nightclub, and reactions from officials and residents. It notes that Florida Governor Ron DeSantis defended the state’s approach, while cities sought to preserve installations they considered meaningful to their communities. Miami Beach’s Ocean Drive crosswalk was also subject to an order to remove it. This coverage supports the article’s account of the policy context, protests, and state actions that led to the dismantling of the artwork and recovery of its bricks.</w:t>
      </w:r>
      <w:r/>
    </w:p>
    <w:p>
      <w:pPr>
        <w:pStyle w:val="ListNumber"/>
        <w:spacing w:line="240" w:lineRule="auto"/>
        <w:ind w:left="720"/>
      </w:pPr>
      <w:r/>
      <w:hyperlink r:id="rId14">
        <w:r>
          <w:rPr>
            <w:color w:val="0000EE"/>
            <w:u w:val="single"/>
          </w:rPr>
          <w:t>https://www.washingtonpost.com/nation/2025/08/15/rainbow-crosswalks-traffic-safety-florida/</w:t>
        </w:r>
      </w:hyperlink>
      <w:r>
        <w:t xml:space="preserve"> - The Washington Post reports on Florida and federal directives calling for rainbow crosswalks and other asphalt art to be removed. The article describes the memorial significance of Orlando’s Pulse crosswalk, the federal letter from Transportation Secretary Sean Duffy, and Florida’s warnings to local authorities. It also discusses arguments about road safety, citing a study of asphalt art sites that found fewer crashes after installations, while officials maintained that non-standard markings could cause distraction. The report records public opposition and the potential loss of city funding. It offers background on the policy debate and state enforcement that prompted protests and the eventual removal of artwork.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11/drag-queen-rainbow-crosswalk-bricks-pride/" TargetMode="External"/><Relationship Id="rId10" Type="http://schemas.openxmlformats.org/officeDocument/2006/relationships/hyperlink" Target="https://www.wlrn.org/arts-culture/2026-10-23/drag-queen-raises-26-000-with-outlawed-miami-rainbow-crosswalk-bricks" TargetMode="External"/><Relationship Id="rId11" Type="http://schemas.openxmlformats.org/officeDocument/2006/relationships/hyperlink" Target="https://www.cbsnews.com/miami/news/miami-beach-rainbow-crosswalk-bricks-drag-performer-pride-fundraiser/" TargetMode="External"/><Relationship Id="rId12" Type="http://schemas.openxmlformats.org/officeDocument/2006/relationships/hyperlink" Target="https://www.miamiherald.com/news/local/community/miami-dade/article311773263.html" TargetMode="External"/><Relationship Id="rId13" Type="http://schemas.openxmlformats.org/officeDocument/2006/relationships/hyperlink" Target="https://apnews.com/article/florida-lgbtq-rainbow-crosswalks-desantis-58b22e99150bc89f91362e0bd99aa52a" TargetMode="External"/><Relationship Id="rId14" Type="http://schemas.openxmlformats.org/officeDocument/2006/relationships/hyperlink" Target="https://www.washingtonpost.com/nation/2025/08/15/rainbow-crosswalks-traffic-safety-flori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