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Festival Honours LGBTQ History in the Desert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Pride is putting the region's LGBTQ history in the spotlight alongside its annual celebration. The festival brings people together for visibility, community and fun, while the LGBTQ History and Archives of the Desert preserves stories that might otherwise fade from view. Here's why the link between celebration and local memory matters.</w:t>
      </w:r>
      <w:r/>
    </w:p>
    <w:p>
      <w:pPr>
        <w:pStyle w:val="Heading2"/>
      </w:pPr>
      <w:r>
        <w:t>Pride is about more than one weekend</w:t>
      </w:r>
      <w:r/>
    </w:p>
    <w:p>
      <w:r/>
      <w:r>
        <w:t xml:space="preserve">A Pride festival is a vivid, public celebration, with music, colour and people gathering in the streets. In Palm Springs, it also offers a chance to recognise the LGBTQ communities that have helped shape life in the desert. </w:t>
      </w:r>
      <w:hyperlink r:id="rId9">
        <w:r>
          <w:rPr>
            <w:color w:val="0000EE"/>
            <w:u w:val="single"/>
          </w:rPr>
          <w:t>[3]</w:t>
        </w:r>
      </w:hyperlink>
      <w:r>
        <w:t xml:space="preserve">, </w:t>
      </w:r>
      <w:hyperlink r:id="rId10">
        <w:r>
          <w:rPr>
            <w:color w:val="0000EE"/>
            <w:u w:val="single"/>
          </w:rPr>
          <w:t>[4]</w:t>
        </w:r>
      </w:hyperlink>
      <w:r/>
    </w:p>
    <w:p>
      <w:r/>
      <w:r>
        <w:t xml:space="preserve">The LGBTQ History and Archives of the Desert is dedicated to preserving that past through historical materials and community stories. Its work gives the festival a deeper thread: the people celebrating today are part of a history still being collected and remembered. </w:t>
      </w:r>
      <w:hyperlink r:id="rId11">
        <w:r>
          <w:rPr>
            <w:color w:val="0000EE"/>
            <w:u w:val="single"/>
          </w:rPr>
          <w:t>[2]</w:t>
        </w:r>
      </w:hyperlink>
      <w:r>
        <w:t xml:space="preserve">, </w:t>
      </w:r>
      <w:hyperlink r:id="rId12">
        <w:r>
          <w:rPr>
            <w:color w:val="0000EE"/>
            <w:u w:val="single"/>
          </w:rPr>
          <w:t>[6]</w:t>
        </w:r>
      </w:hyperlink>
      <w:r/>
    </w:p>
    <w:p>
      <w:pPr>
        <w:pStyle w:val="Heading2"/>
      </w:pPr>
      <w:r>
        <w:t>How the desert's LGBTQ history is being preserved</w:t>
      </w:r>
      <w:r/>
    </w:p>
    <w:p>
      <w:r/>
      <w:r>
        <w:t xml:space="preserve">Archives make history tangible. Documents, photographs and other records can show how communities formed, organised and made themselves visible, offering detail that a commemorative speech alone can't capture. </w:t>
      </w:r>
      <w:hyperlink r:id="rId11">
        <w:r>
          <w:rPr>
            <w:color w:val="0000EE"/>
            <w:u w:val="single"/>
          </w:rPr>
          <w:t>[2]</w:t>
        </w:r>
      </w:hyperlink>
      <w:r>
        <w:t xml:space="preserve">, </w:t>
      </w:r>
      <w:hyperlink r:id="rId12">
        <w:r>
          <w:rPr>
            <w:color w:val="0000EE"/>
            <w:u w:val="single"/>
          </w:rPr>
          <w:t>[6]</w:t>
        </w:r>
      </w:hyperlink>
      <w:r/>
    </w:p>
    <w:p>
      <w:r/>
      <w:r>
        <w:t xml:space="preserve">The archive's public-facing work also includes exhibitions, helping bring historical material to audiences beyond researchers and dedicated history buffs. That's an important distinction: local history feels less remote when people can encounter it in a shared public setting. </w:t>
      </w:r>
      <w:hyperlink r:id="rId11">
        <w:r>
          <w:rPr>
            <w:color w:val="0000EE"/>
            <w:u w:val="single"/>
          </w:rPr>
          <w:t>[2]</w:t>
        </w:r>
      </w:hyperlink>
      <w:r>
        <w:t xml:space="preserve">, </w:t>
      </w:r>
      <w:hyperlink r:id="rId13">
        <w:r>
          <w:rPr>
            <w:color w:val="0000EE"/>
            <w:u w:val="single"/>
          </w:rPr>
          <w:t>[7]</w:t>
        </w:r>
      </w:hyperlink>
      <w:r/>
    </w:p>
    <w:p>
      <w:pPr>
        <w:pStyle w:val="Heading2"/>
      </w:pPr>
      <w:r>
        <w:t>Pride brings visitors and locals together</w:t>
      </w:r>
      <w:r/>
    </w:p>
    <w:p>
      <w:r/>
      <w:r>
        <w:t xml:space="preserve">Greater Palm Springs promotes Pride as part of the region's wider calendar of events and festivals, while Palm Springs Pride's festival information sets out the celebration itself. Together, they point to Pride's dual role as a community event and a reason for visitors to plan a trip. </w:t>
      </w:r>
      <w:hyperlink r:id="rId9">
        <w:r>
          <w:rPr>
            <w:color w:val="0000EE"/>
            <w:u w:val="single"/>
          </w:rPr>
          <w:t>[3]</w:t>
        </w:r>
      </w:hyperlink>
      <w:r>
        <w:t xml:space="preserve">, </w:t>
      </w:r>
      <w:hyperlink r:id="rId10">
        <w:r>
          <w:rPr>
            <w:color w:val="0000EE"/>
            <w:u w:val="single"/>
          </w:rPr>
          <w:t>[4]</w:t>
        </w:r>
      </w:hyperlink>
      <w:r/>
    </w:p>
    <w:p>
      <w:r/>
      <w:r>
        <w:t xml:space="preserve">Tourism pages also present Pride as an occasion to experience the area's LGBTQ-friendly culture. But its significance isn't measured only in visitor numbers; for many people, being seen and welcomed in public is the point. </w:t>
      </w:r>
      <w:hyperlink r:id="rId10">
        <w:r>
          <w:rPr>
            <w:color w:val="0000EE"/>
            <w:u w:val="single"/>
          </w:rPr>
          <w:t>[4]</w:t>
        </w:r>
      </w:hyperlink>
      <w:r>
        <w:t xml:space="preserve">, </w:t>
      </w:r>
      <w:hyperlink r:id="rId14">
        <w:r>
          <w:rPr>
            <w:color w:val="0000EE"/>
            <w:u w:val="single"/>
          </w:rPr>
          <w:t>[5]</w:t>
        </w:r>
      </w:hyperlink>
      <w:r/>
    </w:p>
    <w:p>
      <w:pPr>
        <w:pStyle w:val="Heading2"/>
      </w:pPr>
      <w:r>
        <w:t>A little context makes the celebration richer</w:t>
      </w:r>
      <w:r/>
    </w:p>
    <w:p>
      <w:r/>
      <w:r>
        <w:t xml:space="preserve">If you're attending, take a moment to look beyond the entertainment schedule. Check the festival's official information for current timings and details, then see whether the archive has exhibitions or resources available during your visit. </w:t>
      </w:r>
      <w:hyperlink r:id="rId11">
        <w:r>
          <w:rPr>
            <w:color w:val="0000EE"/>
            <w:u w:val="single"/>
          </w:rPr>
          <w:t>[2]</w:t>
        </w:r>
      </w:hyperlink>
      <w:r>
        <w:t xml:space="preserve">, </w:t>
      </w:r>
      <w:hyperlink r:id="rId9">
        <w:r>
          <w:rPr>
            <w:color w:val="0000EE"/>
            <w:u w:val="single"/>
          </w:rPr>
          <w:t>[3]</w:t>
        </w:r>
      </w:hyperlink>
      <w:r/>
    </w:p>
    <w:p>
      <w:r/>
      <w:r>
        <w:t xml:space="preserve">And if you're exploring the region, local tourism guides can help with event planning, while the archive offers a way to connect the lively present with the stories that came before it. A Pride weekend can be both a good time and a small lesson in how communities build belonging. </w:t>
      </w:r>
      <w:hyperlink r:id="rId11">
        <w:r>
          <w:rPr>
            <w:color w:val="0000EE"/>
            <w:u w:val="single"/>
          </w:rPr>
          <w:t>[2]</w:t>
        </w:r>
      </w:hyperlink>
      <w:r>
        <w:t xml:space="preserve">, </w:t>
      </w:r>
      <w:hyperlink r:id="rId14">
        <w:r>
          <w:rPr>
            <w:color w:val="0000EE"/>
            <w:u w:val="single"/>
          </w:rPr>
          <w:t>[5]</w:t>
        </w:r>
      </w:hyperlink>
      <w:r/>
    </w:p>
    <w:p>
      <w:pPr>
        <w:pStyle w:val="Heading2"/>
      </w:pPr>
      <w:r>
        <w:t>Why remembering matters</w:t>
      </w:r>
      <w:r/>
    </w:p>
    <w:p>
      <w:r/>
      <w:r>
        <w:t xml:space="preserve">Festivals create a powerful sense of togetherness in the moment. Archives help that feeling last, preserving records that can inform future generations and make the region's LGBTQ history easier to discover. </w:t>
      </w:r>
      <w:hyperlink r:id="rId11">
        <w:r>
          <w:rPr>
            <w:color w:val="0000EE"/>
            <w:u w:val="single"/>
          </w:rPr>
          <w:t>[2]</w:t>
        </w:r>
      </w:hyperlink>
      <w:r>
        <w:t xml:space="preserve">, </w:t>
      </w:r>
      <w:hyperlink r:id="rId12">
        <w:r>
          <w:rPr>
            <w:color w:val="0000EE"/>
            <w:u w:val="single"/>
          </w:rPr>
          <w:t>[6]</w:t>
        </w:r>
      </w:hyperlink>
      <w:r/>
    </w:p>
    <w:p>
      <w:r/>
      <w:r>
        <w:t xml:space="preserve">That combination is worth celebrating in its own right. The music may be what draws you in, but the stories behind it can stay with you long after the weekend ends. </w:t>
      </w:r>
      <w:hyperlink r:id="rId9">
        <w:r>
          <w:rPr>
            <w:color w:val="0000EE"/>
            <w:u w:val="single"/>
          </w:rPr>
          <w:t>[3]</w:t>
        </w:r>
      </w:hyperlink>
      <w:r>
        <w:t xml:space="preserve">, </w:t>
      </w:r>
      <w:hyperlink r:id="rId13">
        <w:r>
          <w:rPr>
            <w:color w:val="0000EE"/>
            <w:u w:val="single"/>
          </w:rPr>
          <w:t>[7]</w:t>
        </w:r>
      </w:hyperlink>
      <w:r/>
    </w:p>
    <w:p>
      <w:r/>
      <w:r>
        <w:t>Pride feels all the more meaningful when the past has a place in the celebration.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[2]</w:t>
        </w:r>
      </w:hyperlink>
      <w:r>
        <w:t xml:space="preserve">, </w:t>
      </w:r>
      <w:hyperlink r:id="rId12">
        <w:r>
          <w:rPr>
            <w:color w:val="0000EE"/>
            <w:u w:val="single"/>
          </w:rPr>
          <w:t>[6]</w:t>
        </w:r>
      </w:hyperlink>
      <w:r>
        <w:t xml:space="preserve">- Paragraph 4: </w:t>
      </w:r>
      <w:hyperlink r:id="rId11">
        <w:r>
          <w:rPr>
            <w:color w:val="0000EE"/>
            <w:u w:val="single"/>
          </w:rPr>
          <w:t>[2]</w:t>
        </w:r>
      </w:hyperlink>
      <w:r>
        <w:t xml:space="preserve">, </w:t>
      </w:r>
      <w:hyperlink r:id="rId13">
        <w:r>
          <w:rPr>
            <w:color w:val="0000EE"/>
            <w:u w:val="single"/>
          </w:rPr>
          <w:t>[7]</w:t>
        </w:r>
      </w:hyperlink>
      <w:r>
        <w:t xml:space="preserve">- Paragraph 5: </w:t>
      </w:r>
      <w:hyperlink r:id="rId9">
        <w:r>
          <w:rPr>
            <w:color w:val="0000EE"/>
            <w:u w:val="single"/>
          </w:rPr>
          <w:t>[3]</w:t>
        </w:r>
      </w:hyperlink>
      <w:r>
        <w:t xml:space="preserve">, </w:t>
      </w:r>
      <w:hyperlink r:id="rId10">
        <w:r>
          <w:rPr>
            <w:color w:val="0000EE"/>
            <w:u w:val="single"/>
          </w:rPr>
          <w:t>[4]</w:t>
        </w:r>
      </w:hyperlink>
      <w:r>
        <w:t xml:space="preserve">- Paragraph 6: </w:t>
      </w:r>
      <w:hyperlink r:id="rId10">
        <w:r>
          <w:rPr>
            <w:color w:val="0000EE"/>
            <w:u w:val="single"/>
          </w:rPr>
          <w:t>[4]</w:t>
        </w:r>
      </w:hyperlink>
      <w:r>
        <w:t xml:space="preserve">, </w:t>
      </w:r>
      <w:hyperlink r:id="rId14">
        <w:r>
          <w:rPr>
            <w:color w:val="0000EE"/>
            <w:u w:val="single"/>
          </w:rPr>
          <w:t>[5]</w:t>
        </w:r>
      </w:hyperlink>
      <w:r>
        <w:t xml:space="preserve">- Paragraph 7: </w:t>
      </w:r>
      <w:hyperlink r:id="rId11">
        <w:r>
          <w:rPr>
            <w:color w:val="0000EE"/>
            <w:u w:val="single"/>
          </w:rPr>
          <w:t>[2]</w:t>
        </w:r>
      </w:hyperlink>
      <w:r>
        <w:t xml:space="preserve">, </w:t>
      </w:r>
      <w:hyperlink r:id="rId9">
        <w:r>
          <w:rPr>
            <w:color w:val="0000EE"/>
            <w:u w:val="single"/>
          </w:rPr>
          <w:t>[3]</w:t>
        </w:r>
      </w:hyperlink>
      <w:r>
        <w:t xml:space="preserve">- Paragraph 8: </w:t>
      </w:r>
      <w:hyperlink r:id="rId11">
        <w:r>
          <w:rPr>
            <w:color w:val="0000EE"/>
            <w:u w:val="single"/>
          </w:rPr>
          <w:t>[2]</w:t>
        </w:r>
      </w:hyperlink>
      <w:r>
        <w:t xml:space="preserve">, </w:t>
      </w:r>
      <w:hyperlink r:id="rId14">
        <w:r>
          <w:rPr>
            <w:color w:val="0000EE"/>
            <w:u w:val="single"/>
          </w:rPr>
          <w:t>[5]</w:t>
        </w:r>
      </w:hyperlink>
      <w:r>
        <w:t xml:space="preserve">- Paragraph 9: </w:t>
      </w:r>
      <w:hyperlink r:id="rId11">
        <w:r>
          <w:rPr>
            <w:color w:val="0000EE"/>
            <w:u w:val="single"/>
          </w:rPr>
          <w:t>[2]</w:t>
        </w:r>
      </w:hyperlink>
      <w:r>
        <w:t xml:space="preserve">, </w:t>
      </w:r>
      <w:hyperlink r:id="rId12">
        <w:r>
          <w:rPr>
            <w:color w:val="0000EE"/>
            <w:u w:val="single"/>
          </w:rPr>
          <w:t>[6]</w:t>
        </w:r>
      </w:hyperlink>
      <w:r>
        <w:t xml:space="preserve">- Paragraph 10: </w:t>
      </w:r>
      <w:hyperlink r:id="rId9">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https://kesq.com/news/2026/11/04/lgbtq-history-and-archives-of-the-desert-honors-upcoming-pride-festival/</w:t>
        </w:r>
      </w:hyperlink>
      <w:r>
        <w:t xml:space="preserve"> - Please view link - unable to able to access data</w:t>
      </w:r>
      <w:r/>
    </w:p>
    <w:p>
      <w:pPr>
        <w:pStyle w:val="ListNumber"/>
        <w:spacing w:line="240" w:lineRule="auto"/>
        <w:ind w:left="720"/>
      </w:pPr>
      <w:r/>
      <w:hyperlink r:id="rId11">
        <w:r>
          <w:rPr>
            <w:color w:val="0000EE"/>
            <w:u w:val="single"/>
          </w:rPr>
          <w:t>https://lgbtqpshistory.org/</w:t>
        </w:r>
      </w:hyperlink>
      <w:r>
        <w:t xml:space="preserve"> - The LGBTQ+ History &amp; Archives of the Desert is a community archive focused on documenting, collecting, preserving and sharing the stories of LGBTQ+ people, businesses, organisations and events in Palm Springs and the Coachella Valley. Its work responds to the risk that local LGBTQ+ history may be overlooked or lost. The archive’s website directs visitors to its events, exhibitions and collections, and offers ways to support the work through donations and volunteering. It also provides a route for people to contact the organisation and find information about contributing historical materials. The project is connected with Greater Palm Springs Pride, linking the preservation of regional history with the area’s wider LGBTQ+ community and its annual celebration. The site is a useful starting point for learning about the archive’s purpose and for finding its public-facing programmes. Its emphasis is not limited to a single institution or a particular type of record: it encompasses individuals, local businesses, community organisations and events. By making material accessible, the archive aims to help residents and visitors discover the experiences that have shaped LGBTQ+ life in the desert. The website also provides links to oral-history nominations and other initiatives, showing how community members can help add personal testimony to the historical record.</w:t>
      </w:r>
      <w:r/>
    </w:p>
    <w:p>
      <w:pPr>
        <w:pStyle w:val="ListNumber"/>
        <w:spacing w:line="240" w:lineRule="auto"/>
        <w:ind w:left="720"/>
      </w:pPr>
      <w:r/>
      <w:hyperlink r:id="rId9">
        <w:r>
          <w:rPr>
            <w:color w:val="0000EE"/>
            <w:u w:val="single"/>
          </w:rPr>
          <w:t>https://www.pspride.org/festival</w:t>
        </w:r>
      </w:hyperlink>
      <w:r>
        <w:t xml:space="preserve"> - The official Palm Springs Pride festival page describes the event as a free, open-air celebration and community gathering on Palm Canyon Drive. It outlines a multi-day programme, with entertainment spread across venues including the Arenas, Amado and Community stages. The schedule published on the page covers the 2026 celebration from Thursday 5 November to Sunday 8 November, with different opening times and activities on each day. The page presents the festival as more than a performance programme: visitors can also explore food and drink, artists, vendors, shops, restaurants and nearby entertainment venues. Its information is relevant to stories about the forthcoming Pride festival because it confirms the event’s dates, public access and general format through the organiser’s own website. It also directs visitors towards further details, including entertainment line-ups and ways to support the festival. The page’s description stresses the gathering’s role as a welcoming place to celebrate LGBTQ+ life in Palm Springs. It is a direct source for basic event information, while the wider Pride website provides additional context about the organisation and its other programmes. Schedules and line-ups may be updated by organisers, so readers should consult the page for the latest published event details before making plans.</w:t>
      </w:r>
      <w:r/>
    </w:p>
    <w:p>
      <w:pPr>
        <w:pStyle w:val="ListNumber"/>
        <w:spacing w:line="240" w:lineRule="auto"/>
        <w:ind w:left="720"/>
      </w:pPr>
      <w:r/>
      <w:hyperlink r:id="rId10">
        <w:r>
          <w:rPr>
            <w:color w:val="0000EE"/>
            <w:u w:val="single"/>
          </w:rPr>
          <w:t>https://www.visitgreaterpalmsprings.com/events/events-and-festivals/greater-palm-springs-lgbtq-pride/</w:t>
        </w:r>
      </w:hyperlink>
      <w:r>
        <w:t xml:space="preserve"> - Visit Greater Palm Springs provides an overview of Greater Palm Springs Pride, including its 2026 dates, event schedule, history and visitor information. It describes the festival as a major LGBTQ+ celebration in the Coachella Valley, with a marketplace, food stalls, entertainment and a parade involving local organisations, businesses, allies and community groups. The page lists activities across the weekend, including the Pride Festival, a run and walk, and the Sunday parade. It also explains that the event is free and offers family-oriented facilities, including a children’s area and a Youth Zone for LGBTQ+ young people and allies. The history section traces the celebration from its 1986 beginnings as “Sizzle”, through the development of a Pride weekend and the first parade in 1992, to later changes in location and organisation. It places the festival within the region’s broader civic history and notes Palm Springs’ election of an all-LGBTQ+ city council in 2017. This source can support claims about the festival’s public programme, dates, historical development and visitor arrangements. It is written as a tourism guide, so its focus is practical as well as historical. Readers should check its event schedule for updates, since timings and programme details can change.</w:t>
      </w:r>
      <w:r/>
    </w:p>
    <w:p>
      <w:pPr>
        <w:pStyle w:val="ListNumber"/>
        <w:spacing w:line="240" w:lineRule="auto"/>
        <w:ind w:left="720"/>
      </w:pPr>
      <w:r/>
      <w:hyperlink r:id="rId14">
        <w:r>
          <w:rPr>
            <w:color w:val="0000EE"/>
            <w:u w:val="single"/>
          </w:rPr>
          <w:t>https://visitpalmsprings.com/blog/post/greater-palm-springs-pride/</w:t>
        </w:r>
      </w:hyperlink>
      <w:r>
        <w:t xml:space="preserve"> - Visit Palm Springs’ history feature recounts the growth of Palm Springs Pride from a small local event into a large, multi-day celebration. It identifies “Sizzle”, a dinner and variety show held in 1986, as the event’s beginning and describes the later expansion to include a parade, festival, live entertainment, community groups and youth programming. The article explains several milestones: the first Pride parade took place in 1992; the event moved to Veterans Day weekend in 1995; and the name Greater Palm Springs Pride was adopted in 1997, followed by incorporation as a non-profit organisation in 1998. It also describes how Pride has developed into a destination event, attracting visitors from across Southern California, the United States and elsewhere. Alongside the timeline, the article connects the celebration to the longer history of LGBTQ+ life in Palm Springs, including community-building, activism, entrepreneurship and the places that continue to serve LGBTQ+ residents and visitors. The feature is useful for supporting historical context about the festival and its development. It is published by the city’s visitor organisation and encourages readers to explore the annual event as well as the wider cultural history of the area. Current schedules and event details are best checked with the official Pride organiser.</w:t>
      </w:r>
      <w:r/>
    </w:p>
    <w:p>
      <w:pPr>
        <w:pStyle w:val="ListNumber"/>
        <w:spacing w:line="240" w:lineRule="auto"/>
        <w:ind w:left="720"/>
      </w:pPr>
      <w:r/>
      <w:hyperlink r:id="rId12">
        <w:r>
          <w:rPr>
            <w:color w:val="0000EE"/>
            <w:u w:val="single"/>
          </w:rPr>
          <w:t>https://lgbtqpshistory.org/wp-content/uploads/2025/02/February-11-2025-Palm-Springs-CA-The-LGBTQ-History-Archives-of-the-Desert.pdf</w:t>
        </w:r>
      </w:hyperlink>
      <w:r>
        <w:t xml:space="preserve"> - This press release announces the launch of the LGBTQ+ History &amp; Archives of the Desert’s Oral Histories Project on 11 February 2025. The project seeks nominations for people whose experiences can be recorded, edited and added to the archive’s permanent collection. The release explains that interviews may be conducted at KGAY radio studios, whose use was donated, or remotely for people unable to travel to the area. A committee led by KGAY’s chief executive is overseeing the effort to capture community stories that contribute to the history of Greater Palm Springs. The document frames oral testimony as an important way to preserve the experiences of people who worked for LGBTQ+ rights and helped shape the local community. It describes the archive’s broader mission as preserving and making local LGBTQ+ history accessible, noting that such histories are often overlooked in conventional historical accounts. The organisation was formed in 2019 and collects material relating to LGBTQ+ individuals, businesses, organisations and events in Palm Springs and the Coachella Valley. The release also invites people to nominate themselves or others, contribute historical materials, volunteer or donate. This primary-source announcement supports claims about the archive’s establishment, its scope and its oral-history work. It records the project’s stated intentions and proposed process at the time of its launch.</w:t>
      </w:r>
      <w:r/>
    </w:p>
    <w:p>
      <w:pPr>
        <w:pStyle w:val="ListNumber"/>
        <w:spacing w:line="240" w:lineRule="auto"/>
        <w:ind w:left="720"/>
      </w:pPr>
      <w:r/>
      <w:hyperlink r:id="rId13">
        <w:r>
          <w:rPr>
            <w:color w:val="0000EE"/>
            <w:u w:val="single"/>
          </w:rPr>
          <w:t>https://lgbtqpshistory.org/wp-content/uploads/2022/09/Exhibition-Press-Release-final-1.pdf</w:t>
        </w:r>
      </w:hyperlink>
      <w:r>
        <w:t xml:space="preserve"> - This press release announces the LGBTQ+ History &amp; Archives of the Desert’s inaugural exhibition, “Sharing Our Desert’s LGBTQ+ History”, held during the November Pride celebration. The release describes it as an official Palm Springs Pride event, free to the public and hosted at the Welwood Murray Memorial Library in downtown Palm Springs. The exhibition was designed to present a chronological account of people, organisations and events that helped make the Greater Palm Springs area a welcoming place for LGBTQ+ communities. The document explains why the archive was formed: local LGBTQ+ history was not sufficiently documented and risked being lost. It says the organisation was created in 2019 and was working with the Palm Springs Public Library and the Palm Springs Historical Society to collect, preserve and make regional history accessible. The release also sought documents and memorabilia from local bars, inns, restaurants, publications, LGBTQ+ organisations and individuals. Its account demonstrates how the archive has connected historical preservation with public exhibitions and community participation. As a contemporaneous organisational announcement, the document is useful evidence for the archive’s early work, its partnership efforts and its aim of sharing local history with LGBTQ+ people, allies and the general public. The event dates in the release refer to that particular exhibition, not to a current programme.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pride.org/festival" TargetMode="External"/><Relationship Id="rId10" Type="http://schemas.openxmlformats.org/officeDocument/2006/relationships/hyperlink" Target="https://www.visitgreaterpalmsprings.com/events/events-and-festivals/greater-palm-springs-lgbtq-pride/" TargetMode="External"/><Relationship Id="rId11" Type="http://schemas.openxmlformats.org/officeDocument/2006/relationships/hyperlink" Target="https://lgbtqpshistory.org/" TargetMode="External"/><Relationship Id="rId12" Type="http://schemas.openxmlformats.org/officeDocument/2006/relationships/hyperlink" Target="https://lgbtqpshistory.org/wp-content/uploads/2025/02/February-11-2025-Palm-Springs-CA-The-LGBTQ-History-Archives-of-the-Desert.pdf" TargetMode="External"/><Relationship Id="rId13" Type="http://schemas.openxmlformats.org/officeDocument/2006/relationships/hyperlink" Target="https://lgbtqpshistory.org/wp-content/uploads/2022/09/Exhibition-Press-Release-final-1.pdf" TargetMode="External"/><Relationship Id="rId14" Type="http://schemas.openxmlformats.org/officeDocument/2006/relationships/hyperlink" Target="https://visitpalmsprings.com/blog/post/greater-palm-springs-pride/" TargetMode="External"/><Relationship Id="rId15" Type="http://schemas.openxmlformats.org/officeDocument/2006/relationships/hyperlink" Target="https://kesq.com/news/2026/11/04/lgbtq-history-and-archives-of-the-desert-honors-upcoming-pride-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