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2026: What to Expect in the Arenas District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2026 is set to bring the city’s Arenas District to life from 6 to 8 November, with bars, clubs and shops at the centre of the celebrations. The weekend opens with a Friday-night block party, turning a stretch of downtown East Arenas Road into a pedestrian gathering place for locals and visitors alike.</w:t>
      </w:r>
      <w:r/>
    </w:p>
    <w:p>
      <w:pPr>
        <w:pStyle w:val="Heading2"/>
      </w:pPr>
      <w:r>
        <w:t>Essential Takeaways</w:t>
      </w:r>
      <w:r/>
      <w:r/>
    </w:p>
    <w:p>
      <w:pPr>
        <w:pStyle w:val="ListBullet"/>
        <w:spacing w:line="240" w:lineRule="auto"/>
        <w:ind w:left="720"/>
      </w:pPr>
      <w:r/>
      <w:r>
        <w:rPr>
          <w:b/>
        </w:rPr>
        <w:t>Pride dates:</w:t>
      </w:r>
      <w:r>
        <w:t xml:space="preserve"> The 40th annual Palm Springs Pride celebration runs from 6 to 8 November 2026.</w:t>
      </w:r>
      <w:r/>
    </w:p>
    <w:p>
      <w:pPr>
        <w:pStyle w:val="ListBullet"/>
        <w:spacing w:line="240" w:lineRule="auto"/>
        <w:ind w:left="720"/>
      </w:pPr>
      <w:r/>
      <w:r>
        <w:rPr>
          <w:b/>
        </w:rPr>
        <w:t>This year’s theme:</w:t>
      </w:r>
      <w:r>
        <w:t xml:space="preserve"> “Be Included” puts belonging at the heart of the weekend.</w:t>
      </w:r>
      <w:r/>
    </w:p>
    <w:p>
      <w:pPr>
        <w:pStyle w:val="ListBullet"/>
        <w:spacing w:line="240" w:lineRule="auto"/>
        <w:ind w:left="720"/>
      </w:pPr>
      <w:r/>
      <w:r>
        <w:rPr>
          <w:b/>
        </w:rPr>
        <w:t>Friday-night start:</w:t>
      </w:r>
      <w:r>
        <w:t xml:space="preserve"> The Arenas District Block Party is scheduled for 6 to 11 pm on 6 November.</w:t>
      </w:r>
      <w:r/>
    </w:p>
    <w:p>
      <w:pPr>
        <w:pStyle w:val="ListBullet"/>
        <w:spacing w:line="240" w:lineRule="auto"/>
        <w:ind w:left="720"/>
      </w:pPr>
      <w:r/>
      <w:r>
        <w:rPr>
          <w:b/>
        </w:rPr>
        <w:t>Where to go:</w:t>
      </w:r>
      <w:r>
        <w:t xml:space="preserve"> The Arenas District is on East Arenas Road, between South Indian Canyon Drive and South Calle Encilia.</w:t>
      </w:r>
      <w:r/>
    </w:p>
    <w:p>
      <w:pPr>
        <w:pStyle w:val="ListBullet"/>
        <w:spacing w:line="240" w:lineRule="auto"/>
        <w:ind w:left="720"/>
      </w:pPr>
      <w:r/>
      <w:r>
        <w:rPr>
          <w:b/>
        </w:rPr>
        <w:t>Street atmosphere:</w:t>
      </w:r>
      <w:r>
        <w:t xml:space="preserve"> The block becomes pedestrian-only during Pride, making room for festival crowds and the main entertainment stage.</w:t>
      </w:r>
      <w:r/>
      <w:r/>
    </w:p>
    <w:p>
      <w:pPr>
        <w:pStyle w:val="Heading2"/>
      </w:pPr>
      <w:r>
        <w:t>The Arenas District is Pride’s beating heart</w:t>
      </w:r>
      <w:r/>
    </w:p>
    <w:p>
      <w:r/>
      <w:r>
        <w:t>There’s a particular buzz to a street that swaps passing cars for festival crowds. During Palm Springs Pride, East Arenas Road becomes a focal point for LGBTQ+ nightlife and entertainment, with bars, clubs and retail shops lining the route.</w:t>
      </w:r>
      <w:r/>
    </w:p>
    <w:p>
      <w:r/>
      <w:r>
        <w:t>The district runs between South Indian Canyon Drive and South Calle Encilia in downtown Palm Springs. Blackbook Bar owner Dean Lavine has described the block as home, and says the bulk of Pride-goers gather there, alongside the main entertainment stage. (Palm Springs Life)</w:t>
      </w:r>
      <w:r/>
    </w:p>
    <w:p>
      <w:pPr>
        <w:pStyle w:val="Heading2"/>
      </w:pPr>
      <w:r>
        <w:t>A Friday block party opens the weekend</w:t>
      </w:r>
      <w:r/>
    </w:p>
    <w:p>
      <w:r/>
      <w:r>
        <w:t>The 40th annual celebration is scheduled for 6 to 8 November 2026, with “Be Included” as its theme. The opening event is the Arenas District Block Party, running from 6 to 11 pm on Friday, 6 November. (Palm Springs Life; Palm Springs Pride)</w:t>
      </w:r>
      <w:r/>
    </w:p>
    <w:p>
      <w:r/>
      <w:r>
        <w:t>For the weekend, the usually vehicle-accessible block becomes a pedestrian zone. That makes the street feel less like a route through downtown and more like a place to stop, meet friends and take in the festivities.</w:t>
      </w:r>
      <w:r/>
    </w:p>
    <w:p>
      <w:pPr>
        <w:pStyle w:val="Heading2"/>
      </w:pPr>
      <w:r>
        <w:t>Make a plan, then leave room to wander</w:t>
      </w:r>
      <w:r/>
    </w:p>
    <w:p>
      <w:r/>
      <w:r>
        <w:t>If you’re heading to the Arenas District, it’s worth checking the official Palm Springs Pride event listings before you go. Dates, timings and event details can change, and the organisers’ calendar is the best place to confirm what’s happening across the weekend. (Palm Springs Pride; Greater Palm Springs)</w:t>
      </w:r>
      <w:r/>
    </w:p>
    <w:p>
      <w:r/>
      <w:r>
        <w:t>The district’s bars, clubs and shops make it easy to turn a visit into an evening out, but expect busy streets during major Pride events. Arriving with a meeting point in mind can help if your group gets separated in the crowd.</w:t>
      </w:r>
      <w:r/>
    </w:p>
    <w:p>
      <w:pPr>
        <w:pStyle w:val="Heading2"/>
      </w:pPr>
      <w:r>
        <w:t>Pride brings the city together</w:t>
      </w:r>
      <w:r/>
    </w:p>
    <w:p>
      <w:r/>
      <w:r>
        <w:t>Palm Springs Pride is part of a wider calendar of LGBTQ+ events and activities in the area, with local visitor guides also highlighting Pride-season experiences around Palm Springs. The Arenas District’s mix of nightlife and street celebrations gives the weekend a particularly lively downtown base. (Visit Palm Springs; Gay Desert Guide)</w:t>
      </w:r>
      <w:r/>
    </w:p>
    <w:p>
      <w:r/>
      <w:r>
        <w:t>There’s something welcoming about a street that invites people to linger rather than hurry through. In November, the district is set to do just that, with a full weekend of celebration and a clear message of inclusion.</w:t>
      </w:r>
      <w:r/>
    </w:p>
    <w:p>
      <w:pPr>
        <w:pStyle w:val="Heading2"/>
      </w:pPr>
      <w:r>
        <w:t>Closing Line</w:t>
      </w:r>
      <w:r/>
    </w:p>
    <w:p>
      <w:r/>
      <w:r>
        <w:t>Check the official event listings, then make the Arenas District part of your Pride weekend.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https://www.palmspringslife.com/arts-culture/where-to-eat-drink-and-celebrate-pride-in-palm-springs-arenas-district/</w:t>
        </w:r>
      </w:hyperlink>
      <w:r>
        <w:t xml:space="preserve"> - Please view link - unable to able to access data</w:t>
      </w:r>
      <w:r/>
    </w:p>
    <w:p>
      <w:pPr>
        <w:pStyle w:val="ListNumber"/>
        <w:spacing w:line="240" w:lineRule="auto"/>
        <w:ind w:left="720"/>
      </w:pPr>
      <w:r/>
      <w:hyperlink r:id="rId9">
        <w:r>
          <w:rPr>
            <w:color w:val="0000EE"/>
            <w:u w:val="single"/>
          </w:rPr>
          <w:t>https://www.palmspringslife.com/arts-culture/where-to-eat-drink-and-celebrate-pride-in-palm-springs-arenas-district/</w:t>
        </w:r>
      </w:hyperlink>
      <w:r>
        <w:t xml:space="preserve"> - Palm Springs Life’s feature presents the Arenas District as a central LGBTQ+ gathering place and nightlife destination in downtown Palm Springs. It describes the district’s official designation, its location on East Arenas Road, and the bars, clubs and shops that give the block its character. Blackbook Bar owner Dean Lavine reflects on feeling at home there and calls the street the heart of Pride. The article also previews the 2026 Pride celebration, including its “Be Included” theme, dates and planned Arenas District festivities. It positions the neighbourhood as a welcoming place to eat, drink and celebrate during Pride weekend.</w:t>
      </w:r>
      <w:r/>
    </w:p>
    <w:p>
      <w:pPr>
        <w:pStyle w:val="ListNumber"/>
        <w:spacing w:line="240" w:lineRule="auto"/>
        <w:ind w:left="720"/>
      </w:pPr>
      <w:r/>
      <w:hyperlink r:id="rId10">
        <w:r>
          <w:rPr>
            <w:color w:val="0000EE"/>
            <w:u w:val="single"/>
          </w:rPr>
          <w:t>https://visitpalmsprings.com/blog/post/palm-springs-pride-days/</w:t>
        </w:r>
      </w:hyperlink>
      <w:r>
        <w:t xml:space="preserve"> - This visitor guide outlines Palm Springs Pride 2026, including the weekend dates, the “Be Included” theme, and a calendar of activities around the city. It describes Pride events on Arenas Road and elsewhere, covering the block party, entertainment, outdoor bars, food, and community gatherings. The guide also summarises the main downtown festival, its stages and marketplace, and the Sunday parade route along Palm Canyon Drive. Additional listings include cultural performances, a pool party, family facilities and youth activities. It is a broad planning resource for visitors, rather than a detailed history of the Arenas District or its businesses.</w:t>
      </w:r>
      <w:r/>
    </w:p>
    <w:p>
      <w:pPr>
        <w:pStyle w:val="ListNumber"/>
        <w:spacing w:line="240" w:lineRule="auto"/>
        <w:ind w:left="720"/>
      </w:pPr>
      <w:r/>
      <w:hyperlink r:id="rId11">
        <w:r>
          <w:rPr>
            <w:color w:val="0000EE"/>
            <w:u w:val="single"/>
          </w:rPr>
          <w:t>https://www.pspride.org/psevents</w:t>
        </w:r>
      </w:hyperlink>
      <w:r>
        <w:t xml:space="preserve"> - The official Greater Palm Springs Pride events calendar lists activities associated with the 2026 celebration. It includes the Arenas District Walkabout, Pride pool party, interfaith service, performances, a five-kilometre run and walk, and other community events, with dates and venues where available. The page identifies Arenas Road as the location for the district walkabout and places several other events around Palm Springs. As the organiser’s calendar, it provides direct event information and links to further details or ticketing. Its listings support the article’s account of Arenas as a Pride gathering point, while showing that celebrations also extend across the wider city.</w:t>
      </w:r>
      <w:r/>
    </w:p>
    <w:p>
      <w:pPr>
        <w:pStyle w:val="ListNumber"/>
        <w:spacing w:line="240" w:lineRule="auto"/>
        <w:ind w:left="720"/>
      </w:pPr>
      <w:r/>
      <w:hyperlink r:id="rId12">
        <w:r>
          <w:rPr>
            <w:color w:val="0000EE"/>
            <w:u w:val="single"/>
          </w:rPr>
          <w:t>https://www.visitgreaterpalmsprings.com/event/greater-palm-springs-pride/14818/</w:t>
        </w:r>
      </w:hyperlink>
      <w:r>
        <w:t xml:space="preserve"> - Visit Greater Palm Springs presents an event listing for the annual Greater Palm Springs Pride celebration. The page describes a multi-day LGBTQ+ gathering in downtown Palm Springs, featuring entertainment, a marketplace, food vendors and a parade. Its 2026 information gives the November 6–8 dates and identifies “Be Included” as the theme. It also characterises Pride as a major regional event drawing visitors and community members. The listing is a concise visitor-facing overview, useful for verifying the celebration’s timing, broad programme and public setting. It does not focus exclusively on Arenas Road, but confirms the district’s wider Pride-week context.</w:t>
      </w:r>
      <w:r/>
    </w:p>
    <w:p>
      <w:pPr>
        <w:pStyle w:val="ListNumber"/>
        <w:spacing w:line="240" w:lineRule="auto"/>
        <w:ind w:left="720"/>
      </w:pPr>
      <w:r/>
      <w:hyperlink r:id="rId13">
        <w:r>
          <w:rPr>
            <w:color w:val="0000EE"/>
            <w:u w:val="single"/>
          </w:rPr>
          <w:t>https://gaydesertguide.com/events/palm-springs-pride-2026/</w:t>
        </w:r>
      </w:hyperlink>
      <w:r>
        <w:t xml:space="preserve"> - Gay Desert Guide’s Palm Springs Pride 2026 listing outlines Pride weekend and associated events, including activities on Arenas Road. It identifies the “Be Included” theme and describes a Thursday Arenas District Walkabout as a kickoff event, with traffic closures turning the road into a pedestrian celebration. The listing also provides event details such as entertainment and performances, alongside references to the broader Pride schedule. This local LGBTQ+ guide offers a neighbourhood-oriented perspective and supports the account of Arenas as a major nightlife and festival destination. Readers should consult the event organiser for final schedules, since event details can change.</w:t>
      </w:r>
      <w:r/>
    </w:p>
    <w:p>
      <w:pPr>
        <w:pStyle w:val="ListNumber"/>
        <w:spacing w:line="240" w:lineRule="auto"/>
        <w:ind w:left="720"/>
      </w:pPr>
      <w:r/>
      <w:hyperlink r:id="rId14">
        <w:r>
          <w:rPr>
            <w:color w:val="0000EE"/>
            <w:u w:val="single"/>
          </w:rPr>
          <w:t>https://www.palmspringslife.com/event/greater-palm-springs-pride/</w:t>
        </w:r>
      </w:hyperlink>
      <w:r>
        <w:t xml:space="preserve"> - Palm Springs Life’s event listing introduces Greater Palm Springs Pride as a three-day celebration in downtown Palm Springs and the Arenas District. It gives the 2026 dates and theme, “Be Included”, and summarises the weekend’s public gatherings, nightlife, community participation and entertainment. The listing also notes the Sunday parade, its start time and route along Palm Canyon Drive. It places Pride within the city’s LGBTQ+ community and civic life, describing the event as both a celebration and a visible expression of local identity. This concise calendar entry complements the magazine’s longer Arenas District feature with a broader event overview.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lmspringslife.com/arts-culture/where-to-eat-drink-and-celebrate-pride-in-palm-springs-arenas-district/" TargetMode="External"/><Relationship Id="rId10" Type="http://schemas.openxmlformats.org/officeDocument/2006/relationships/hyperlink" Target="https://visitpalmsprings.com/blog/post/palm-springs-pride-days/" TargetMode="External"/><Relationship Id="rId11" Type="http://schemas.openxmlformats.org/officeDocument/2006/relationships/hyperlink" Target="https://www.pspride.org/psevents" TargetMode="External"/><Relationship Id="rId12" Type="http://schemas.openxmlformats.org/officeDocument/2006/relationships/hyperlink" Target="https://www.visitgreaterpalmsprings.com/event/greater-palm-springs-pride/14818/" TargetMode="External"/><Relationship Id="rId13" Type="http://schemas.openxmlformats.org/officeDocument/2006/relationships/hyperlink" Target="https://gaydesertguide.com/events/palm-springs-pride-2026/" TargetMode="External"/><Relationship Id="rId14" Type="http://schemas.openxmlformats.org/officeDocument/2006/relationships/hyperlink" Target="https://www.palmspringslife.com/event/greater-palm-springs-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