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A Four-Day Anniversary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returns from 5 to 8 November 2026 with a packed 40th-anniversary programme of performances, community events and a Sunday parade. From a new Arenas Road walkabout to a rainbow-lit Ferris wheel, the weekend offers plenty to explore across downtown Palm Springs, with free festival activities and dedicated spaces for different ages and needs.</w:t>
      </w:r>
      <w:r/>
    </w:p>
    <w:p>
      <w:pPr>
        <w:pStyle w:val="Heading2"/>
      </w:pPr>
      <w:r>
        <w:t>Essential takeaways</w:t>
      </w:r>
      <w:r/>
      <w:r/>
    </w:p>
    <w:p>
      <w:pPr>
        <w:pStyle w:val="ListBullet"/>
        <w:spacing w:line="240" w:lineRule="auto"/>
        <w:ind w:left="720"/>
      </w:pPr>
      <w:r/>
      <w:r>
        <w:rPr>
          <w:b/>
        </w:rPr>
        <w:t>Four days of festivities:</w:t>
      </w:r>
      <w:r>
        <w:t xml:space="preserve"> Events run from Thursday 5 November to Sunday 8 November.</w:t>
      </w:r>
      <w:r/>
    </w:p>
    <w:p>
      <w:pPr>
        <w:pStyle w:val="ListBullet"/>
        <w:spacing w:line="240" w:lineRule="auto"/>
        <w:ind w:left="720"/>
      </w:pPr>
      <w:r/>
      <w:r>
        <w:rPr>
          <w:b/>
        </w:rPr>
        <w:t>A new opening-night walkabout:</w:t>
      </w:r>
      <w:r>
        <w:t xml:space="preserve"> Arenas Road becomes a pedestrian-only party on Thursday evening, with music, dancing and DJs.</w:t>
      </w:r>
      <w:r/>
    </w:p>
    <w:p>
      <w:pPr>
        <w:pStyle w:val="ListBullet"/>
        <w:spacing w:line="240" w:lineRule="auto"/>
        <w:ind w:left="720"/>
      </w:pPr>
      <w:r/>
      <w:r>
        <w:rPr>
          <w:b/>
        </w:rPr>
        <w:t>A sizeable festival:</w:t>
      </w:r>
      <w:r>
        <w:t xml:space="preserve"> Saturday's marketplace is set to bring together more than 250 exhibitors, organisations, artists and vendors.</w:t>
      </w:r>
      <w:r/>
    </w:p>
    <w:p>
      <w:pPr>
        <w:pStyle w:val="ListBullet"/>
        <w:spacing w:line="240" w:lineRule="auto"/>
        <w:ind w:left="720"/>
      </w:pPr>
      <w:r/>
      <w:r>
        <w:rPr>
          <w:b/>
        </w:rPr>
        <w:t>Parade on Sunday:</w:t>
      </w:r>
      <w:r>
        <w:t xml:space="preserve"> The 40th-anniversary parade starts at 10am on Palm Canyon Drive.</w:t>
      </w:r>
      <w:r/>
    </w:p>
    <w:p>
      <w:pPr>
        <w:pStyle w:val="ListBullet"/>
        <w:spacing w:line="240" w:lineRule="auto"/>
        <w:ind w:left="720"/>
      </w:pPr>
      <w:r/>
      <w:r>
        <w:rPr>
          <w:b/>
        </w:rPr>
        <w:t>Support and access:</w:t>
      </w:r>
      <w:r>
        <w:t xml:space="preserve"> The programme includes a Youth Zone, Children's Headquarters, a substance-free Recovery Oasis and accessible facilities.</w:t>
      </w:r>
      <w:r/>
      <w:r/>
    </w:p>
    <w:p>
      <w:pPr>
        <w:pStyle w:val="Heading2"/>
      </w:pPr>
      <w:r>
        <w:t>Palm Springs Pride starts with a walkabout</w:t>
      </w:r>
      <w:r/>
    </w:p>
    <w:p>
      <w:r/>
      <w:r>
        <w:t>The anniversary weekend gets moving on Thursday evening, when Arenas Road hosts a pedestrian-only Walkabout from 6pm to 11.30pm. Expect music, dancing and DJs, with local venues joining in; the opening-night format gives visitors a relaxed way to ease into the celebrations before the main festival crowds arrive.</w:t>
      </w:r>
      <w:r/>
    </w:p>
    <w:p>
      <w:r/>
      <w:r>
        <w:t>The event's theme is Pop Royalty, with a tribute to Bruno Mars, Michael Jackson and Prince among the planned entertainment. Palm Springs Pride describes the Walkabout as the weekend's opening event, setting the tone with a lively stretch of downtown rather than a single stage to gather around.</w:t>
      </w:r>
      <w:r/>
    </w:p>
    <w:p>
      <w:pPr>
        <w:pStyle w:val="Heading2"/>
      </w:pPr>
      <w:r>
        <w:t>Friday brings music, lights and a Ferris wheel</w:t>
      </w:r>
      <w:r/>
    </w:p>
    <w:p>
      <w:r/>
      <w:r>
        <w:t>Festival entertainment begins on Friday, 6 November, with performances at the Arenas Stage from 3pm. The announced line-up includes Alexa Kamryn, Hunny Kita, Tom Aspaul and FEMME A, followed by a DJ set from Luxx Noir London, while the Amado Stage adds another place to catch live performances.</w:t>
      </w:r>
      <w:r/>
    </w:p>
    <w:p>
      <w:r/>
      <w:r>
        <w:t>There'll also be a new Pride on the Drive celebration along Palm Canyon Drive, with illuminated decorations, food and music. The visual centrepiece is a 100-foot Ferris wheel lit in rainbow colours, a suitably bold addition to a weekend that already knows how to make an entrance.</w:t>
      </w:r>
      <w:r/>
    </w:p>
    <w:p>
      <w:pPr>
        <w:pStyle w:val="Heading2"/>
      </w:pPr>
      <w:r>
        <w:t>Saturday is the big day for browsing and performances</w:t>
      </w:r>
      <w:r/>
    </w:p>
    <w:p>
      <w:r/>
      <w:r>
        <w:t>Saturday's schedule starts with the annual Pride 5K Run &amp; Walk in the historic Old Las Palmas neighbourhood. The downtown festival and marketplace open at 11am, with more than 250 exhibitors, nonprofit groups, artists, merchants and food and drink vendors expected across the site.</w:t>
      </w:r>
      <w:r/>
    </w:p>
    <w:p>
      <w:r/>
      <w:r>
        <w:t>On stage, the announced performers include Sizzy Rocket, THE COWGAYS, Jasmine Masters and Honey Davenport, alongside the MODGIRL GLITTER BALL. Brothers of the Desert will present "Palm Springs Is Burning!" on the Community Stage, and an 8pm Ballroom celebration will recognise the creativity and cultural contributions of Black and Latino LGBTQ+ communities.</w:t>
      </w:r>
      <w:r/>
    </w:p>
    <w:p>
      <w:pPr>
        <w:pStyle w:val="Heading2"/>
      </w:pPr>
      <w:r>
        <w:t>Sunday's parade is the anniversary centrepiece</w:t>
      </w:r>
      <w:r/>
    </w:p>
    <w:p>
      <w:r/>
      <w:r>
        <w:t>The 40th-anniversary parade sets off at 10am on Sunday, 8 November, along Palm Canyon Drive. The named Grand Marshals include comedian Fortune Feimster, actor and singer Cheyenne Jackson, Pride Royalty for Life Marshall Pearcy and Community Grand Marshal Gary Moline.</w:t>
      </w:r>
      <w:r/>
    </w:p>
    <w:p>
      <w:r/>
      <w:r>
        <w:t>After the parade, the downtown festival runs from 11am to 5pm, with entertainment across three stages. The Arenas Stage programme is due to feature GAYC/DC, I Heart Drag Brunch and MODGIRL's RAINBOW RAVE, before headliner Aubrey O'Day takes the stage.</w:t>
      </w:r>
      <w:r/>
    </w:p>
    <w:p>
      <w:pPr>
        <w:pStyle w:val="Heading2"/>
      </w:pPr>
      <w:r>
        <w:t>Plan around the spaces and practical details</w:t>
      </w:r>
      <w:r/>
    </w:p>
    <w:p>
      <w:r/>
      <w:r>
        <w:t>The official Pride calendar extends beyond the headline events, with pool parties, film screenings, performances and other community gatherings scheduled across the weekend. Most festival and parade activities are free, but visitors should check the official event information for updates and details before travelling.</w:t>
      </w:r>
      <w:r/>
    </w:p>
    <w:p>
      <w:r/>
      <w:r>
        <w:t>There are dedicated areas for younger attendees, including Children's Headquarters and a Youth Zone for LGBTQ+ visitors aged 14 to 21. A Recovery Oasis offers a substance-free gathering space, while accessible viewing areas, facilities and accommodations are also planned. For a busy festival, knowing where to find a quieter or more accessible spot can make the day feel much easier.</w:t>
      </w:r>
      <w:r/>
    </w:p>
    <w:p>
      <w:r/>
      <w:r>
        <w:t>Palm Springs Pride's 40th anniversary brings the celebration's parade, performances and community spaces together in one packed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2">
        <w:r>
          <w:rPr>
            <w:color w:val="0000EE"/>
            <w:u w:val="single"/>
          </w:rPr>
          <w:t>[3]</w:t>
        </w:r>
      </w:hyperlink>
      <w:r>
        <w:t xml:space="preserve">- Paragraph 6: </w:t>
      </w:r>
      <w:hyperlink r:id="rId10">
        <w:r>
          <w:rPr>
            <w:color w:val="0000EE"/>
            <w:u w:val="single"/>
          </w:rPr>
          <w:t>[2]</w:t>
        </w:r>
      </w:hyperlink>
      <w:r>
        <w:t xml:space="preserve">- Paragraph 7: </w:t>
      </w:r>
      <w:hyperlink r:id="rId12">
        <w:r>
          <w:rPr>
            <w:color w:val="0000EE"/>
            <w:u w:val="single"/>
          </w:rPr>
          <w:t>[3]</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https://kesq.com/news/2026/11/04/palm-springs-pride-announces-full-schedule-for-40th-anniversary-celebration/</w:t>
        </w:r>
      </w:hyperlink>
      <w:r>
        <w:t xml:space="preserve"> - Please view link - unable to able to access data</w:t>
      </w:r>
      <w:r/>
    </w:p>
    <w:p>
      <w:pPr>
        <w:pStyle w:val="ListNumber"/>
        <w:spacing w:line="240" w:lineRule="auto"/>
        <w:ind w:left="720"/>
      </w:pPr>
      <w:r/>
      <w:hyperlink r:id="rId10">
        <w:r>
          <w:rPr>
            <w:color w:val="0000EE"/>
            <w:u w:val="single"/>
          </w:rPr>
          <w:t>https://www.pspride.org/lineup</w:t>
        </w:r>
      </w:hyperlink>
      <w:r>
        <w:t xml:space="preserve"> - Greater Palm Springs Pride’s official entertainment page lists performers and set times for the 2026 festival, which runs from Friday 6 November to Sunday 8 November. Admission is free, and entertainment is spread across the Arenas, Amado and Community stages. Friday’s Arenas Stage programme is hosted by Jackette Knightley and includes Alexa Kamryn, Hunny Kita, Tom Aspaul, FEMME A and a DJ set by Luxx Noir London. Saturday’s performers include Sizzy Rocket, The Cowgays, Jasmine Masters and Honey Davenport, followed by MODGIRL’s Glitter Ball. Sunday’s Arenas Stage schedule features GAYC/DC, I Heart Drag Brunch, MODGIRL’s Rainbow Rave and Aubrey O’Day. The page also gives the Amado Stage schedule, with DJs and other performers across the weekend. On Saturday, the Community Stage includes Brothers of the Desert’s “Palm Springs is Burning!” Ball, featuring Miss Cherry Superstar, Torie Balmain and DJ Sidney Perry. The site describes the event as taking place across several downtown venues, including Palm Canyon Drive, Arenas Road and Museum Way. It notes that all times are Pacific and that the schedule may change. The page supports the article’s claims about the named artists, stage programming, the Saturday ballroom presentation and the free public entertainment.</w:t>
      </w:r>
      <w:r/>
    </w:p>
    <w:p>
      <w:pPr>
        <w:pStyle w:val="ListNumber"/>
        <w:spacing w:line="240" w:lineRule="auto"/>
        <w:ind w:left="720"/>
      </w:pPr>
      <w:r/>
      <w:hyperlink r:id="rId12">
        <w:r>
          <w:rPr>
            <w:color w:val="0000EE"/>
            <w:u w:val="single"/>
          </w:rPr>
          <w:t>https://www.pspride.org/festival</w:t>
        </w:r>
      </w:hyperlink>
      <w:r>
        <w:t xml:space="preserve"> - The official Palm Springs Pride festival information describes the celebration as a free-admission street fair and community gathering, scheduled from Thursday 5 November through Sunday 8 November 2026. It identifies three entertainment stages: the Arenas Stage in the Arenas District, the Amado Stage at Palm Canyon Drive and Amado Road, and the Community Stage at Palm Canyon Drive and Tahquitz Canyon Way. The page specifies that the Thursday Arenas District Walkabout runs from 6 p.m. to 11.30 p.m. and turns the district into a pedestrian-only festival street. It gives performance hours for the stages on Friday, Saturday and Sunday, and describes the festival’s downtown locations. The marketplace includes more than 250 exhibitors, non-profit organisations and food and drink vendors. Family and youth facilities include Children’s Headquarters, with games and crafts, and a Youth Zone hosted by Safe Schools Desert Cities with support from the City of Palm Springs. The page also links to the official entertainment line-up and set times. This information supports the article’s description of multiple performance stages, the marketplace, the Walkabout, free admission and dedicated youth and children’s spaces. As event details can change, the Pride organisation’s page is the primary source for published schedules and visitor information.</w:t>
      </w:r>
      <w:r/>
    </w:p>
    <w:p>
      <w:pPr>
        <w:pStyle w:val="ListNumber"/>
        <w:spacing w:line="240" w:lineRule="auto"/>
        <w:ind w:left="720"/>
      </w:pPr>
      <w:r/>
      <w:hyperlink r:id="rId13">
        <w:r>
          <w:rPr>
            <w:color w:val="0000EE"/>
            <w:u w:val="single"/>
          </w:rPr>
          <w:t>https://www.pspride.org/parade</w:t>
        </w:r>
      </w:hyperlink>
      <w:r>
        <w:t xml:space="preserve"> - Palm Springs Pride’s official parade page confirms that the 2026 parade is scheduled for Sunday 8 November, with a 10 a.m. start. It says the procession begins in the Uptown Design District at the junction of Tachevah Drive and Palm Canyon Drive, then travels south through downtown to the Pride Festival entrance at Amado Road. The page describes the parade as a major public event, with spectators expected along Palm Canyon Drive to support community groups, activists and themed floats. It estimates that the parade will last about two hours. The listed 2026 Grand Marshals are Fortune Feimster, National Grand Marshal; Cheyenne Jackson, Celebrity Grand Marshal; Marshall Pearcy, Pride Royalty for Life; and Gary Moline, Community Grand Marshal. The page also provides practical information for visitors, including accessible reviewing locations, a Deaf Pride viewing area with sign-language interpretation, suggested parking areas and public toilet locations. It notes that some downtown parking becomes scarce near the parade start and advises arriving with extra time. The parade page supports the article’s claims about the event’s Sunday date and start time, its Palm Canyon Drive route, and the named Grand Marshals. It is the organiser’s primary source for parade arrangements, although attendees should check it again for any later updates.</w:t>
      </w:r>
      <w:r/>
    </w:p>
    <w:p>
      <w:pPr>
        <w:pStyle w:val="ListNumber"/>
        <w:spacing w:line="240" w:lineRule="auto"/>
        <w:ind w:left="720"/>
      </w:pPr>
      <w:r/>
      <w:hyperlink r:id="rId11">
        <w:r>
          <w:rPr>
            <w:color w:val="0000EE"/>
            <w:u w:val="single"/>
          </w:rPr>
          <w:t>https://www.pspride.org/post/pride-starts-here-arenas-district-walkabout-kicks-off-palm-springs-pride-on-november-5</w:t>
        </w:r>
      </w:hyperlink>
      <w:r>
        <w:t xml:space="preserve"> - This Greater Palm Springs Pride announcement describes the Arenas District Walkabout as the opening event for the 40th anniversary celebration. It is scheduled for Thursday 5 November 2026, from 6 p.m. to 11.30 p.m., with Arenas Road becoming a pedestrian-only festival street. The announcement presents the Walkabout as an opportunity to stroll the district, meet friends, shop locally and enjoy entertainment at neighbourhood businesses. It details participating venues and their plans. Hunters is scheduled to host Pop Royalty, a live tribute to Bruno Mars, Michael Jackson and Prince, as well as DJs. Chill Bar’s programme includes DJs and other featured performers during Pride weekend. Blackbook, Dick’s Bar and Streetbar are also described as taking part, with music, food, drinks and outdoor gathering spaces. The announcement says street entry is free, while some venue offers and stage shows may be ticketed. It identifies the pedestrian zone as Arenas Road between Indian Canyon Drive and Calle Encilia. The article’s claims about the new Walkabout’s date, hours, pedestrian-only format, tribute performance and participating businesses are supported by this organiser-published notice. Its venue-specific descriptions and timings are useful for understanding how the Thursday evening event differs from the main festival programme running later in the weekend.</w:t>
      </w:r>
      <w:r/>
    </w:p>
    <w:p>
      <w:pPr>
        <w:pStyle w:val="ListNumber"/>
        <w:spacing w:line="240" w:lineRule="auto"/>
        <w:ind w:left="720"/>
      </w:pPr>
      <w:r/>
      <w:hyperlink r:id="rId14">
        <w:r>
          <w:rPr>
            <w:color w:val="0000EE"/>
            <w:u w:val="single"/>
          </w:rPr>
          <w:t>https://www.nbcpalmsprings.com/local-and-community/2026/09/15/greater-palm-springs-pride-announces-grand-marshals-for-parade</w:t>
        </w:r>
      </w:hyperlink>
      <w:r>
        <w:t xml:space="preserve"> - This City News Service report, published by NBC Palm Springs on 15 September 2026, covers Greater Palm Springs Pride’s announcement of the Grand Marshals for the 40th annual parade. It reports that comedian and actress Fortune Feimster was selected as National Grand Marshal and actor, singer and songwriter Cheyenne Jackson as Celebrity Grand Marshal. The report says the parade was set for 10 a.m. on 8 November on Palm Canyon Drive and describes the anniversary as recognising four decades of history, community engagement and progress. It also reports that Dottie DuBois was named Pride Royalty for Life, honouring her long-running work with Les Dames Du Soleil, the Palm Springs drag duo and philanthropic troupe she formed with Maude Chapeau. Gary Moline was to receive a community service award in recognition of more than 25 years of leadership and advocacy. The report summarises Moline’s involvement with the Greater Palm Springs Pride Board, the Desert Business Association and the Rail Passenger Association. This independent news report corroborates the article’s statements about Feimster, Jackson and Moline, and provides context for their honours. One difference in wording is that it identifies Dottie DuBois rather than Marshall Pearcy; the official Pride parade page names Marshall Pearcy for the Pride Royalty for Life honour.</w:t>
      </w:r>
      <w:r/>
    </w:p>
    <w:p>
      <w:pPr>
        <w:pStyle w:val="ListNumber"/>
        <w:spacing w:line="240" w:lineRule="auto"/>
        <w:ind w:left="720"/>
      </w:pPr>
      <w:r/>
      <w:hyperlink r:id="rId15">
        <w:r>
          <w:rPr>
            <w:color w:val="0000EE"/>
            <w:u w:val="single"/>
          </w:rPr>
          <w:t>https://www.visitgreaterpalmsprings.com/events/events-and-festivals/greater-palm-springs-lgbtq-pride/</w:t>
        </w:r>
      </w:hyperlink>
      <w:r>
        <w:t xml:space="preserve"> - Visit Greater Palm Springs provides a visitor-oriented guide to the 2026 Pride celebration, alongside a history of the event and answers to common questions. It identifies Greater Palm Springs Pride as a 40th-anniversary celebration and says the main festival weekend runs from Friday 6 November to Sunday 8 November. The guide describes Saturday’s 5K Run and Walk in Old Las Palmas, the festival marketplace and entertainment, and Sunday’s parade and festival. It says the parade begins at the junction of Tachevah Drive and North Palm Canyon Drive and heads south towards the festival at Amado Road. The guide states that the parade and festival are free and describes Pride as family-friendly. It gives information about Children’s Headquarters for children aged 12 and under, accompanied by an adult, and a Youth Zone for LGBTQ+ young people aged 14 to 21 and allies. The page also gives historical context: Pride began in Palm Springs in 1986, the first city parade took place in 1992, and the celebration later grew into a major downtown event. This tourism organisation’s page supports the article’s statements about the anniversary, weekend programming, free public access, family and youth facilities, and the event’s local history. Visitors should consult the organiser’s schedule for final timings.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11/04/palm-springs-pride-announces-full-schedule-for-40th-anniversary-celebration/" TargetMode="External"/><Relationship Id="rId10" Type="http://schemas.openxmlformats.org/officeDocument/2006/relationships/hyperlink" Target="https://www.pspride.org/lineup" TargetMode="External"/><Relationship Id="rId11" Type="http://schemas.openxmlformats.org/officeDocument/2006/relationships/hyperlink" Target="https://www.pspride.org/post/pride-starts-here-arenas-district-walkabout-kicks-off-palm-springs-pride-on-november-5" TargetMode="External"/><Relationship Id="rId12" Type="http://schemas.openxmlformats.org/officeDocument/2006/relationships/hyperlink" Target="https://www.pspride.org/festival" TargetMode="External"/><Relationship Id="rId13" Type="http://schemas.openxmlformats.org/officeDocument/2006/relationships/hyperlink" Target="https://www.pspride.org/parade" TargetMode="External"/><Relationship Id="rId14" Type="http://schemas.openxmlformats.org/officeDocument/2006/relationships/hyperlink" Target="https://www.nbcpalmsprings.com/local-and-community/2026/09/15/greater-palm-springs-pride-announces-grand-marshals-for-parade" TargetMode="External"/><Relationship Id="rId15" Type="http://schemas.openxmlformats.org/officeDocument/2006/relationships/hyperlink" Target="https://www.visitgreaterpalmsprings.com/events/events-and-festivals/greater-palm-springs-lgbtq-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