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Trans Attack: What Is Known About the Investigation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violent attack on trans women in Buenos Aires’ Bosques de Palermo has prompted calls for justice and questions about the police response. Politicians and LGBTQ+ organisations have condemned the assault, while investigators seek witnesses and camera footage. The case matters beyond one city park: it raises urgent questions about safety, hate-motivated violence and how authorities respond.</w:t>
      </w:r>
      <w:r/>
    </w:p>
    <w:p>
      <w:pPr>
        <w:pStyle w:val="Heading2"/>
      </w:pPr>
      <w:r>
        <w:t>Essential Takeaways</w:t>
      </w:r>
      <w:r/>
      <w:r/>
    </w:p>
    <w:p>
      <w:pPr>
        <w:pStyle w:val="ListBullet"/>
        <w:spacing w:line="240" w:lineRule="auto"/>
        <w:ind w:left="720"/>
      </w:pPr>
      <w:r/>
      <w:r>
        <w:rPr>
          <w:b/>
        </w:rPr>
        <w:t>The attack:</w:t>
      </w:r>
      <w:r>
        <w:t xml:space="preserve"> Trans women were reportedly pursued and assaulted in Bosques de Palermo on the night of 2 November.</w:t>
      </w:r>
      <w:r/>
    </w:p>
    <w:p>
      <w:pPr>
        <w:pStyle w:val="ListBullet"/>
        <w:spacing w:line="240" w:lineRule="auto"/>
        <w:ind w:left="720"/>
      </w:pPr>
      <w:r/>
      <w:r>
        <w:rPr>
          <w:b/>
        </w:rPr>
        <w:t>The investigation:</w:t>
      </w:r>
      <w:r>
        <w:t xml:space="preserve"> Prosecutors are seeking video footage and witnesses to help establish what happened and identify those responsible.</w:t>
      </w:r>
      <w:r/>
    </w:p>
    <w:p>
      <w:pPr>
        <w:pStyle w:val="ListBullet"/>
        <w:spacing w:line="240" w:lineRule="auto"/>
        <w:ind w:left="720"/>
      </w:pPr>
      <w:r/>
      <w:r>
        <w:rPr>
          <w:b/>
        </w:rPr>
        <w:t>The response:</w:t>
      </w:r>
      <w:r>
        <w:t xml:space="preserve"> Political figures and LGBTQ+ organisations have condemned the violence and criticised the reported police response.</w:t>
      </w:r>
      <w:r/>
    </w:p>
    <w:p>
      <w:pPr>
        <w:pStyle w:val="ListBullet"/>
        <w:spacing w:line="240" w:lineRule="auto"/>
        <w:ind w:left="720"/>
      </w:pPr>
      <w:r/>
      <w:r>
        <w:rPr>
          <w:b/>
        </w:rPr>
        <w:t>No reported arrests:</w:t>
      </w:r>
      <w:r>
        <w:t xml:space="preserve"> Early reports said no detentions had been announced.</w:t>
      </w:r>
      <w:r/>
      <w:r/>
    </w:p>
    <w:p>
      <w:pPr>
        <w:pStyle w:val="Heading2"/>
      </w:pPr>
      <w:r>
        <w:t>A night-time assault in Palermo</w:t>
      </w:r>
      <w:r/>
    </w:p>
    <w:p>
      <w:r/>
      <w:r>
        <w:t>The reported assault took place near Avenida de los Ombúes and Andrés Bello, where a group of young people allegedly chased and attacked trans women. Videos of parts of the incident were shared online, turning a frightening episode in a public park into a highly visible case. (A24; Clarín)</w:t>
      </w:r>
      <w:r/>
    </w:p>
    <w:p>
      <w:r/>
      <w:r>
        <w:t>María Rachid, head of the Argentine LGBT Federation, described the attack as a “hunt” and said more than 100 people may have been involved. She reported that several women were injured; the precise number of people involved and the full sequence of events remain matters for investigators to establish. (La Nación; A24)</w:t>
      </w:r>
      <w:r/>
    </w:p>
    <w:p>
      <w:pPr>
        <w:pStyle w:val="Heading2"/>
      </w:pPr>
      <w:r>
        <w:t>Investigators are looking for footage and witnesses</w:t>
      </w:r>
      <w:r/>
    </w:p>
    <w:p>
      <w:r/>
      <w:r>
        <w:t>The prosecutor assigned to the case is seeking film records and witnesses as part of the investigation. Security-camera footage could help clarify the timing, movements and identities of those involved, while accounts from people nearby may add details that videos don't capture. (Clarín; La Nación)</w:t>
      </w:r>
      <w:r/>
    </w:p>
    <w:p>
      <w:r/>
      <w:r>
        <w:t>The reports say police arrived after the attackers and victims had left. That detail has fuelled questions about the response, but the investigation will need to establish what happened on the night and what evidence is available. (La Nación; Plano Político)</w:t>
      </w:r>
      <w:r/>
    </w:p>
    <w:p>
      <w:pPr>
        <w:pStyle w:val="Heading2"/>
      </w:pPr>
      <w:r>
        <w:t>Politicians condemn the violence</w:t>
      </w:r>
      <w:r/>
    </w:p>
    <w:p>
      <w:r/>
      <w:r>
        <w:t>Horacio Rodríguez Larreta warned that hate speech can fuel further hatred, while other political figures criticised the authorities' response and the gap between public promises of order and the reported events. Their comments have made the attack a broader political flashpoint. (La Nación; News Digitales)</w:t>
      </w:r>
      <w:r/>
    </w:p>
    <w:p>
      <w:r/>
      <w:r>
        <w:t>Jorge Macri called the incident extremely serious and said he had instructed officials responsible for justice and security to pursue the investigation and identify those responsible. In the initial reporting, no arrests had been announced. (La Nación; Plano Político)</w:t>
      </w:r>
      <w:r/>
    </w:p>
    <w:p>
      <w:pPr>
        <w:pStyle w:val="Heading2"/>
      </w:pPr>
      <w:r>
        <w:t>What support and accountability should look like</w:t>
      </w:r>
      <w:r/>
    </w:p>
    <w:p>
      <w:r/>
      <w:r>
        <w:t>The Argentine LGBT Federation said it had filed a complaint demanding justice. Amnesty International Argentina and several local organisations also condemned the attack, with calls for an investigation that considers gender diversity and for protection for those affected. (La Nación; A24)</w:t>
      </w:r>
      <w:r/>
    </w:p>
    <w:p>
      <w:r/>
      <w:r>
        <w:t>For readers following the case, the most useful next steps are concrete: watch for verified updates from prosecutors and established news outlets, and avoid sharing graphic clips or unconfirmed claims. Public attention can help keep scrutiny on the investigation, but the people targeted deserve privacy as well as justice. (Clarín; La Nación)</w:t>
      </w:r>
      <w:r/>
    </w:p>
    <w:p>
      <w:pPr>
        <w:pStyle w:val="Heading2"/>
      </w:pPr>
      <w:r>
        <w:t>A case with wider implications</w:t>
      </w:r>
      <w:r/>
    </w:p>
    <w:p>
      <w:r/>
      <w:r>
        <w:t>The attack has prompted a difficult question for Buenos Aires: how can a city make sure that people are safe in public spaces, regardless of their identity? Political statements matter, but accountability will depend on evidence, careful investigation and meaningful protection for those who were targeted. (La Nación; News Digitales)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[3]</w:t>
        </w:r>
      </w:hyperlink>
      <w:r>
        <w:t xml:space="preserve">- Paragraph 2: </w:t>
      </w:r>
      <w:hyperlink r:id="rId12">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[2]</w:t>
        </w:r>
      </w:hyperlink>
      <w:r>
        <w:t xml:space="preserve">, </w:t>
      </w:r>
      <w:hyperlink r:id="rId14">
        <w:r>
          <w:rPr>
            <w:color w:val="0000EE"/>
            <w:u w:val="single"/>
          </w:rPr>
          <w:t>[6]</w:t>
        </w:r>
      </w:hyperlink>
      <w:r>
        <w:t xml:space="preserve">- Paragraph 5: </w:t>
      </w:r>
      <w:hyperlink r:id="rId12">
        <w:r>
          <w:rPr>
            <w:color w:val="0000EE"/>
            <w:u w:val="single"/>
          </w:rPr>
          <w:t>[2]</w:t>
        </w:r>
      </w:hyperlink>
      <w:r>
        <w:t xml:space="preserve">, </w:t>
      </w:r>
      <w:hyperlink r:id="rId15">
        <w:r>
          <w:rPr>
            <w:color w:val="0000EE"/>
            <w:u w:val="single"/>
          </w:rPr>
          <w:t>[7]</w:t>
        </w:r>
      </w:hyperlink>
      <w:r>
        <w:t xml:space="preserve">- Paragraph 6: </w:t>
      </w:r>
      <w:hyperlink r:id="rId12">
        <w:r>
          <w:rPr>
            <w:color w:val="0000EE"/>
            <w:u w:val="single"/>
          </w:rPr>
          <w:t>[2]</w:t>
        </w:r>
      </w:hyperlink>
      <w:r>
        <w:t xml:space="preserve">, </w:t>
      </w:r>
      <w:hyperlink r:id="rId10">
        <w:r>
          <w:rPr>
            <w:color w:val="0000EE"/>
            <w:u w:val="single"/>
          </w:rPr>
          <w:t>[5]</w:t>
        </w:r>
      </w:hyperlink>
      <w:r>
        <w:t xml:space="preserve">- Paragraph 7: </w:t>
      </w:r>
      <w:hyperlink r:id="rId11">
        <w:r>
          <w:rPr>
            <w:color w:val="0000EE"/>
            <w:u w:val="single"/>
          </w:rPr>
          <w:t>[3]</w:t>
        </w:r>
      </w:hyperlink>
      <w:r>
        <w:t xml:space="preserve">, </w:t>
      </w:r>
      <w:hyperlink r:id="rId13">
        <w:r>
          <w:rPr>
            <w:color w:val="0000EE"/>
            <w:u w:val="single"/>
          </w:rPr>
          <w:t>[4]</w:t>
        </w:r>
      </w:hyperlink>
      <w:r>
        <w:t xml:space="preserve">- Paragraph 8: </w:t>
      </w:r>
      <w:hyperlink r:id="rId12">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https://elintransigente.com/2026/11/04/horacio-rodriguez-larreta-discursos-odio-ataque-trans-palermo/</w:t>
        </w:r>
      </w:hyperlink>
      <w:r>
        <w:t xml:space="preserve"> - Please view link - unable to able to access data</w:t>
      </w:r>
      <w:r/>
    </w:p>
    <w:p>
      <w:pPr>
        <w:pStyle w:val="ListNumber"/>
        <w:spacing w:line="240" w:lineRule="auto"/>
        <w:ind w:left="720"/>
      </w:pPr>
      <w:r/>
      <w:hyperlink r:id="rId12">
        <w:r>
          <w:rPr>
            <w:color w:val="0000EE"/>
            <w:u w:val="single"/>
          </w:rPr>
          <w:t>https://www.lanacion.com.ar/politica/referentes-de-la-politica-repudiaron-el-ataque-a-las-mujeres-trans-en-los-bosques-de-palermo-lo-nid03112026/</w:t>
        </w:r>
      </w:hyperlink>
      <w:r>
        <w:t xml:space="preserve"> - This report covers political reactions to the attack on trans women in the Bosques de Palermo. It recounts Horacio Rodríguez Larreta’s statement that hate speech generates more hatred, and describes comments by Myriam Bregman, Esteban Paulón, Maximiliano Ferraro and other public figures. It also reports Jorge Macri’s condemnation and assurance that officials were working to identify those responsible. The article describes allegations that the assault was organised in advance, videos shared on social media, injuries among the victims, and the approaching Pride march. It presents these as reported statements and claims, not as proof that political rhetoric caused the attack.</w:t>
      </w:r>
      <w:r/>
    </w:p>
    <w:p>
      <w:pPr>
        <w:pStyle w:val="ListNumber"/>
        <w:spacing w:line="240" w:lineRule="auto"/>
        <w:ind w:left="720"/>
      </w:pPr>
      <w:r/>
      <w:hyperlink r:id="rId11">
        <w:r>
          <w:rPr>
            <w:color w:val="0000EE"/>
            <w:u w:val="single"/>
          </w:rPr>
          <w:t>https://www.clarin.com/ciudades/ataque-mujeres-trans-bosques-palermo-buscan-testigos-analizan-camaras-seguridad_0_VONvFZvxlL.html</w:t>
        </w:r>
      </w:hyperlink>
      <w:r>
        <w:t xml:space="preserve"> - Clarín reports that prosecutors began investigating an attack on trans women in Palermo after videos circulated online. The specialised prosecutor, Andrea Scanga, requested security-camera footage near Avenida de los Ombúes and Andrés Bello and sought witnesses. María Rachid of the Argentine LGBT Federation described a large group carrying sticks, stones and traffic cones, while a victim said police arrived after a delay. The report also records that no formal police report had initially been filed, describes the authorities’ investigation of social-media accounts that shared footage, and summarises Amnesty International’s request for information about the government response.</w:t>
      </w:r>
      <w:r/>
    </w:p>
    <w:p>
      <w:pPr>
        <w:pStyle w:val="ListNumber"/>
        <w:spacing w:line="240" w:lineRule="auto"/>
        <w:ind w:left="720"/>
      </w:pPr>
      <w:r/>
      <w:hyperlink r:id="rId13">
        <w:r>
          <w:rPr>
            <w:color w:val="0000EE"/>
            <w:u w:val="single"/>
          </w:rPr>
          <w:t>https://www.lanacion.com.ar/seguridad/ataque-homofobico-en-palermo-una-fiscal-pidio-los-registros-filmicos-y-busca-testigos-de-las-nid04112026/</w:t>
        </w:r>
      </w:hyperlink>
      <w:r>
        <w:t xml:space="preserve"> - This article focuses on the judicial investigation into the attack on trans women in the Bosques de Palermo. It says prosecutor Andrea Scanga opened an investigation on her own initiative and requested public-camera recordings from the area around Avenida de los Ombúes and Andrés Bello. Investigators are seeking witnesses and asking victims to give accounts. The case is being examined as aggravated injuries potentially motivated by gender identity hatred. The report says the assault was filmed and shared online, and that another legal file concerns an injury reportedly suffered by one of the attackers during the confrontation.</w:t>
      </w:r>
      <w:r/>
    </w:p>
    <w:p>
      <w:pPr>
        <w:pStyle w:val="ListNumber"/>
        <w:spacing w:line="240" w:lineRule="auto"/>
        <w:ind w:left="720"/>
      </w:pPr>
      <w:r/>
      <w:hyperlink r:id="rId10">
        <w:r>
          <w:rPr>
            <w:color w:val="0000EE"/>
            <w:u w:val="single"/>
          </w:rPr>
          <w:t>https://www.a24.com/policiales/ataque-transfobico-los-bosques-palermo-jovenes-agredieron-mujeres-trans-y-filmaron-el-ataque-n1612930/amp</w:t>
        </w:r>
      </w:hyperlink>
      <w:r>
        <w:t xml:space="preserve"> - A24 describes a violent incident involving cyclists and trans women in Palermo, with footage of the assault later circulated on social media. The report says the attacks allegedly involved sticks, stones and traffic cones, and that more than ten people were affected; one person was hospitalised and a 14-year-old sustained a head injury. It notes differing accounts of the episode, including the victims’ description of a coordinated attack and neighbours’ characterisation of an altercation with a large cycling group. Police and judicial authorities were working to establish what happened and determine responsibility.</w:t>
      </w:r>
      <w:r/>
    </w:p>
    <w:p>
      <w:pPr>
        <w:pStyle w:val="ListNumber"/>
        <w:spacing w:line="240" w:lineRule="auto"/>
        <w:ind w:left="720"/>
      </w:pPr>
      <w:r/>
      <w:hyperlink r:id="rId14">
        <w:r>
          <w:rPr>
            <w:color w:val="0000EE"/>
            <w:u w:val="single"/>
          </w:rPr>
          <w:t>https://planopolitico.com/2026/11/03/ataque-mujeres-trans-bosques-palermo-justicia-investiga/</w:t>
        </w:r>
      </w:hyperlink>
      <w:r>
        <w:t xml:space="preserve"> - Plano Político recounts the assault on trans and travesti women in the Bosques de Palermo during the night of 1 November and early hours of 2 November 2026. It places the incident near the Lake of Regattas and the junction of Avenida de los Ombúes and Andrés Bello. According to the account, young people arrived on bicycles, returned in a larger group and struck women with objects including cones and sticks; videos were shared online. The article notes that the prosecution initiated an investigation, that participant numbers and prior organisation were not officially confirmed, and that there were calls for justice and protection for victims.</w:t>
      </w:r>
      <w:r/>
    </w:p>
    <w:p>
      <w:pPr>
        <w:pStyle w:val="ListNumber"/>
        <w:spacing w:line="240" w:lineRule="auto"/>
        <w:ind w:left="720"/>
      </w:pPr>
      <w:r/>
      <w:hyperlink r:id="rId15">
        <w:r>
          <w:rPr>
            <w:color w:val="0000EE"/>
            <w:u w:val="single"/>
          </w:rPr>
          <w:t>https://www.newsdigitales.com/nota/349209/ataque-a-mujeres-trans-en-palermo-larreta-cruzo-a-milei-y-refloto-lo-que-dijo-en-davos/</w:t>
        </w:r>
      </w:hyperlink>
      <w:r>
        <w:t xml:space="preserve"> - NewsDigitales links Larreta’s public response to the Palermo attack with a video of Javier Milei’s 2025 Davos speech. It reports Larreta’s post that hate speech generates more hatred, and summarises the assault, including its location, alleged weapons, social-media footage and reported injuries. The article also describes Jorge Macri’s promise to pursue the investigation and notes that prosecutors were examining the case, including whether a gender-hatred aggravating factor applied. It summarises comments by several politicians who condemned the violence or connected it to public rhetoric, while presenting the claims and quotations as attributed statements.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intransigente.com/2026/11/04/horacio-rodriguez-larreta-discursos-odio-ataque-trans-palermo/" TargetMode="External"/><Relationship Id="rId10" Type="http://schemas.openxmlformats.org/officeDocument/2006/relationships/hyperlink" Target="https://www.a24.com/policiales/ataque-transfobico-los-bosques-palermo-jovenes-agredieron-mujeres-trans-y-filmaron-el-ataque-n1612930/amp" TargetMode="External"/><Relationship Id="rId11" Type="http://schemas.openxmlformats.org/officeDocument/2006/relationships/hyperlink" Target="https://www.clarin.com/ciudades/ataque-mujeres-trans-bosques-palermo-buscan-testigos-analizan-camaras-seguridad_0_VONvFZvxlL.html" TargetMode="External"/><Relationship Id="rId12" Type="http://schemas.openxmlformats.org/officeDocument/2006/relationships/hyperlink" Target="https://www.lanacion.com.ar/politica/referentes-de-la-politica-repudiaron-el-ataque-a-las-mujeres-trans-en-los-bosques-de-palermo-lo-nid03112026/" TargetMode="External"/><Relationship Id="rId13" Type="http://schemas.openxmlformats.org/officeDocument/2006/relationships/hyperlink" Target="https://www.lanacion.com.ar/seguridad/ataque-homofobico-en-palermo-una-fiscal-pidio-los-registros-filmicos-y-busca-testigos-de-las-nid04112026/" TargetMode="External"/><Relationship Id="rId14" Type="http://schemas.openxmlformats.org/officeDocument/2006/relationships/hyperlink" Target="https://planopolitico.com/2026/11/03/ataque-mujeres-trans-bosques-palermo-justicia-investiga/" TargetMode="External"/><Relationship Id="rId15" Type="http://schemas.openxmlformats.org/officeDocument/2006/relationships/hyperlink" Target="https://www.newsdigitales.com/nota/349209/ataque-a-mujeres-trans-en-palermo-larreta-cruzo-a-milei-y-refloto-lo-que-dijo-en-dav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