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OutReels Cincinnati LGBTQ+ Film Festival Finds a New Home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newly reopened cinema gives OutReels Cincinnati a lively setting for its 15th anniversary, with films, filmmaker conversations and social events bringing audiences together. The festival’s move to Mariemont Theatre reflects its commitment to independent cinema and LGBTQ+ stories, while offering visitors something streaming can’t: the shared thrill of watching, reacting and talking about films in person.</w:t>
      </w:r>
      <w:r/>
    </w:p>
    <w:p>
      <w:pPr>
        <w:pStyle w:val="Heading2"/>
      </w:pPr>
      <w:r>
        <w:t>Essential takeaways</w:t>
      </w:r>
      <w:r/>
      <w:r/>
    </w:p>
    <w:p>
      <w:pPr>
        <w:pStyle w:val="ListBullet"/>
        <w:spacing w:line="240" w:lineRule="auto"/>
        <w:ind w:left="720"/>
      </w:pPr>
      <w:r/>
      <w:r>
        <w:rPr>
          <w:b/>
        </w:rPr>
        <w:t>A fresh venue:</w:t>
      </w:r>
      <w:r>
        <w:t xml:space="preserve"> OutReels celebrates its 15th anniversary at Mariemont Theatre, a recently reopened cinema.</w:t>
      </w:r>
      <w:r/>
    </w:p>
    <w:p>
      <w:pPr>
        <w:pStyle w:val="ListBullet"/>
        <w:spacing w:line="240" w:lineRule="auto"/>
        <w:ind w:left="720"/>
      </w:pPr>
      <w:r/>
      <w:r>
        <w:rPr>
          <w:b/>
        </w:rPr>
        <w:t>More than screenings:</w:t>
      </w:r>
      <w:r>
        <w:t xml:space="preserve"> The programme includes filmmaker discussions, social gatherings and opportunities to meet other festival-goers.</w:t>
      </w:r>
      <w:r/>
    </w:p>
    <w:p>
      <w:pPr>
        <w:pStyle w:val="ListBullet"/>
        <w:spacing w:line="240" w:lineRule="auto"/>
        <w:ind w:left="720"/>
      </w:pPr>
      <w:r/>
      <w:r>
        <w:rPr>
          <w:b/>
        </w:rPr>
        <w:t>A wide-ranging selection:</w:t>
      </w:r>
      <w:r>
        <w:t xml:space="preserve"> Features, documentaries and shorts explore LGBTQ+ lives and histories, with stories from Ohio and beyond.</w:t>
      </w:r>
      <w:r/>
    </w:p>
    <w:p>
      <w:pPr>
        <w:pStyle w:val="ListBullet"/>
        <w:spacing w:line="240" w:lineRule="auto"/>
        <w:ind w:left="720"/>
      </w:pPr>
      <w:r/>
      <w:r>
        <w:rPr>
          <w:b/>
        </w:rPr>
        <w:t>History takes the screen:</w:t>
      </w:r>
      <w:r>
        <w:t xml:space="preserve"> A documentary shorts programme and panel focus on preserving LGBTQ+ experiences for future generations.</w:t>
      </w:r>
      <w:r/>
    </w:p>
    <w:p>
      <w:pPr>
        <w:pStyle w:val="ListBullet"/>
        <w:spacing w:line="240" w:lineRule="auto"/>
        <w:ind w:left="720"/>
      </w:pPr>
      <w:r/>
      <w:r>
        <w:rPr>
          <w:b/>
        </w:rPr>
        <w:t>A community effort:</w:t>
      </w:r>
      <w:r>
        <w:t xml:space="preserve"> The event is organised under the stewardship of Cindependent Film Festival, with a fundraising raffle supporting future programming.</w:t>
      </w:r>
      <w:r/>
      <w:r/>
    </w:p>
    <w:p>
      <w:pPr>
        <w:pStyle w:val="Heading2"/>
      </w:pPr>
      <w:r>
        <w:t>A proper cinema makes the anniversary feel special</w:t>
      </w:r>
      <w:r/>
    </w:p>
    <w:p>
      <w:r/>
      <w:r>
        <w:t>There’s something different about settling into a real cinema for a festival: the darkened room, the hush before the first frame, and the knowledge that everyone around you is about to share the same story. For OutReels Cincinnati, Mariemont Theatre provides a fitting new setting for its 15th anniversary, and a chance to make the weekend feel like an occasion rather than just a run of screenings.</w:t>
      </w:r>
      <w:r/>
    </w:p>
    <w:p>
      <w:r/>
      <w:r>
        <w:t>The move also connects two local champions of independent film. OutReels is operating under the stewardship of Cindependent Film Festival, and the organisations have already worked together on LGBTQ+ selections for Cindependent’s annual programme. The partnership gives the festival a fresh base while supporting a nonprofit cinema organisation. (Cincinnati Magazine; Cindependent Film Festival; Mariemont Theatre)</w:t>
      </w:r>
      <w:r/>
    </w:p>
    <w:p>
      <w:pPr>
        <w:pStyle w:val="Heading2"/>
      </w:pPr>
      <w:r>
        <w:t>A festival built around the conversation afterwards</w:t>
      </w:r>
      <w:r/>
    </w:p>
    <w:p>
      <w:r/>
      <w:r>
        <w:t>Since its founding in 2012, OutReels has set out to showcase LGBTQ+ stories that may not get much space in mainstream cinema. Its programme brings together narrative films, documentaries and shorts, with the aim of reflecting a broad range of identities and experiences rather than treating any one story as representative of an entire community.</w:t>
      </w:r>
      <w:r/>
    </w:p>
    <w:p>
      <w:r/>
      <w:r>
        <w:t>That variety matters on screen, but so does what happens after the credits. Filmmaker Q&amp;As, discussions and social events give audiences room to meet, compare reactions and carry a film’s ideas into the rest of the weekend. In an era of solo streaming and personalised recommendations, that collective experience feels like a welcome change of pace. (Cincinnati Magazine; OutReels Cincinnati)</w:t>
      </w:r>
      <w:r/>
    </w:p>
    <w:p>
      <w:pPr>
        <w:pStyle w:val="Heading2"/>
      </w:pPr>
      <w:r>
        <w:t>Ohio stories sit alongside international voices</w:t>
      </w:r>
      <w:r/>
    </w:p>
    <w:p>
      <w:r/>
      <w:r>
        <w:t xml:space="preserve">The festival’s programme moves between local history and stories from further afield. Ohio-connected selections include </w:t>
      </w:r>
      <w:r>
        <w:rPr>
          <w:i/>
        </w:rPr>
        <w:t>Iden, A Story of Love</w:t>
      </w:r>
      <w:r>
        <w:t xml:space="preserve">, rooted in the Dayton and Yellow Springs area, and </w:t>
      </w:r>
      <w:r>
        <w:rPr>
          <w:i/>
        </w:rPr>
        <w:t>Free Beer Tomorrow</w:t>
      </w:r>
      <w:r>
        <w:t>, which explores the history of Columbus lesbian bar Summit Station. Directors are scheduled to attend those screenings for post-film discussions.</w:t>
      </w:r>
      <w:r/>
    </w:p>
    <w:p>
      <w:r/>
      <w:r>
        <w:t>Other titles widen the lens, with films from countries including Poland and Iran. The mix is part of the point: local stories can make a community’s history feel close at hand, while international work offers a glimpse into lives and perspectives audiences may know less about. (Cincinnati Magazine; OutReels Cincinnati)</w:t>
      </w:r>
      <w:r/>
    </w:p>
    <w:p>
      <w:pPr>
        <w:pStyle w:val="Heading2"/>
      </w:pPr>
      <w:r>
        <w:t>Preserving LGBTQ+ history is part of the programme</w:t>
      </w:r>
      <w:r/>
    </w:p>
    <w:p>
      <w:r/>
      <w:r>
        <w:t xml:space="preserve">One of the weekend’s most historically focused events brings together three documentary shorts: </w:t>
      </w:r>
      <w:r>
        <w:rPr>
          <w:i/>
        </w:rPr>
        <w:t>Shelly’s Leg</w:t>
      </w:r>
      <w:r>
        <w:t xml:space="preserve">, </w:t>
      </w:r>
      <w:r>
        <w:rPr>
          <w:i/>
        </w:rPr>
        <w:t>Bachelors Only</w:t>
      </w:r>
      <w:r>
        <w:t xml:space="preserve"> and </w:t>
      </w:r>
      <w:r>
        <w:rPr>
          <w:i/>
        </w:rPr>
        <w:t>Lesbians in Boystown</w:t>
      </w:r>
      <w:r>
        <w:t>. A discussion afterwards is set to explore why recording and preserving LGBTQ+ history matters, with contributors including a filmmaker, a local queer-history author and a representative of the Ohio Lesbian Archives.</w:t>
      </w:r>
      <w:r/>
    </w:p>
    <w:p>
      <w:r/>
      <w:r>
        <w:t>That focus reaches beyond film. Historical markers help make the past visible in public spaces, while archives preserve records and memories that might otherwise be missed. For communities whose stories have often been left out of mainstream accounts, keeping those records is an act of care as well as documentation. (Cincinnati Magazine; Ohio History Connection; Ohio Lesbian Archives)</w:t>
      </w:r>
      <w:r/>
    </w:p>
    <w:p>
      <w:pPr>
        <w:pStyle w:val="Heading2"/>
      </w:pPr>
      <w:r>
        <w:t>Make a weekend of it, not just a screening</w:t>
      </w:r>
      <w:r/>
    </w:p>
    <w:p>
      <w:r/>
      <w:r>
        <w:t>The anniversary programme combines films with small, sociable touches, including opening-night festivities on the theatre patio and chances to meet filmmakers. Across the weekend, the schedule moves from a selection of shorts to features, romantic comedy and documentaries, with conversations woven into the programme.</w:t>
      </w:r>
      <w:r/>
    </w:p>
    <w:p>
      <w:r/>
      <w:r>
        <w:t>If you’re choosing what to see, consider mixing a film that already speaks to your interests with one you might not usually pick. The post-screening discussions can add useful context, and the social events make it easier to keep talking afterwards. A fundraising raffle also supports the festival’s continued programming, giving attendees another way to contribute. (Cincinnati Magazine; OutReels Cincinnati)</w:t>
      </w:r>
      <w:r/>
    </w:p>
    <w:p>
      <w:pPr>
        <w:pStyle w:val="Heading2"/>
      </w:pPr>
      <w:r>
        <w:t>The value of seeing stories together</w:t>
      </w:r>
      <w:r/>
    </w:p>
    <w:p>
      <w:r/>
      <w:r>
        <w:t>OutReels’ anniversary is a celebration of cinema, but also of visibility and connection. A film can offer recognition to someone seeing their experience reflected on screen, or introduce another viewer to a life they haven’t encountered before. Both responses matter, and a shared venue gives them room to meet.</w:t>
      </w:r>
      <w:r/>
    </w:p>
    <w:p>
      <w:r/>
      <w:r>
        <w:t>The Mariemont partnership could help bring more filmmakers to Cincinnati and create further opportunities for audiences to talk about what they’ve seen. The best festival moments often happen in that space between the final scene and the walk to the car, when a story is still finding its way into conversation. (Cincinnati Magazine; OutReels Cincinnati; Mariemont Theatre)</w:t>
      </w:r>
      <w:r/>
    </w:p>
    <w:p>
      <w:r/>
      <w:r>
        <w:rPr>
          <w:b/>
        </w:rPr>
        <w:t>A good festival doesn’t just show you a film; it gives you people to talk about it with.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https://www.cincinnatimagazine.com/article/outreels-celebrates-15-years-of-lgbtq-cinema-at-the-mariemont-theatre/</w:t>
        </w:r>
      </w:hyperlink>
      <w:r>
        <w:t xml:space="preserve"> - Please view link - unable to able to access data</w:t>
      </w:r>
      <w:r/>
    </w:p>
    <w:p>
      <w:pPr>
        <w:pStyle w:val="ListNumber"/>
        <w:spacing w:line="240" w:lineRule="auto"/>
        <w:ind w:left="720"/>
      </w:pPr>
      <w:r/>
      <w:hyperlink r:id="rId9">
        <w:r>
          <w:rPr>
            <w:color w:val="0000EE"/>
            <w:u w:val="single"/>
          </w:rPr>
          <w:t>https://www.cincinnatimagazine.com/article/outreels-celebrates-15-years-of-lgbtq-cinema-at-the-mariemont-theatre/</w:t>
        </w:r>
      </w:hyperlink>
      <w:r>
        <w:t xml:space="preserve"> - This feature previews OutReels Cincinnati’s fifteenth-anniversary festival at the Mariemont Theatre, scheduled for 6–8 November. It describes the festival’s history, its partnership with Cindependent, and the goal of presenting varied LGBTQ+ stories in a shared cinema setting. The article outlines the programme, including narrative features, documentaries and short films, with filmmakers’ discussions and social gatherings. It highlights Ohio-connected selections such as Iden, A Story of Love and Free Beer Tomorrow, alongside international work. The piece also discusses Summit Station’s lesbian-bar history, the role of the Ohio Lesbian Archives, audience representation, fundraising and the festival’s wider commitment to visibility and preserving community stories.</w:t>
      </w:r>
      <w:r/>
    </w:p>
    <w:p>
      <w:pPr>
        <w:pStyle w:val="ListNumber"/>
        <w:spacing w:line="240" w:lineRule="auto"/>
        <w:ind w:left="720"/>
      </w:pPr>
      <w:r/>
      <w:hyperlink r:id="rId10">
        <w:r>
          <w:rPr>
            <w:color w:val="0000EE"/>
            <w:u w:val="single"/>
          </w:rPr>
          <w:t>https://outreelscincinnati.org/</w:t>
        </w:r>
      </w:hyperlink>
      <w:r>
        <w:t xml:space="preserve"> - OutReels Cincinnati’s official website describes the festival as a platform for independent film and emerging filmmakers. It says the organisation was founded in 2012 and has since attracted filmmakers, actors and film enthusiasts from around the world. The site presents cinema as a way to bring people together, inspire audiences and challenge perspectives. It also emphasises creating an inclusive, welcoming environment in which everyone can enjoy films. The festival invites questions and suggestions for future programming, reflecting its continuing interest in filmmaker participation and audience engagement. This source supports the article’s account of OutReels’s origins, independent-film focus and community-centred approach to screenings.</w:t>
      </w:r>
      <w:r/>
    </w:p>
    <w:p>
      <w:pPr>
        <w:pStyle w:val="ListNumber"/>
        <w:spacing w:line="240" w:lineRule="auto"/>
        <w:ind w:left="720"/>
      </w:pPr>
      <w:r/>
      <w:hyperlink r:id="rId11">
        <w:r>
          <w:rPr>
            <w:color w:val="0000EE"/>
            <w:u w:val="single"/>
          </w:rPr>
          <w:t>https://goldfish-coconut-684e.squarespace.com/mariemont-theatre</w:t>
        </w:r>
      </w:hyperlink>
      <w:r>
        <w:t xml:space="preserve"> - Cindependent’s Mariemont Theatre page explains the nonprofit’s stewardship of the historic Cincinnati-area cinema. It says the village approached Cindependent in late 2025 to explore the theatre’s long-term future, and that community leaders helped assess and plan the transition. The theatre temporarily closed in February 2026 while its infrastructure was rebuilt and fundraising secured new equipment. Cindependent reports that it officially reopened the venue on 16 September 2026. The page describes a programme combining mainstream and independent films, and provides routes to showtimes, events, membership and community feedback. It supports the article’s description of the venue’s reopening and its partnership with a nonprofit film organisation.</w:t>
      </w:r>
      <w:r/>
    </w:p>
    <w:p>
      <w:pPr>
        <w:pStyle w:val="ListNumber"/>
        <w:spacing w:line="240" w:lineRule="auto"/>
        <w:ind w:left="720"/>
      </w:pPr>
      <w:r/>
      <w:hyperlink r:id="rId12">
        <w:r>
          <w:rPr>
            <w:color w:val="0000EE"/>
            <w:u w:val="single"/>
          </w:rPr>
          <w:t>https://www.ohiohistory.org/gohi-historical-markers/</w:t>
        </w:r>
      </w:hyperlink>
      <w:r>
        <w:t xml:space="preserve"> - The Ohio History Connection’s LGBTQ+ historical-markers page documents Summit Station, a Columbus lesbian bar known by several names, including Jack’s and Logan’s Off Broadway. It describes the bar as a welcoming gathering place for women with varied backgrounds and gender expressions, and records activities ranging from dancing and celebrations to performances and community fundraising. The bar closed in 2008 after nearly four decades of service. This official historical resource supports the article’s account of Summit Station’s legacy and the significance of documenting LGBTQ+ gathering places. It also explains that the marker programme works with community partners to recognise people, events and places in Ohio LGBTQ+ history.</w:t>
      </w:r>
      <w:r/>
    </w:p>
    <w:p>
      <w:pPr>
        <w:pStyle w:val="ListNumber"/>
        <w:spacing w:line="240" w:lineRule="auto"/>
        <w:ind w:left="720"/>
      </w:pPr>
      <w:r/>
      <w:hyperlink r:id="rId13">
        <w:r>
          <w:rPr>
            <w:color w:val="0000EE"/>
            <w:u w:val="single"/>
          </w:rPr>
          <w:t>https://ohiolesbianarchives.org/about-2/</w:t>
        </w:r>
      </w:hyperlink>
      <w:r>
        <w:t xml:space="preserve"> - The Ohio Lesbian Archives explains its role in collecting and making available materials about lesbians and Greater Cincinnati LGBTQ+ communities. The archive says it has gathered materials for more than three decades and welcomes students, researchers and other interested visitors by appointment. Its collections include books, magazines, photographs, music, personal and organisational files, newspaper clippings, video and art. This resource supports the article’s description of the Archives’ contribution to preserving LGBTQ+ history and informing conversations about how community experiences are recorded and passed on. It also provides a local context for the article’s emphasis on visibility, historical memory and preserving stories that might otherwise be overlooked.</w:t>
      </w:r>
      <w:r/>
    </w:p>
    <w:p>
      <w:pPr>
        <w:pStyle w:val="ListNumber"/>
        <w:spacing w:line="240" w:lineRule="auto"/>
        <w:ind w:left="720"/>
      </w:pPr>
      <w:r/>
      <w:hyperlink r:id="rId14">
        <w:r>
          <w:rPr>
            <w:color w:val="0000EE"/>
            <w:u w:val="single"/>
          </w:rPr>
          <w:t>https://cincyae.com/event/glitterbaited-outreels-cincinnati-2026/</w:t>
        </w:r>
      </w:hyperlink>
      <w:r>
        <w:t xml:space="preserve"> - Cincy A&amp;E’s event listing confirms that Glitterbaited is part of OutReels Cincinnati 2026 and identifies the Mariemont Theatre as the venue. It gives a screening date of 6 November 2026 and describes the film as a queer romantic comedy inspired by Cyrano de Bergerac. The plot follows aspiring writer Charles, his friend Christian and Rocky, whom both men hope to win over through a plan involving charm and words. The listing says the story explores love, confidence, friendship and how people express their feelings. It supports the article’s reference to Glitterbaited as a festival selection and its romantic-comedy premise.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ncinnatimagazine.com/article/outreels-celebrates-15-years-of-lgbtq-cinema-at-the-mariemont-theatre/" TargetMode="External"/><Relationship Id="rId10" Type="http://schemas.openxmlformats.org/officeDocument/2006/relationships/hyperlink" Target="https://outreelscincinnati.org/" TargetMode="External"/><Relationship Id="rId11" Type="http://schemas.openxmlformats.org/officeDocument/2006/relationships/hyperlink" Target="https://goldfish-coconut-684e.squarespace.com/mariemont-theatre" TargetMode="External"/><Relationship Id="rId12" Type="http://schemas.openxmlformats.org/officeDocument/2006/relationships/hyperlink" Target="https://www.ohiohistory.org/gohi-historical-markers/" TargetMode="External"/><Relationship Id="rId13" Type="http://schemas.openxmlformats.org/officeDocument/2006/relationships/hyperlink" Target="https://ohiolesbianarchives.org/about-2/" TargetMode="External"/><Relationship Id="rId14" Type="http://schemas.openxmlformats.org/officeDocument/2006/relationships/hyperlink" Target="https://cincyae.com/event/glitterbaited-outreels-cincinnati-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