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Luke Evans on Gay Actors in Hollywood and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Luke Evans has spoken about the Hollywood actors who keep their sexuality private, drawing on his own experience of coming out early in his career. His comments point to the pressure and isolation performers can face in a famously insular industry, while his journey from a difficult teenage upbringing to major film and stage roles offers a more personal view of what visibility can mean.</w:t>
      </w:r>
      <w:r/>
    </w:p>
    <w:p>
      <w:pPr>
        <w:pStyle w:val="Heading2"/>
      </w:pPr>
      <w:r>
        <w:t>Essential Takeaways</w:t>
      </w:r>
      <w:r/>
      <w:r/>
    </w:p>
    <w:p>
      <w:pPr>
        <w:pStyle w:val="ListBullet"/>
        <w:spacing w:line="240" w:lineRule="auto"/>
        <w:ind w:left="720"/>
      </w:pPr>
      <w:r/>
      <w:r>
        <w:rPr>
          <w:b/>
        </w:rPr>
        <w:t>Evans’s experience:</w:t>
      </w:r>
      <w:r>
        <w:t xml:space="preserve"> He has said that being openly gay while making major films was difficult, particularly when he felt alone.</w:t>
      </w:r>
      <w:r/>
    </w:p>
    <w:p>
      <w:pPr>
        <w:pStyle w:val="ListBullet"/>
        <w:spacing w:line="240" w:lineRule="auto"/>
        <w:ind w:left="720"/>
      </w:pPr>
      <w:r/>
      <w:r>
        <w:rPr>
          <w:b/>
        </w:rPr>
        <w:t>A private choice:</w:t>
      </w:r>
      <w:r>
        <w:t xml:space="preserve"> He knows actors who have chosen not to come out, but says their reasons are theirs to tell.</w:t>
      </w:r>
      <w:r/>
    </w:p>
    <w:p>
      <w:pPr>
        <w:pStyle w:val="ListBullet"/>
        <w:spacing w:line="240" w:lineRule="auto"/>
        <w:ind w:left="720"/>
      </w:pPr>
      <w:r/>
      <w:r>
        <w:rPr>
          <w:b/>
        </w:rPr>
        <w:t>Early challenges:</w:t>
      </w:r>
      <w:r>
        <w:t xml:space="preserve"> Evans has spoken about bullying and leaving home and the Jehovah’s Witness faith at 16.</w:t>
      </w:r>
      <w:r/>
    </w:p>
    <w:p>
      <w:pPr>
        <w:pStyle w:val="ListBullet"/>
        <w:spacing w:line="240" w:lineRule="auto"/>
        <w:ind w:left="720"/>
      </w:pPr>
      <w:r/>
      <w:r>
        <w:rPr>
          <w:b/>
        </w:rPr>
        <w:t>Bond speculation:</w:t>
      </w:r>
      <w:r>
        <w:t xml:space="preserve"> He said he was considered for James Bond for years, though he now believes he is too old for the role.</w:t>
      </w:r>
      <w:r/>
      <w:r/>
    </w:p>
    <w:p>
      <w:pPr>
        <w:pStyle w:val="Heading2"/>
      </w:pPr>
      <w:r>
        <w:t>Luke Evans says coming out could feel lonely</w:t>
      </w:r>
      <w:r/>
    </w:p>
    <w:p>
      <w:r/>
      <w:r>
        <w:t xml:space="preserve">Luke Evans has described being one of the few openly gay actors working at his level in Hollywood as a lonely experience. Speaking to The Telegraph, he said he knew several performers who had chosen to keep their sexuality private, while stressing that nobody outside their lives could know what had shaped that decision. </w:t>
      </w:r>
      <w:hyperlink r:id="rId9">
        <w:r>
          <w:rPr>
            <w:color w:val="0000EE"/>
            <w:u w:val="single"/>
          </w:rPr>
          <w:t>[2]</w:t>
        </w:r>
      </w:hyperlink>
      <w:r/>
    </w:p>
    <w:p>
      <w:r/>
      <w:r>
        <w:t xml:space="preserve">His point is less about judging those choices than recognising the pressures around them. Careers, family relationships and personal safety can all influence what someone feels able to share, and the public rarely sees the whole picture. </w:t>
      </w:r>
      <w:hyperlink r:id="rId9">
        <w:r>
          <w:rPr>
            <w:color w:val="0000EE"/>
            <w:u w:val="single"/>
          </w:rPr>
          <w:t>[2]</w:t>
        </w:r>
      </w:hyperlink>
      <w:r/>
    </w:p>
    <w:p>
      <w:pPr>
        <w:pStyle w:val="Heading2"/>
      </w:pPr>
      <w:r>
        <w:t>A career shaped by independence</w:t>
      </w:r>
      <w:r/>
    </w:p>
    <w:p>
      <w:r/>
      <w:r>
        <w:t xml:space="preserve">Evans has previously spoken about growing up as a Jehovah's Witness and struggling to make sense of his sexuality. He has said that bullying at school made him an easy target, and that at 16 he left home and his religion to build an independent life and pursue acting. </w:t>
      </w:r>
      <w:hyperlink r:id="rId10">
        <w:r>
          <w:rPr>
            <w:color w:val="0000EE"/>
            <w:u w:val="single"/>
          </w:rPr>
          <w:t>[3]</w:t>
        </w:r>
      </w:hyperlink>
      <w:r>
        <w:t xml:space="preserve">, </w:t>
      </w:r>
      <w:hyperlink r:id="rId11">
        <w:r>
          <w:rPr>
            <w:color w:val="0000EE"/>
            <w:u w:val="single"/>
          </w:rPr>
          <w:t>[7]</w:t>
        </w:r>
      </w:hyperlink>
      <w:r/>
    </w:p>
    <w:p>
      <w:r/>
      <w:r>
        <w:t xml:space="preserve">That history helps explain why visibility matters to him, without making his experience a template for anyone else. Coming out can be liberating for some people, but there isn't a single route or timetable that works for everyone. </w:t>
      </w:r>
      <w:hyperlink r:id="rId10">
        <w:r>
          <w:rPr>
            <w:color w:val="0000EE"/>
            <w:u w:val="single"/>
          </w:rPr>
          <w:t>[3]</w:t>
        </w:r>
      </w:hyperlink>
      <w:r>
        <w:t xml:space="preserve">, </w:t>
      </w:r>
      <w:hyperlink r:id="rId12">
        <w:r>
          <w:rPr>
            <w:color w:val="0000EE"/>
            <w:u w:val="single"/>
          </w:rPr>
          <w:t>[4]</w:t>
        </w:r>
      </w:hyperlink>
      <w:r/>
    </w:p>
    <w:p>
      <w:pPr>
        <w:pStyle w:val="Heading2"/>
      </w:pPr>
      <w:r>
        <w:t>Hollywood's visibility question has no simple answer</w:t>
      </w:r>
      <w:r/>
    </w:p>
    <w:p>
      <w:r/>
      <w:r>
        <w:t xml:space="preserve">Evans has described the film business as an insular world, where people may have to work out difficult questions without much guidance. His remarks also underline a familiar tension: audiences want broader representation, but actors shouldn't be expected to disclose personal details to prove a point. </w:t>
      </w:r>
      <w:hyperlink r:id="rId9">
        <w:r>
          <w:rPr>
            <w:color w:val="0000EE"/>
            <w:u w:val="single"/>
          </w:rPr>
          <w:t>[2]</w:t>
        </w:r>
      </w:hyperlink>
      <w:r>
        <w:t xml:space="preserve">, </w:t>
      </w:r>
      <w:hyperlink r:id="rId12">
        <w:r>
          <w:rPr>
            <w:color w:val="0000EE"/>
            <w:u w:val="single"/>
          </w:rPr>
          <w:t>[4]</w:t>
        </w:r>
      </w:hyperlink>
      <w:r/>
    </w:p>
    <w:p>
      <w:r/>
      <w:r>
        <w:t xml:space="preserve">Earlier interviews have touched on his career, public image and the idea of a gay actor playing James Bond. Evans said he had been in the running for the role for about a decade, and took that as a sign that his sexuality wasn't necessarily a barrier, though he now considers himself too old for the part. </w:t>
      </w:r>
      <w:hyperlink r:id="rId13">
        <w:r>
          <w:rPr>
            <w:color w:val="0000EE"/>
            <w:u w:val="single"/>
          </w:rPr>
          <w:t>[5]</w:t>
        </w:r>
      </w:hyperlink>
      <w:r>
        <w:t xml:space="preserve">, </w:t>
      </w:r>
      <w:hyperlink r:id="rId14">
        <w:r>
          <w:rPr>
            <w:color w:val="0000EE"/>
            <w:u w:val="single"/>
          </w:rPr>
          <w:t>[6]</w:t>
        </w:r>
      </w:hyperlink>
      <w:r/>
    </w:p>
    <w:p>
      <w:pPr>
        <w:pStyle w:val="Heading2"/>
      </w:pPr>
      <w:r>
        <w:t>From the stage to major screen roles</w:t>
      </w:r>
      <w:r/>
    </w:p>
    <w:p>
      <w:r/>
      <w:r>
        <w:t xml:space="preserve">Evans began in theatre before appearing in films including </w:t>
      </w:r>
      <w:r>
        <w:rPr>
          <w:i/>
        </w:rPr>
        <w:t>Clash of the Titans</w:t>
      </w:r>
      <w:r>
        <w:t xml:space="preserve"> and entries in the </w:t>
      </w:r>
      <w:r>
        <w:rPr>
          <w:i/>
        </w:rPr>
        <w:t>Fast &amp; Furious</w:t>
      </w:r>
      <w:r>
        <w:t xml:space="preserve"> franchise. More recently, he made his Broadway debut as Dr Frank-N-Furter in </w:t>
      </w:r>
      <w:r>
        <w:rPr>
          <w:i/>
        </w:rPr>
        <w:t>The Rocky Horror Picture Show</w:t>
      </w:r>
      <w:r>
        <w:t xml:space="preserve"> and was set to lead ITV drama </w:t>
      </w:r>
      <w:r>
        <w:rPr>
          <w:i/>
        </w:rPr>
        <w:t>The Party</w:t>
      </w:r>
      <w:r>
        <w:t xml:space="preserve">. </w:t>
      </w:r>
      <w:hyperlink r:id="rId9">
        <w:r>
          <w:rPr>
            <w:color w:val="0000EE"/>
            <w:u w:val="single"/>
          </w:rPr>
          <w:t>[2]</w:t>
        </w:r>
      </w:hyperlink>
      <w:r>
        <w:t xml:space="preserve">, </w:t>
      </w:r>
      <w:hyperlink r:id="rId13">
        <w:r>
          <w:rPr>
            <w:color w:val="0000EE"/>
            <w:u w:val="single"/>
          </w:rPr>
          <w:t>[5]</w:t>
        </w:r>
      </w:hyperlink>
      <w:r/>
    </w:p>
    <w:p>
      <w:r/>
      <w:r>
        <w:t xml:space="preserve">His career has moved between stage and screen, action films and musicals. That range is a reminder that an actor's work can be visible even when parts of their private life remain just that: private. </w:t>
      </w:r>
      <w:hyperlink r:id="rId9">
        <w:r>
          <w:rPr>
            <w:color w:val="0000EE"/>
            <w:u w:val="single"/>
          </w:rPr>
          <w:t>[2]</w:t>
        </w:r>
      </w:hyperlink>
      <w:r>
        <w:t xml:space="preserve">, </w:t>
      </w:r>
      <w:hyperlink r:id="rId14">
        <w:r>
          <w:rPr>
            <w:color w:val="0000EE"/>
            <w:u w:val="single"/>
          </w:rPr>
          <w:t>[6]</w:t>
        </w:r>
      </w:hyperlink>
      <w:r/>
    </w:p>
    <w:p>
      <w:pPr>
        <w:pStyle w:val="Heading2"/>
      </w:pPr>
      <w:r>
        <w:t>Why his comments resonate beyond Hollywood</w:t>
      </w:r>
      <w:r/>
    </w:p>
    <w:p>
      <w:r/>
      <w:r>
        <w:t xml:space="preserve">Evans's reflections invite a more thoughtful conversation about representation. Seeing openly gay actors in prominent roles can matter, but visibility shouldn't become a demand that every performer explain their identity or personal history. </w:t>
      </w:r>
      <w:hyperlink r:id="rId9">
        <w:r>
          <w:rPr>
            <w:color w:val="0000EE"/>
            <w:u w:val="single"/>
          </w:rPr>
          <w:t>[2]</w:t>
        </w:r>
      </w:hyperlink>
      <w:r>
        <w:t xml:space="preserve">, </w:t>
      </w:r>
      <w:hyperlink r:id="rId12">
        <w:r>
          <w:rPr>
            <w:color w:val="0000EE"/>
            <w:u w:val="single"/>
          </w:rPr>
          <w:t>[4]</w:t>
        </w:r>
      </w:hyperlink>
      <w:r/>
    </w:p>
    <w:p>
      <w:r/>
      <w:r>
        <w:t xml:space="preserve">For viewers, the practical takeaway is simple: celebrate representation while leaving room for privacy. The people behind the performances get to decide what they share, and when. </w:t>
      </w:r>
      <w:hyperlink r:id="rId10">
        <w:r>
          <w:rPr>
            <w:color w:val="0000EE"/>
            <w:u w:val="single"/>
          </w:rPr>
          <w:t>[3]</w:t>
        </w:r>
      </w:hyperlink>
      <w:r>
        <w:t xml:space="preserve">, </w:t>
      </w:r>
      <w:hyperlink r:id="rId12">
        <w:r>
          <w:rPr>
            <w:color w:val="0000EE"/>
            <w:u w:val="single"/>
          </w:rPr>
          <w:t>[4]</w:t>
        </w:r>
      </w:hyperlink>
      <w:r/>
    </w:p>
    <w:p>
      <w:r/>
      <w:r>
        <w:t>It's possible to value visibility and respect privacy at the same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https://www.the-independent.com/arts-entertainment/films/news/luke-evans-gay-lgbt-hollywood-b3060480.html</w:t>
        </w:r>
      </w:hyperlink>
      <w:r>
        <w:t xml:space="preserve"> - Please view link - unable to able to access data</w:t>
      </w:r>
      <w:r/>
    </w:p>
    <w:p>
      <w:pPr>
        <w:pStyle w:val="ListNumber"/>
        <w:spacing w:line="240" w:lineRule="auto"/>
        <w:ind w:left="720"/>
      </w:pPr>
      <w:r/>
      <w:hyperlink r:id="rId9">
        <w:r>
          <w:rPr>
            <w:color w:val="0000EE"/>
            <w:u w:val="single"/>
          </w:rPr>
          <w:t>https://www.the-independent.com/arts-entertainment/films/news/luke-evans-gay-lgbt-hollywood-b3060480.html</w:t>
        </w:r>
      </w:hyperlink>
      <w:r>
        <w:t xml:space="preserve"> - The Independent reports Luke Evans’s comments about gay actors who choose to keep their sexuality private. He says he knows several Hollywood actors who have chosen not to come out publicly, while stressing that outsiders cannot know what they or their families have experienced. Evans reflects on how isolating it felt to be one of few openly gay actors working in major films, and says there was no guidance on navigating disclosure: performers were left to work it out alone. The article also recounts his childhood as a Jehovah’s Witness, his experience of bullying, and his decision to leave home and religion at 16 to pursue acting and find independence. Asked about the possibility of a gay actor playing James Bond, Evans recalls being considered for the role over a long period and interprets that as a sign his sexuality was not an obstacle, although he thinks he is now too old for the part. The piece summarises his screen career, including Clash of the Titans and the Fast &amp; Furious films, and mentions his Broadway debut as Dr Frank-N-Furter in The Rocky Horror Picture Show and a forthcoming ITV drama, The Party. It presents his remarks as a personal account, not as evidence identifying or outing other actors.</w:t>
      </w:r>
      <w:r/>
    </w:p>
    <w:p>
      <w:pPr>
        <w:pStyle w:val="ListNumber"/>
        <w:spacing w:line="240" w:lineRule="auto"/>
        <w:ind w:left="720"/>
      </w:pPr>
      <w:r/>
      <w:hyperlink r:id="rId10">
        <w:r>
          <w:rPr>
            <w:color w:val="0000EE"/>
            <w:u w:val="single"/>
          </w:rPr>
          <w:t>https://www.theguardian.com/film/2024/oct/26/i-thought-id-die-at-armageddon-hollywood-action-hero-luke-evans-on-growing-up-gay-as-a-jehovahs-witness</w:t>
        </w:r>
      </w:hyperlink>
      <w:r>
        <w:t xml:space="preserve"> - The Guardian interviews Luke Evans about growing up gay in a Jehovah’s Witness family and the complicated process of coming out. Evans describes the tension between his faith, which he understood did not accept homosexuality, and his need to live honestly. The article traces his childhood in Wales, his move away from home as a teenager, and his early efforts to establish himself as a performer. It also discusses how he became a successful Hollywood actor known for physically imposing, often straight characters, while feeling that few openly gay actors were being cast in comparable roles. Evans recalls that public speculation about his sexuality and periods of silence around it caused painful misunderstandings, including hostility from some people in the LGBTQ+ community. He explains that he had been open earlier in his life, and that pressure and anxiety around public disclosure were shaped by his working environment and personal history. The interview also covers his memoir, relationships and life with his partner, as well as the enduring effects of bullying and religious expectations. It supplies useful background for the Independent story’s account of Evans’s isolation in Hollywood and his view that actors’ choices about coming out should be understood in light of individual circumstances.</w:t>
      </w:r>
      <w:r/>
    </w:p>
    <w:p>
      <w:pPr>
        <w:pStyle w:val="ListNumber"/>
        <w:spacing w:line="240" w:lineRule="auto"/>
        <w:ind w:left="720"/>
      </w:pPr>
      <w:r/>
      <w:hyperlink r:id="rId12">
        <w:r>
          <w:rPr>
            <w:color w:val="0000EE"/>
            <w:u w:val="single"/>
          </w:rPr>
          <w:t>https://www.thepinknews.com/2024/11/21/LUKE-EVANS-HOLLYWOOD-GAY-MEMOIR/</w:t>
        </w:r>
      </w:hyperlink>
      <w:r>
        <w:t xml:space="preserve"> - PinkNews reports on Luke Evans’s reflections about being an openly gay actor in Hollywood action films. Speaking after the publication of his memoir, Evans recalls that there were few openly gay actors playing the macho, heterosexual roles he was taking on. He says that he felt he was creating a path without knowing how to navigate it, and that public attention often demanded explanations from gay performers that straight actors were not expected to give. The article describes the oddness of having lived openly in London before his film breakthrough, then feeling as though he had to come out again when Hollywood audiences became more aware of him. Evans says he had discussed being gay in interviews years earlier and questioned how often he was expected to repeat the disclosure. PinkNews also recounts his experience of homophobic bullying at school, including abuse that targeted both his sexuality and his Jehovah’s Witness upbringing. It notes that his memoir describes his childhood in Wales and his rise to film stardom. The report supports the Independent article’s broader context about the loneliness Evans felt as a gay actor working in mainstream films, while distinguishing his own experience from the private decisions of other performers.</w:t>
      </w:r>
      <w:r/>
    </w:p>
    <w:p>
      <w:pPr>
        <w:pStyle w:val="ListNumber"/>
        <w:spacing w:line="240" w:lineRule="auto"/>
        <w:ind w:left="720"/>
      </w:pPr>
      <w:r/>
      <w:hyperlink r:id="rId13">
        <w:r>
          <w:rPr>
            <w:color w:val="0000EE"/>
            <w:u w:val="single"/>
          </w:rPr>
          <w:t>https://www.independent.co.uk/arts-entertainment/music/features/luke-evans-interview-album-james-bond-b2212638.html</w:t>
        </w:r>
      </w:hyperlink>
      <w:r>
        <w:t xml:space="preserve"> - In this Independent interview, Luke Evans discusses his career, his music and the recurring speculation that he could play James Bond. He says his private life is not something the public is entitled to scrutinise, arguing that straight actors are not routinely asked to explain their personal relationships and gay actors should receive the same treatment. The article traces Evans’s openness about being gay back to early interviews, countering the suggestion that he concealed his sexuality throughout his career. It describes how he has sometimes been read through stereotypes about masculinity, despite being openly gay, and notes that audiences may overlook his sexuality because of the rugged roles he plays. The conversation turns to Bond: Evans expresses interest in the role and argues that audiences are increasingly focused on spectacle and storytelling rather than a character’s bedroom life. He says his sexuality has not prevented him from taking varied parts. The piece also covers his acting projects and musical work at the time of publication. This interview supports the source article’s discussion of his Bond prospects and the relationship between sexuality and casting, while offering his own explanation of why he prefers not to make his personal life a routine subject of press coverage.</w:t>
      </w:r>
      <w:r/>
    </w:p>
    <w:p>
      <w:pPr>
        <w:pStyle w:val="ListNumber"/>
        <w:spacing w:line="240" w:lineRule="auto"/>
        <w:ind w:left="720"/>
      </w:pPr>
      <w:r/>
      <w:hyperlink r:id="rId14">
        <w:r>
          <w:rPr>
            <w:color w:val="0000EE"/>
            <w:u w:val="single"/>
          </w:rPr>
          <w:t>https://www.theguardian.com/film/2016/sep/22/luke-evans-interview-the-girl-on-the-train</w:t>
        </w:r>
      </w:hyperlink>
      <w:r>
        <w:t xml:space="preserve"> - The Guardian’s 2016 interview portrays Luke Evans reflecting on his Welsh childhood, bullying and early acting career. Evans describes growing up in a small town with Jehovah’s Witness parents, accompanying them on door-to-door preaching and facing bullying at school. He explains that he was keen to leave his home town and that the experience of being targeted influenced how he thought about identity and resilience. The article notes that he came out as gay in his early twenties and quotes him saying he did not make a spectacle of it because he is a private person, while also saying it is simply part of who he is. Evans speaks about the distinction between his public persona and feeling at ease with family in Wales. The interview also discusses the masculine roles he played and the possibility that seeing an openly gay actor in such characters could encourage bullied young people. It provides early context for the later Independent article: Evans had publicly identified as gay years before his Hollywood career advanced, yet he consistently framed disclosure as personal rather than a publicity obligation. The report does not make claims about other actors’ private sexualities; it documents Evans’s own views and background.</w:t>
      </w:r>
      <w:r/>
    </w:p>
    <w:p>
      <w:pPr>
        <w:pStyle w:val="ListNumber"/>
        <w:spacing w:line="240" w:lineRule="auto"/>
        <w:ind w:left="720"/>
      </w:pPr>
      <w:r/>
      <w:hyperlink r:id="rId11">
        <w:r>
          <w:rPr>
            <w:color w:val="0000EE"/>
            <w:u w:val="single"/>
          </w:rPr>
          <w:t>https://www.theguardian.com/film/2024/oct/26/hollywood-actor-luke-evans-i-was-bullied-for-being-gay-before-i-even-understood-what-it-meant</w:t>
        </w:r>
      </w:hyperlink>
      <w:r>
        <w:t xml:space="preserve"> - This Guardian article is an extract from Luke Evans’s memoir, focused on his childhood as a Jehovah’s Witness in south Wales. Evans recounts accompanying his parents on door-to-door religious visits, describing the routine, the social discomfort and the hostility they sometimes encountered. He remembers the embarrassment of being recognised by a schoolmate while preaching, and explains that his family’s beliefs shaped ordinary aspects of childhood, including celebrations and expectations around faith. The extract also presents the more difficult conflict between religious identity and his emerging sexuality. Evans describes being bullied for being gay before he fully understood what that meant, and recalls how the insults combined his sexuality with his Jehovah’s Witness background. The narrative conveys his feeling of being caught between identities that seemed impossible to reconcile. By focusing on specific memories rather than Hollywood, the piece adds biographical grounding to the Independent article’s account of why Evans left home and sought independence as a teenager. It supports claims about his upbringing, bullying and religious context, while remaining a first-person memoir excerpt rather than independent reporting on the experiences of other actors.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independent.com/arts-entertainment/films/news/luke-evans-gay-lgbt-hollywood-b3060480.html" TargetMode="External"/><Relationship Id="rId10" Type="http://schemas.openxmlformats.org/officeDocument/2006/relationships/hyperlink" Target="https://www.theguardian.com/film/2024/oct/26/i-thought-id-die-at-armageddon-hollywood-action-hero-luke-evans-on-growing-up-gay-as-a-jehovahs-witness" TargetMode="External"/><Relationship Id="rId11" Type="http://schemas.openxmlformats.org/officeDocument/2006/relationships/hyperlink" Target="https://www.theguardian.com/film/2024/oct/26/hollywood-actor-luke-evans-i-was-bullied-for-being-gay-before-i-even-understood-what-it-meant" TargetMode="External"/><Relationship Id="rId12" Type="http://schemas.openxmlformats.org/officeDocument/2006/relationships/hyperlink" Target="https://www.thepinknews.com/2024/11/21/LUKE-EVANS-HOLLYWOOD-GAY-MEMOIR/" TargetMode="External"/><Relationship Id="rId13" Type="http://schemas.openxmlformats.org/officeDocument/2006/relationships/hyperlink" Target="https://www.independent.co.uk/arts-entertainment/music/features/luke-evans-interview-album-james-bond-b2212638.html" TargetMode="External"/><Relationship Id="rId14" Type="http://schemas.openxmlformats.org/officeDocument/2006/relationships/hyperlink" Target="https://www.theguardian.com/film/2016/sep/22/luke-evans-interview-the-girl-on-the-tr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