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Election Wins and WNBA Triumphs: The Stories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From a historic Senate breakthrough to a championship celebration, this LGBTQ news round-up brings together moments making headlines across US politics, sport and entertainment. Chris Pappas’s New Hampshire win is a landmark for representation, while Gabby Williams’s WNBA success offers a joyful reminder of the visibility LGBTQ fans value.</w:t>
      </w:r>
      <w:r/>
    </w:p>
    <w:p>
      <w:pPr>
        <w:pStyle w:val="Heading2"/>
      </w:pPr>
      <w:r>
        <w:t>Essential Takeaways</w:t>
      </w:r>
      <w:r/>
      <w:r/>
    </w:p>
    <w:p>
      <w:pPr>
        <w:pStyle w:val="ListBullet"/>
        <w:spacing w:line="240" w:lineRule="auto"/>
        <w:ind w:left="720"/>
      </w:pPr>
      <w:r/>
      <w:r>
        <w:rPr>
          <w:b/>
        </w:rPr>
        <w:t>A Senate milestone:</w:t>
      </w:r>
      <w:r>
        <w:t xml:space="preserve"> Chris Pappas’s election is set to make him the first out gay man to serve in the US Senate.</w:t>
      </w:r>
      <w:r/>
    </w:p>
    <w:p>
      <w:pPr>
        <w:pStyle w:val="ListBullet"/>
        <w:spacing w:line="240" w:lineRule="auto"/>
        <w:ind w:left="720"/>
      </w:pPr>
      <w:r/>
      <w:r>
        <w:rPr>
          <w:b/>
        </w:rPr>
        <w:t>A wider wave:</w:t>
      </w:r>
      <w:r>
        <w:t xml:space="preserve"> LGBTQ candidates also made gains in the 2026 midterm elections.</w:t>
      </w:r>
      <w:r/>
    </w:p>
    <w:p>
      <w:pPr>
        <w:pStyle w:val="ListBullet"/>
        <w:spacing w:line="240" w:lineRule="auto"/>
        <w:ind w:left="720"/>
      </w:pPr>
      <w:r/>
      <w:r>
        <w:rPr>
          <w:b/>
        </w:rPr>
        <w:t>A moment of celebration:</w:t>
      </w:r>
      <w:r>
        <w:t xml:space="preserve"> Rosie O’Donnell welcomed the election results as a hopeful change for the country.</w:t>
      </w:r>
      <w:r/>
    </w:p>
    <w:p>
      <w:pPr>
        <w:pStyle w:val="ListBullet"/>
        <w:spacing w:line="240" w:lineRule="auto"/>
        <w:ind w:left="720"/>
      </w:pPr>
      <w:r/>
      <w:r>
        <w:rPr>
          <w:b/>
        </w:rPr>
        <w:t>A sporting triumph:</w:t>
      </w:r>
      <w:r>
        <w:t xml:space="preserve"> Gabby Williams became a WNBA champion and shared a message with LGBTQ fans.</w:t>
      </w:r>
      <w:r/>
    </w:p>
    <w:p>
      <w:pPr>
        <w:pStyle w:val="ListBullet"/>
        <w:spacing w:line="240" w:lineRule="auto"/>
        <w:ind w:left="720"/>
      </w:pPr>
      <w:r/>
      <w:r>
        <w:rPr>
          <w:b/>
        </w:rPr>
        <w:t>Live TV surprise:</w:t>
      </w:r>
      <w:r>
        <w:t xml:space="preserve"> Steve Kornacki explained why he briefly left the set during election coverage.</w:t>
      </w:r>
      <w:r/>
      <w:r/>
    </w:p>
    <w:p>
      <w:pPr>
        <w:pStyle w:val="Heading2"/>
      </w:pPr>
      <w:r>
        <w:t>Chris Pappas makes Senate history</w:t>
      </w:r>
      <w:r/>
    </w:p>
    <w:p>
      <w:r/>
      <w:r>
        <w:t>Chris Pappas’s New Hampshire victory carries significance well beyond one state: he’s set to become the first openly gay man in the US Senate. It’s the kind of milestone that feels both long overdue and genuinely worth pausing to celebrate. LGBTQ Nation reported on the historic implications of his win.</w:t>
      </w:r>
      <w:r/>
    </w:p>
    <w:p>
      <w:r/>
      <w:r>
        <w:t>Pappas celebrated alongside his husband, Vann Bentley, according to Out. That personal detail gives the political headline a human centre, while the result also adds to a broader picture of LGBTQ candidates winning public office.</w:t>
      </w:r>
      <w:r/>
    </w:p>
    <w:p>
      <w:pPr>
        <w:pStyle w:val="Heading2"/>
      </w:pPr>
      <w:r>
        <w:t>The 2026 midterms bring a broader LGBTQ wave</w:t>
      </w:r>
      <w:r/>
    </w:p>
    <w:p>
      <w:r/>
      <w:r>
        <w:t>Pappas wasn’t the only LGBTQ candidate drawing attention after the midterms. Out’s round-up of 2026 election winners points to a wider set of victories, suggesting representation is being built across races rather than resting on one landmark result.</w:t>
      </w:r>
      <w:r/>
    </w:p>
    <w:p>
      <w:r/>
      <w:r>
        <w:t>That breadth matters. A single breakthrough can make history, but a range of elected voices can help make LGBTQ representation feel less exceptional and more like a normal part of public life.</w:t>
      </w:r>
      <w:r/>
    </w:p>
    <w:p>
      <w:pPr>
        <w:pStyle w:val="Heading2"/>
      </w:pPr>
      <w:r>
        <w:t>Rosie O’Donnell welcomes a new political mood</w:t>
      </w:r>
      <w:r/>
    </w:p>
    <w:p>
      <w:r/>
      <w:r>
        <w:t>Rosie O’Donnell greeted the election results with an upbeat message, describing the morning as a hopeful one, according to Queerty. Her reaction captured the relief and energy that can follow a high-stakes vote, especially for people who see political outcomes as closely tied to their rights and future.</w:t>
      </w:r>
      <w:r/>
    </w:p>
    <w:p>
      <w:r/>
      <w:r>
        <w:t>The optimism is understandable, though election-night joy often arrives with plenty still to be decided. For now, the message is a snapshot of a moment when many supporters felt the country might be moving in a better direction.</w:t>
      </w:r>
      <w:r/>
    </w:p>
    <w:p>
      <w:pPr>
        <w:pStyle w:val="Heading2"/>
      </w:pPr>
      <w:r>
        <w:t>Gabby Williams celebrates a WNBA title with LGBTQ fans in mind</w:t>
      </w:r>
      <w:r/>
    </w:p>
    <w:p>
      <w:r/>
      <w:r>
        <w:t>Gabby Williams’s WNBA championship is a sporting achievement in its own right, but her message to LGBTQ fans adds another layer to the win. Outsports reported on the championship and the player’s connection with LGBTQ supporters.</w:t>
      </w:r>
      <w:r/>
    </w:p>
    <w:p>
      <w:r/>
      <w:r>
        <w:t>That visibility can matter in a very personal way. Seeing an athlete celebrate success while acknowledging LGBTQ fans makes inclusion feel less like a slogan and more like part of the game’s shared culture.</w:t>
      </w:r>
      <w:r/>
    </w:p>
    <w:p>
      <w:pPr>
        <w:pStyle w:val="Heading2"/>
      </w:pPr>
      <w:r>
        <w:t>Kornacki’s live-TV exit had viewers wondering</w:t>
      </w:r>
      <w:r/>
    </w:p>
    <w:p>
      <w:r/>
      <w:r>
        <w:t>Election coverage is usually a marathon of maps, numbers and urgent studio analysis, so Steve Kornacki’s abrupt walk off set was bound to get noticed. He later explained what happened, according to Entertainment Weekly, turning a brief broadcast surprise into one of the night’s lighter talking points.</w:t>
      </w:r>
      <w:r/>
    </w:p>
    <w:p>
      <w:r/>
      <w:r>
        <w:t>And that’s the peculiar charm of live television: even a carefully planned night can produce a moment nobody quite expects. Alongside the bigger political stories, it offered viewers a small reminder that election coverage is still made by people, not just graphics.</w:t>
      </w:r>
      <w:r/>
    </w:p>
    <w:p>
      <w:r/>
      <w:r>
        <w:t>The night’s headlines ranged from historic representation to hard-won sporting joy, with plenty of reason to keep watching what comes next.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Paragraph 4: </w:t>
      </w:r>
      <w:hyperlink r:id="rId12">
        <w:r>
          <w:rPr>
            <w:color w:val="0000EE"/>
            <w:u w:val="single"/>
          </w:rPr>
          <w:t>[5]</w:t>
        </w:r>
      </w:hyperlink>
      <w:r>
        <w:t xml:space="preserve">- Paragraph 5: </w:t>
      </w:r>
      <w:hyperlink r:id="rId13">
        <w:r>
          <w:rPr>
            <w:color w:val="0000EE"/>
            <w:u w:val="single"/>
          </w:rPr>
          <w:t>[4]</w:t>
        </w:r>
      </w:hyperlink>
      <w:r>
        <w:t xml:space="preserve">- Paragraph 6: </w:t>
      </w:r>
      <w:hyperlink r:id="rId13">
        <w:r>
          <w:rPr>
            <w:color w:val="0000EE"/>
            <w:u w:val="single"/>
          </w:rPr>
          <w:t>[4]</w:t>
        </w:r>
      </w:hyperlink>
      <w:r>
        <w:t xml:space="preserve">- Paragraph 7: </w:t>
      </w:r>
      <w:hyperlink r:id="rId14">
        <w:r>
          <w:rPr>
            <w:color w:val="0000EE"/>
            <w:u w:val="single"/>
          </w:rPr>
          <w:t>[6]</w:t>
        </w:r>
      </w:hyperlink>
      <w:r>
        <w:t xml:space="preserve">- Paragraph 8: </w:t>
      </w:r>
      <w:hyperlink r:id="rId14">
        <w:r>
          <w:rPr>
            <w:color w:val="0000EE"/>
            <w:u w:val="single"/>
          </w:rPr>
          <w:t>[6]</w:t>
        </w:r>
      </w:hyperlink>
      <w:r>
        <w:t xml:space="preserve">- Paragraph 9: </w:t>
      </w:r>
      <w:hyperlink r:id="rId15">
        <w:r>
          <w:rPr>
            <w:color w:val="0000EE"/>
            <w:u w:val="single"/>
          </w:rPr>
          <w:t>[7]</w:t>
        </w:r>
      </w:hyperlink>
      <w:r>
        <w:t xml:space="preserve">- Paragraph 10: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https://greginhollywood.com/wednesday-round-up-chris-pappas-rosie-odonnell-steve-kornacki-colman-domingo-gabby-williams-more-253544</w:t>
        </w:r>
      </w:hyperlink>
      <w:r>
        <w:t xml:space="preserve"> - Please view link - unable to able to access data</w:t>
      </w:r>
      <w:r/>
    </w:p>
    <w:p>
      <w:pPr>
        <w:pStyle w:val="ListNumber"/>
        <w:spacing w:line="240" w:lineRule="auto"/>
        <w:ind w:left="720"/>
      </w:pPr>
      <w:r/>
      <w:hyperlink r:id="rId10">
        <w:r>
          <w:rPr>
            <w:color w:val="0000EE"/>
            <w:u w:val="single"/>
          </w:rPr>
          <w:t>https://www.lgbtqnation.com/2026/11/chris-pappas-will-become-the-first-out-gay-man-in-the-u-s/</w:t>
        </w:r>
      </w:hyperlink>
      <w:r>
        <w:t xml:space="preserve"> - This report covers Chris Pappas’s election to the US Senate from New Hampshire, making him the first openly gay man to serve in the chamber. The Associated Press called the race for Pappas, a Democrat who had represented New Hampshire in Congress and was already the state’s first openly gay member of the US House. The article describes his record of supporting LGBTQ+ rights, including backing federal and state legislation and opposing attempts to roll back civil rights protections. It also reports the early vote count and notes that Pappas had not yet issued a public victory statement when the story was published. Pete Buttigieg congratulated him, praising the historic campaign and welcoming the prospect of another senator representing New Hampshire. The article recalls Pappas’s campaign priorities, which included lowering costs and making the economy work for everyone. It also refers to his concerns about democratic institutions, legal norms and government guardrails. The story places the election in both a political and representational context: Pappas’s victory is a milestone for LGBTQ+ visibility in national government, while his stated agenda reaches beyond identity-based issues to economic conditions and democratic accountability. It is a useful source for the round-up’s claim about the historic Senate result and Pappas’s advocacy.</w:t>
      </w:r>
      <w:r/>
    </w:p>
    <w:p>
      <w:pPr>
        <w:pStyle w:val="ListNumber"/>
        <w:spacing w:line="240" w:lineRule="auto"/>
        <w:ind w:left="720"/>
      </w:pPr>
      <w:r/>
      <w:hyperlink r:id="rId11">
        <w:r>
          <w:rPr>
            <w:color w:val="0000EE"/>
            <w:u w:val="single"/>
          </w:rPr>
          <w:t>https://www.out.com/politics/chris-pappas-vann-bentley-victory</w:t>
        </w:r>
      </w:hyperlink>
      <w:r>
        <w:t xml:space="preserve"> - Out reports on Chris Pappas’s historic New Hampshire Senate victory and his emotional speech beside his husband, Vann Bentley. Pappas told supporters that, regardless of the result, he felt fortunate to be married to a man he loves, and he thanked Bentley for standing by him. The story notes that Pappas defeated Republican former senator John Sununu in the contest to succeed retiring Democrat Jeanne Shaheen. His win made him the first openly gay man elected to the US Senate and preserved a Democratic seat. The article focuses on both the public significance of the result and its personal meaning for the couple, who married in 2023 after announcing their engagement in 2021. It recounts Pappas’s affectionate acknowledgement of Bentley during the victory event, including a light-hearted joke after the crowd cheered for his husband. The report also outlines the campaign’s broader policy themes: Pappas called for economic relief and a political course correction, and pledged attention to housing, healthcare, child care and reproductive freedom. It notes his record on LGBTQ+ legislation, while also describing a past vote on a defence bill that included a restriction affecting gender-affirming care coverage for transgender military dependants. The article therefore presents the win as a landmark for representation, while adding context about Pappas’s policy positions and public life.</w:t>
      </w:r>
      <w:r/>
    </w:p>
    <w:p>
      <w:pPr>
        <w:pStyle w:val="ListNumber"/>
        <w:spacing w:line="240" w:lineRule="auto"/>
        <w:ind w:left="720"/>
      </w:pPr>
      <w:r/>
      <w:hyperlink r:id="rId13">
        <w:r>
          <w:rPr>
            <w:color w:val="0000EE"/>
            <w:u w:val="single"/>
          </w:rPr>
          <w:t>https://www.queerty.com/rosie-odonnell-celebrates-blue-a-new-era-for-us-its-a-beautiful-morning-in-the-world-20261104/</w:t>
        </w:r>
      </w:hyperlink>
      <w:r>
        <w:t xml:space="preserve"> - Queerty’s report describes Rosie O’Donnell’s reaction to Democratic electoral gains in the 2026 midterm elections. The article characterises the results as a “blue tsunami”, saying that a series of state-level victories prompted a feeling of hope among liberals and independents. O’Donnell, a prominent critic of Donald Trump, shared a video from her home in Ireland, where the story says she has been living full-time since the start of Trump’s second presidency. In the video, she calls the morning beautiful and declares that the Trump regime is over. The article connects her reaction to her long-running public opposition to Trump and to the possibility that she may eventually return to the United States. Its framing is celebratory and opinionated, reflecting the publication’s LGBTQ-focused entertainment and culture coverage rather than offering a neutral election analysis. The story’s central information is O’Donnell’s response to the results, the location from which she posted, and the political significance she attributed to the outcome. It supports the round-up’s reference to her celebration of a new era and a blue electoral wave. Readers should note that the article reports her own remarks and the publication’s interpretation of the mood, rather than establishing that every political consequence she predicts has already occurred.</w:t>
      </w:r>
      <w:r/>
    </w:p>
    <w:p>
      <w:pPr>
        <w:pStyle w:val="ListNumber"/>
        <w:spacing w:line="240" w:lineRule="auto"/>
        <w:ind w:left="720"/>
      </w:pPr>
      <w:r/>
      <w:hyperlink r:id="rId12">
        <w:r>
          <w:rPr>
            <w:color w:val="0000EE"/>
            <w:u w:val="single"/>
          </w:rPr>
          <w:t>https://www.out.com/politics/lgbtq-midterm-election-winners-2026</w:t>
        </w:r>
      </w:hyperlink>
      <w:r>
        <w:t xml:space="preserve"> - Out’s election guide gathers notable LGBTQ+ winners from the 2026 US midterms and explains why their victories matter for representation. It places individual races within a wider picture of LGBTQ+ candidates seeking and winning public office across the country. Chris Pappas’s New Hampshire Senate victory is among the key milestones: he is identified as the first openly gay man elected to the US Senate. The guide also highlights other candidates whose election or re-election marks a first for their state, district or level of government. Beyond listing winners, the article gives readers a way to understand the range of identities and political offices represented, from federal races to state and local contests. Its focus is on the historical and community significance of the results, while noting that LGBTQ+ candidates campaigned on varied policy priorities rather than a single shared platform. As a roundup published immediately after election night, the guide is a developing record of results and should be read in the context of vote counts and race calls available at publication. It supports the linked round-up’s reference to a “Rainbow Wave” by documenting LGBTQ+ midterm winners and explaining their importance. The article is particularly useful for checking individual election milestones alongside the broader claim that LGBTQ+ representation advanced in the 2026 elections.</w:t>
      </w:r>
      <w:r/>
    </w:p>
    <w:p>
      <w:pPr>
        <w:pStyle w:val="ListNumber"/>
        <w:spacing w:line="240" w:lineRule="auto"/>
        <w:ind w:left="720"/>
      </w:pPr>
      <w:r/>
      <w:hyperlink r:id="rId14">
        <w:r>
          <w:rPr>
            <w:color w:val="0000EE"/>
            <w:u w:val="single"/>
          </w:rPr>
          <w:t>https://www.outsports.com/2026/11/3/24146663/gabby-williams-wnba-gay-golden-state-valkyries-ballhalla-player-inclusion/</w:t>
        </w:r>
      </w:hyperlink>
      <w:r>
        <w:t xml:space="preserve"> - Outsports profiles Gabby Williams in the wake of her championship season with the Golden State Valkyries, focusing on her visibility and the meaning of inclusion for LGBTQ+ supporters. Williams is an out athlete whose presence on a successful team offers representation to fans who do not always see themselves reflected in elite professional sport. The article connects her basketball achievements to the Valkyries’ identity and to the enthusiasm of supporters who have adopted the team’s “Ballhalla” nickname. It also considers Williams’s public relationship with LGBTQ+ audiences and the wider significance of athletes who are open about who they are. The reporting places her story within the WNBA’s strong LGBTQ+ following and the league’s broader culture of visibility. Rather than treating the championship solely as a sporting result, the article discusses how an athlete’s message and example can resonate beyond the court. Williams’s performance and profile help make that representation especially prominent: she is not only part of a title-winning team but a central figure in its success. The article supports the round-up’s reference to her becoming a WNBA champion and the broader importance of her message to LGBTQ+ fans. Its emphasis is on the intersection of sport, identity and community, with Williams presented as a high-profile athlete whose achievements and openness can encourage fans.</w:t>
      </w:r>
      <w:r/>
    </w:p>
    <w:p>
      <w:pPr>
        <w:pStyle w:val="ListNumber"/>
        <w:spacing w:line="240" w:lineRule="auto"/>
        <w:ind w:left="720"/>
      </w:pPr>
      <w:r/>
      <w:hyperlink r:id="rId15">
        <w:r>
          <w:rPr>
            <w:color w:val="0000EE"/>
            <w:u w:val="single"/>
          </w:rPr>
          <w:t>https://ew.com/steve-kornacki-explains-why-walked-off-set-nbc-news-election-coverage-12236571</w:t>
        </w:r>
      </w:hyperlink>
      <w:r>
        <w:t xml:space="preserve"> - Entertainment Weekly reports on NBC News analyst Steve Kornacki briefly leaving the set during live election coverage and subsequently explaining why he stepped away. The story concerns the demands of continuous election-night broadcasting, in which Kornacki had spent hours analysing results and updating viewers as returns came in. His sudden departure attracted attention because viewers are accustomed to seeing him at the familiar results board throughout major election coverage. The report gives his explanation for the interruption and places the moment in the context of a long, physically demanding live broadcast. Rather than suggesting a dramatic incident, the article clarifies that the walk-off had a practical explanation related to the realities of remaining on air for an extended period. Kornacki is widely recognised for translating vote totals, maps and changing race projections for a general audience, making even a short break conspicuous during a closely watched election. The piece also captures the blend of serious political coverage and spontaneous human moments that can unfold during live television. It supports the round-up’s reference to Kornacki abruptly leaving the set and explaining his action afterwards. The account is centred on the incident and his explanation, not on a detailed analysis of the election results themselves.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wednesday-round-up-chris-pappas-rosie-odonnell-steve-kornacki-colman-domingo-gabby-williams-more-253544" TargetMode="External"/><Relationship Id="rId10" Type="http://schemas.openxmlformats.org/officeDocument/2006/relationships/hyperlink" Target="https://www.lgbtqnation.com/2026/11/chris-pappas-will-become-the-first-out-gay-man-in-the-u-s/" TargetMode="External"/><Relationship Id="rId11" Type="http://schemas.openxmlformats.org/officeDocument/2006/relationships/hyperlink" Target="https://www.out.com/politics/chris-pappas-vann-bentley-victory" TargetMode="External"/><Relationship Id="rId12" Type="http://schemas.openxmlformats.org/officeDocument/2006/relationships/hyperlink" Target="https://www.out.com/politics/lgbtq-midterm-election-winners-2026" TargetMode="External"/><Relationship Id="rId13" Type="http://schemas.openxmlformats.org/officeDocument/2006/relationships/hyperlink" Target="https://www.queerty.com/rosie-odonnell-celebrates-blue-a-new-era-for-us-its-a-beautiful-morning-in-the-world-20261104/" TargetMode="External"/><Relationship Id="rId14" Type="http://schemas.openxmlformats.org/officeDocument/2006/relationships/hyperlink" Target="https://www.outsports.com/2026/11/3/24146663/gabby-williams-wnba-gay-golden-state-valkyries-ballhalla-player-inclusion/" TargetMode="External"/><Relationship Id="rId15" Type="http://schemas.openxmlformats.org/officeDocument/2006/relationships/hyperlink" Target="https://ew.com/steve-kornacki-explains-why-walked-off-set-nbc-news-election-coverage-122365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