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Jackette Knightley Brings Drag, Music and Advocacy to Palm Springs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performer Jackette Knightley is returning to the Pride stage with a message that reaches beyond the sequins. As the city prepares for its 40th celebration, her mix of dance-pop, drag and community advocacy offers a lively reminder of why Pride matters: it makes room for people to gather, be seen and feel at home.</w:t>
      </w:r>
      <w:r/>
    </w:p>
    <w:p>
      <w:pPr>
        <w:pStyle w:val="Heading2"/>
      </w:pPr>
      <w:r>
        <w:t>Essential Takeaways</w:t>
      </w:r>
      <w:r/>
      <w:r/>
    </w:p>
    <w:p>
      <w:pPr>
        <w:pStyle w:val="ListBullet"/>
        <w:spacing w:line="240" w:lineRule="auto"/>
        <w:ind w:left="720"/>
      </w:pPr>
      <w:r/>
      <w:r>
        <w:rPr>
          <w:b/>
        </w:rPr>
        <w:t>A milestone celebration:</w:t>
      </w:r>
      <w:r>
        <w:t xml:space="preserve"> Palm Springs Pride is marking its 40th anniversary with the theme “Be Included”.</w:t>
      </w:r>
      <w:r/>
    </w:p>
    <w:p>
      <w:pPr>
        <w:pStyle w:val="ListBullet"/>
        <w:spacing w:line="240" w:lineRule="auto"/>
        <w:ind w:left="720"/>
      </w:pPr>
      <w:r/>
      <w:r>
        <w:rPr>
          <w:b/>
        </w:rPr>
        <w:t>A local return:</w:t>
      </w:r>
      <w:r>
        <w:t xml:space="preserve"> Knightley, a Palm Springs resident, is set to host activities on the Arenas District Stage.</w:t>
      </w:r>
      <w:r/>
    </w:p>
    <w:p>
      <w:pPr>
        <w:pStyle w:val="ListBullet"/>
        <w:spacing w:line="240" w:lineRule="auto"/>
        <w:ind w:left="720"/>
      </w:pPr>
      <w:r/>
      <w:r>
        <w:rPr>
          <w:b/>
        </w:rPr>
        <w:t>More than a look:</w:t>
      </w:r>
      <w:r>
        <w:t xml:space="preserve"> She describes drag as a skilled art form involving performance, rehearsals and often elaborate costume work.</w:t>
      </w:r>
      <w:r/>
    </w:p>
    <w:p>
      <w:pPr>
        <w:pStyle w:val="ListBullet"/>
        <w:spacing w:line="240" w:lineRule="auto"/>
        <w:ind w:left="720"/>
      </w:pPr>
      <w:r/>
      <w:r>
        <w:rPr>
          <w:b/>
        </w:rPr>
        <w:t>A history of advocacy:</w:t>
      </w:r>
      <w:r>
        <w:t xml:space="preserve"> Knightley says drag performers have long supported their communities through fundraising and practical help.</w:t>
      </w:r>
      <w:r/>
    </w:p>
    <w:p>
      <w:pPr>
        <w:pStyle w:val="ListBullet"/>
        <w:spacing w:line="240" w:lineRule="auto"/>
        <w:ind w:left="720"/>
      </w:pPr>
      <w:r/>
      <w:r>
        <w:rPr>
          <w:b/>
        </w:rPr>
        <w:t>A busy creative year:</w:t>
      </w:r>
      <w:r>
        <w:t xml:space="preserve"> Her upcoming projects include a book trilogy and a soundtrack called </w:t>
      </w:r>
      <w:r>
        <w:rPr>
          <w:i/>
        </w:rPr>
        <w:t>Rising Phoenix: The Red Witch Saga</w:t>
      </w:r>
      <w:r>
        <w:t>.</w:t>
      </w:r>
      <w:r/>
      <w:r/>
    </w:p>
    <w:p>
      <w:pPr>
        <w:pStyle w:val="Heading2"/>
      </w:pPr>
      <w:r>
        <w:t>Palm Springs Pride is about showing up</w:t>
      </w:r>
      <w:r/>
    </w:p>
    <w:p>
      <w:r/>
      <w:r>
        <w:t>For Jackette Knightley, Pride is less about a single performance than the feeling of being welcomed into a crowd. The singer, author and drag artist is returning to host onstage activities at Palm Springs Pride, where the 40th-anniversary theme, “Be Included”, puts belonging front and centre.</w:t>
      </w:r>
      <w:r/>
    </w:p>
    <w:p>
      <w:r/>
      <w:r>
        <w:t>The festival brings together entertainment, community events and a parade in downtown Palm Springs. Aubrey O’Day and The Cowgays are among the announced headliners, adding a pop-heavy note to the programme. There’ll be plenty to see, but the bigger draw may be the chance to celebrate alongside a community that has built its own spaces for connection.</w:t>
      </w:r>
      <w:r/>
    </w:p>
    <w:p>
      <w:pPr>
        <w:pStyle w:val="Heading2"/>
      </w:pPr>
      <w:r>
        <w:t>Why drag is more than lipstick and sequins</w:t>
      </w:r>
      <w:r/>
    </w:p>
    <w:p>
      <w:r/>
      <w:r>
        <w:t>Knightley pushes back against the idea that drag is simply dressing up for a night out. A polished look can take hours to create, while an intricate costume may involve days or weeks of design and preparation, alongside rehearsal and performance craft.</w:t>
      </w:r>
      <w:r/>
    </w:p>
    <w:p>
      <w:r/>
      <w:r>
        <w:t>That work deserves an audience’s respect, she argues. It’s a useful reminder for anyone heading to a drag show for the first time: treat it as live theatre, not a costume party. The glamour may catch your eye first, but the artistry is what makes the performance hold attention.</w:t>
      </w:r>
      <w:r/>
    </w:p>
    <w:p>
      <w:pPr>
        <w:pStyle w:val="Heading2"/>
      </w:pPr>
      <w:r>
        <w:t>Drag has a long history of community care</w:t>
      </w:r>
      <w:r/>
    </w:p>
    <w:p>
      <w:r/>
      <w:r>
        <w:t>Knightley links drag to LGBTQ+ advocacy, recalling how performers organised fundraisers and delivered food and money to people affected by HIV and AIDS. For her, that history is part of what gives the art form its lasting importance, and something newcomers to drag should know about its roots.</w:t>
      </w:r>
      <w:r/>
    </w:p>
    <w:p>
      <w:r/>
      <w:r>
        <w:t>That spirit of mutual support still feels relevant at Pride. Knightley sees the event as people turning up for one another, not merely watching from the sidelines. It’s a warm idea, and a practical one too: communities grow stronger when celebration and care go hand in hand.</w:t>
      </w:r>
      <w:r/>
    </w:p>
    <w:p>
      <w:pPr>
        <w:pStyle w:val="Heading2"/>
      </w:pPr>
      <w:r>
        <w:t>Music, books and a Rising Phoenix future</w:t>
      </w:r>
      <w:r/>
    </w:p>
    <w:p>
      <w:r/>
      <w:r>
        <w:t xml:space="preserve">Knightley’s work stretches well beyond the stage. Her album </w:t>
      </w:r>
      <w:r>
        <w:rPr>
          <w:i/>
        </w:rPr>
        <w:t>Rising Phoenix</w:t>
      </w:r>
      <w:r>
        <w:t xml:space="preserve"> includes the song “Pride”, while her forthcoming projects include a book trilogy, </w:t>
      </w:r>
      <w:r>
        <w:rPr>
          <w:i/>
        </w:rPr>
        <w:t>Rising Phoenix: The Red Witch Saga</w:t>
      </w:r>
      <w:r>
        <w:t>, and a soundtrack sharing its name.</w:t>
      </w:r>
      <w:r/>
    </w:p>
    <w:p>
      <w:r/>
      <w:r>
        <w:t>The range is part of her appeal: music, books and drag all become different ways to create an experience for an audience. She has also said she’s preparing to film a reality television series for OUTtv in Canada. With Pride first on the calendar, the next chapter looks busy, and very much in motion.</w:t>
      </w:r>
      <w:r/>
    </w:p>
    <w:p>
      <w:pPr>
        <w:pStyle w:val="Heading2"/>
      </w:pPr>
      <w:r>
        <w:t>A Palm Springs homecoming with a wider message</w:t>
      </w:r>
      <w:r/>
    </w:p>
    <w:p>
      <w:r/>
      <w:r>
        <w:t>Knightley splits her time between Europe, Southern California and Canada, but says Palm Springs feels most like home. She points to the city’s relaxed atmosphere and generous community spirit, including fundraising for people living with HIV and AIDS and support for people experiencing homelessness.</w:t>
      </w:r>
      <w:r/>
    </w:p>
    <w:p>
      <w:r/>
      <w:r>
        <w:t>Her hopes for a legacy combine kindness with a willingness to stand up and speak out. That balance feels right for Pride: joy matters, but so does the work of making sure more people can share it. For Knightley, the stage is a place to entertain, connect and keep that work visible.</w:t>
      </w:r>
      <w:r/>
    </w:p>
    <w:p>
      <w:r/>
      <w:r>
        <w:t>Explore the Pride programme, and make room for the people and performances that bring the community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https://www.palmspringslife.com/arts-culture/lgbt/jackette-knightley-on-palm-springs-pride-and-drag/</w:t>
        </w:r>
      </w:hyperlink>
      <w:r>
        <w:t xml:space="preserve"> - Please view link - unable to able to access data</w:t>
      </w:r>
      <w:r/>
    </w:p>
    <w:p>
      <w:pPr>
        <w:pStyle w:val="ListNumber"/>
        <w:spacing w:line="240" w:lineRule="auto"/>
        <w:ind w:left="720"/>
      </w:pPr>
      <w:r/>
      <w:hyperlink r:id="rId9">
        <w:r>
          <w:rPr>
            <w:color w:val="0000EE"/>
            <w:u w:val="single"/>
          </w:rPr>
          <w:t>https://www.palmspringslife.com/arts-culture/lgbt/jackette-knightley-on-palm-springs-pride-and-drag/</w:t>
        </w:r>
      </w:hyperlink>
      <w:r>
        <w:t xml:space="preserve"> - This interview profiles Jackette Knightley as a musician, author, drag performer and LGBTQ+ advocate who is returning to host activities at Palm Springs Pride. She discusses the event’s 40th anniversary theme, “Be Included”, and describes Palm Springs as a place where LGBTQ+ people have built community and safe spaces. Knightley speaks about drag as an art form requiring preparation, rehearsal and creative labour, and connects its traditions with advocacy and fundraising. She also talks about her music, books, forthcoming Red Witch Saga trilogy and soundtrack, and her plans to film a reality television series. The piece closes with her hopes for a legacy grounded in generosity and activism.</w:t>
      </w:r>
      <w:r/>
    </w:p>
    <w:p>
      <w:pPr>
        <w:pStyle w:val="ListNumber"/>
        <w:spacing w:line="240" w:lineRule="auto"/>
        <w:ind w:left="720"/>
      </w:pPr>
      <w:r/>
      <w:hyperlink r:id="rId10">
        <w:r>
          <w:rPr>
            <w:color w:val="0000EE"/>
            <w:u w:val="single"/>
          </w:rPr>
          <w:t>https://www.pspride.org/post/palm-springs-pride-announces-2026-theme-be-included-a-call-for-solidarity-cultural-power-and-ra</w:t>
        </w:r>
      </w:hyperlink>
      <w:r>
        <w:t xml:space="preserve"> - Greater Palm Springs Pride announces “Be Included” as the theme for the 40th annual celebration, scheduled for 6–8 November 2026. The announcement describes the organisation’s work promoting LGBTQ+ visibility, equality, inclusion and civil rights, and explains the theme as an invitation to embrace one’s full self. It outlines plans for a festival across downtown Palm Springs and the Arenas District, with multiple entertainment stages, a marketplace and block parties. The Pride Parade is scheduled for Sunday 8 November, travelling along Palm Canyon Drive. The release also presents Pride as a major cultural and tourism event and describes its community purpose and anticipated economic contribution to the region.</w:t>
      </w:r>
      <w:r/>
    </w:p>
    <w:p>
      <w:pPr>
        <w:pStyle w:val="ListNumber"/>
        <w:spacing w:line="240" w:lineRule="auto"/>
        <w:ind w:left="720"/>
      </w:pPr>
      <w:r/>
      <w:hyperlink r:id="rId12">
        <w:r>
          <w:rPr>
            <w:color w:val="0000EE"/>
            <w:u w:val="single"/>
          </w:rPr>
          <w:t>https://www.pspride.org/post/aubrey-o-day-and-the-cowgays-to-headline-2026-palm-springs-pride-festival</w:t>
        </w:r>
      </w:hyperlink>
      <w:r>
        <w:t xml:space="preserve"> - This Palm Springs Pride announcement names Aubrey O’Day and the Cowgays as headliners for the 40th annual festival, taking place 6–8 November 2026. It describes the planned programme of live music, drag entertainment, DJs and performances across three stages in downtown Palm Springs and the Arenas District. The article provides brief background on O’Day’s career, including Danity Kane and dumblonde, and introduces the Cowgays as a queer country trio featuring Adam Mac, Brooke Eden and Chris Housman. It also explains the “Be Included” theme and says the festival is free and open to the public, with the parade scheduled for Sunday morning.</w:t>
      </w:r>
      <w:r/>
    </w:p>
    <w:p>
      <w:pPr>
        <w:pStyle w:val="ListNumber"/>
        <w:spacing w:line="240" w:lineRule="auto"/>
        <w:ind w:left="720"/>
      </w:pPr>
      <w:r/>
      <w:hyperlink r:id="rId11">
        <w:r>
          <w:rPr>
            <w:color w:val="0000EE"/>
            <w:u w:val="single"/>
          </w:rPr>
          <w:t>https://www.pspride.org/pride</w:t>
        </w:r>
      </w:hyperlink>
      <w:r>
        <w:t xml:space="preserve"> - The official Palm Springs Pride event page lists the 2026 celebration dates as 6–8 November and provides a day-by-day outline. Friday entertainment is scheduled on the Arenas and Amado stages; the festival marketplace and entertainment operate on Saturday and Sunday. The page gives the parade date and 10 a.m. start on Sunday 8 November, with the route along Palm Canyon Drive from Tachevah to Amado. It notes that tickets are not required and that donations help keep Pride free and accessible. The page also describes the festival’s food, drinks, artists, entertainers, marketplace vendors, shops, restaurants and venues, and gives the parade’s general route through downtown.</w:t>
      </w:r>
      <w:r/>
    </w:p>
    <w:p>
      <w:pPr>
        <w:pStyle w:val="ListNumber"/>
        <w:spacing w:line="240" w:lineRule="auto"/>
        <w:ind w:left="720"/>
      </w:pPr>
      <w:r/>
      <w:hyperlink r:id="rId13">
        <w:r>
          <w:rPr>
            <w:color w:val="0000EE"/>
            <w:u w:val="single"/>
          </w:rPr>
          <w:t>https://timesofsandiego.com/wp-content/uploads/2025/07/San-Diego-Pride-Guide.pdf</w:t>
        </w:r>
      </w:hyperlink>
      <w:r>
        <w:t xml:space="preserve"> - This Pride guide includes a profile of drag performer Jackette Knightley and her community fundraising. It reports that she received an arts and culture award and describes her work producing shows and music for charitable causes. The profile says Knightley began this advocacy work in 2020, when the pandemic disrupted employment for many drag performers. She organised online performances and fundraising, including efforts to support people affected by hardship. It also discusses her original song “Together You and Me Strong”, written during a period of political and community anxiety. The article presents Knightley’s creative work as a way to bring audiences joy while raising funds and supporting people in need.</w:t>
      </w:r>
      <w:r/>
    </w:p>
    <w:p>
      <w:pPr>
        <w:pStyle w:val="ListNumber"/>
        <w:spacing w:line="240" w:lineRule="auto"/>
        <w:ind w:left="720"/>
      </w:pPr>
      <w:r/>
      <w:hyperlink r:id="rId14">
        <w:r>
          <w:rPr>
            <w:color w:val="0000EE"/>
            <w:u w:val="single"/>
          </w:rPr>
          <w:t>https://music.apple.com/us/artist/jackette-knightley/1508884703</w:t>
        </w:r>
      </w:hyperlink>
      <w:r>
        <w:t xml:space="preserve"> - Apple Music’s artist page presents Jackette Knightley’s recorded music, including her album Rising Phoenix and a selection of singles and earlier releases. The listing includes “Pride (Strongest of Strong)”, alongside songs such as “Win Right Now”, “Break Free” and “Together, You &amp; Me Strong”. It identifies Rising Phoenix as a 30-track release and displays release information and album artwork. The page is useful for checking the existence of Knightley’s music catalogue and the titles associated with the album mentioned in the interview. It is a streaming-service catalogue rather than a biography, so it does not independently verify details about her advocacy, books, drag career or Palm Springs Pride appearances.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lmspringslife.com/arts-culture/lgbt/jackette-knightley-on-palm-springs-pride-and-drag/" TargetMode="External"/><Relationship Id="rId10" Type="http://schemas.openxmlformats.org/officeDocument/2006/relationships/hyperlink" Target="https://www.pspride.org/post/palm-springs-pride-announces-2026-theme-be-included-a-call-for-solidarity-cultural-power-and-ra" TargetMode="External"/><Relationship Id="rId11" Type="http://schemas.openxmlformats.org/officeDocument/2006/relationships/hyperlink" Target="https://www.pspride.org/pride" TargetMode="External"/><Relationship Id="rId12" Type="http://schemas.openxmlformats.org/officeDocument/2006/relationships/hyperlink" Target="https://www.pspride.org/post/aubrey-o-day-and-the-cowgays-to-headline-2026-palm-springs-pride-festival" TargetMode="External"/><Relationship Id="rId13" Type="http://schemas.openxmlformats.org/officeDocument/2006/relationships/hyperlink" Target="https://timesofsandiego.com/wp-content/uploads/2025/07/San-Diego-Pride-Guide.pdf" TargetMode="External"/><Relationship Id="rId14" Type="http://schemas.openxmlformats.org/officeDocument/2006/relationships/hyperlink" Target="https://music.apple.com/us/artist/jackette-knightley/15088847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