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Five Cape Town and Johannesburg Parties to Know This November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Cape Town and Johannesburg have a lively November ahead, with nights spanning art, experimental electronic music, Diwali celebrations and queer nightlife. These five events offer different ways to get out and connect, whether you’re after a dance-floor adventure or a bittersweet final gathering. Check the event details before setting off, as plans and ticket availability can change.</w:t>
      </w:r>
      <w:r/>
    </w:p>
    <w:p>
      <w:pPr>
        <w:pStyle w:val="Heading2"/>
      </w:pPr>
      <w:r>
        <w:t>Five November parties bring art and music together</w:t>
      </w:r>
      <w:r/>
    </w:p>
    <w:p>
      <w:r/>
      <w:r>
        <w:t>The month kicks off with Plaeground: Beneath The Surface on 5 November, combining visual art and music across District Studio and EVOL in Cape Town. The programme is listed as including a free-entry group exhibition, a dance cypher and a listening session before the night moves to an after-hours party. It’s a welcome change from the familiar formula of simply turning up when the DJ starts. (According to Resident Advisor.)</w:t>
      </w:r>
      <w:r/>
    </w:p>
    <w:p>
      <w:r/>
      <w:r>
        <w:t>The following night, Ce Son Invites: THIRDKIND brings a more experimental electronic sound to Residency in Johannesburg. Event listings describe THIRDKIND as a Johannesburg collective, alongside a programme of back-to-back sets. For anyone curious about music beyond the usual club staples, this could be a useful pick. (According to Xceed.)</w:t>
      </w:r>
      <w:r/>
    </w:p>
    <w:p>
      <w:pPr>
        <w:pStyle w:val="Heading2"/>
      </w:pPr>
      <w:r>
        <w:t>Cape Town’s dance floors keep the momentum going</w:t>
      </w:r>
      <w:r/>
    </w:p>
    <w:p>
      <w:r/>
      <w:r>
        <w:t>On 7 November, Rare Earth x Superglue takes over EVOL, with the event promoted as a collaboration connecting Cape Town and Johannesburg’s underground dance music scenes. The combination should appeal to people who like their nights driven by a strong line-up and a close-packed dance floor. (According to Better With You.)</w:t>
      </w:r>
      <w:r/>
    </w:p>
    <w:p>
      <w:r/>
      <w:r>
        <w:t>These events are close together, so it’s worth checking locations, ticket details and transport before making a plan. A little preparation can be the difference between a smooth night out and a frantic search for the right door. (According to Resident Advisor and Better With You.)</w:t>
      </w:r>
      <w:r/>
    </w:p>
    <w:p>
      <w:pPr>
        <w:pStyle w:val="Heading2"/>
      </w:pPr>
      <w:r>
        <w:t>A Diwali gathering with food, music and sparklers</w:t>
      </w:r>
      <w:r/>
    </w:p>
    <w:p>
      <w:r/>
      <w:r>
        <w:t>Karou x ROMBO: Diwali Edition is scheduled for 14 November at The Electric in Cape Town. The event listing presents it as an evening of food and music, with sparklers adding a playful festive touch. It offers a more intimate-sounding alternative to a conventional club night, rooted in celebration and community. (According to Quicket.)</w:t>
      </w:r>
      <w:r/>
    </w:p>
    <w:p>
      <w:r/>
      <w:r>
        <w:t>If you’re going, check the latest event information for timings, entry arrangements and any updates. And if sparklers are part of the evening, follow the venue’s guidance so the fun stays safe. (According to Quicket.)</w:t>
      </w:r>
      <w:r/>
    </w:p>
    <w:p>
      <w:pPr>
        <w:pStyle w:val="Heading2"/>
      </w:pPr>
      <w:r>
        <w:t>The Unofficial Pink Party marks a poignant farewell</w:t>
      </w:r>
      <w:r/>
    </w:p>
    <w:p>
      <w:r/>
      <w:r>
        <w:t>The Unofficial Pink Party is listed for 28 November at Botanik Social House in Cape Town, as the final event for the long-running queer nightlife gathering. Its closing date gives the party a more emotional edge: this is not just another night out, but a chance for regulars and newcomers to celebrate a community space. (According to Quicket.)</w:t>
      </w:r>
      <w:r/>
    </w:p>
    <w:p>
      <w:r/>
      <w:r>
        <w:t>For anyone planning to go, keep an eye on the event listing for ticket availability and practical details. A final night can be bittersweet, but it can also be a lovely way to show up for the people who helped build something meaningful. (According to Quicket.)</w:t>
      </w:r>
      <w:r/>
    </w:p>
    <w:p>
      <w:pPr>
        <w:pStyle w:val="Heading2"/>
      </w:pPr>
      <w:r>
        <w:t>Make a plan before you head out</w:t>
      </w:r>
      <w:r/>
    </w:p>
    <w:p>
      <w:r/>
      <w:r>
        <w:t>The five events offer a useful snapshot of November nightlife, from experimental electronic music to a festive Diwali gathering and a farewell party. They’re spread across Cape Town and Johannesburg, so check the venue and date carefully before buying tickets or arranging a lift. (According to Resident Advisor, Xceed, Better With You and Quicket.)</w:t>
      </w:r>
      <w:r/>
    </w:p>
    <w:p>
      <w:r/>
      <w:r>
        <w:t>Listings can change, and a ticket page is the best place to confirm current entry details. Choose the night that suits your mood, sort your journey home, and leave a little room for the unexpected. (According to the event listings.)</w:t>
      </w:r>
      <w:r/>
    </w:p>
    <w:p>
      <w:r/>
      <w:r>
        <w:t>November’s best night out may be the one that brings you into a room you didn’t know you needed.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Paragraph 3: </w:t>
      </w:r>
      <w:hyperlink r:id="rId11">
        <w:r>
          <w:rPr>
            <w:color w:val="0000EE"/>
            <w:u w:val="single"/>
          </w:rPr>
          <w:t>[4]</w:t>
        </w:r>
      </w:hyperlink>
      <w:r>
        <w:t xml:space="preserve">- Paragraph 4: </w:t>
      </w:r>
      <w:hyperlink r:id="rId10">
        <w:r>
          <w:rPr>
            <w:color w:val="0000EE"/>
            <w:u w:val="single"/>
          </w:rPr>
          <w:t>[3]</w:t>
        </w:r>
      </w:hyperlink>
      <w:r>
        <w:t xml:space="preserve">, </w:t>
      </w:r>
      <w:hyperlink r:id="rId12">
        <w:r>
          <w:rPr>
            <w:color w:val="0000EE"/>
            <w:u w:val="single"/>
          </w:rPr>
          <w:t>[5]</w:t>
        </w:r>
      </w:hyperlink>
      <w:r>
        <w:t xml:space="preserve">- Paragraph 5: </w:t>
      </w:r>
      <w:hyperlink r:id="rId10">
        <w:r>
          <w:rPr>
            <w:color w:val="0000EE"/>
            <w:u w:val="single"/>
          </w:rPr>
          <w:t>[3]</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Paragraph 7: </w:t>
      </w:r>
      <w:hyperlink r:id="rId13">
        <w:r>
          <w:rPr>
            <w:color w:val="0000EE"/>
            <w:u w:val="single"/>
          </w:rPr>
          <w:t>[6]</w:t>
        </w:r>
      </w:hyperlink>
      <w:r>
        <w:t xml:space="preserve">- Paragraph 8: </w:t>
      </w:r>
      <w:hyperlink r:id="rId14">
        <w:r>
          <w:rPr>
            <w:color w:val="0000EE"/>
            <w:u w:val="single"/>
          </w:rPr>
          <w:t>[7]</w:t>
        </w:r>
      </w:hyperlink>
      <w:r>
        <w:t xml:space="preserve">- Paragraph 9: </w:t>
      </w:r>
      <w:hyperlink r:id="rId14">
        <w:r>
          <w:rPr>
            <w:color w:val="0000EE"/>
            <w:u w:val="single"/>
          </w:rPr>
          <w:t>[7]</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11: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https://texxandthecity.com/2026/11/5-parties-you-need-to-go-to-november-2026/?utm_source=rss&amp;utm_medium=rss&amp;utm_campaign=5-parties-you-need-to-go-to-november-2026</w:t>
        </w:r>
      </w:hyperlink>
      <w:r>
        <w:t xml:space="preserve"> - Please view link - unable to able to access data</w:t>
      </w:r>
      <w:r/>
    </w:p>
    <w:p>
      <w:pPr>
        <w:pStyle w:val="ListNumber"/>
        <w:spacing w:line="240" w:lineRule="auto"/>
        <w:ind w:left="720"/>
      </w:pPr>
      <w:r/>
      <w:hyperlink r:id="rId15">
        <w:r>
          <w:rPr>
            <w:color w:val="0000EE"/>
            <w:u w:val="single"/>
          </w:rPr>
          <w:t>https://texxandthecity.com/2026/11/5-parties-you-need-to-go-to-november-2026/</w:t>
        </w:r>
      </w:hyperlink>
      <w:r>
        <w:t xml:space="preserve"> - Texx and the City’s November 2026 guide recommends five nightlife events in Cape Town and Johannesburg. Plaeground: Beneath The Surface combines a group art exhibition, dance cypher and listening session with an after-hours party. Ce Son Invites presents Johannesburg electronic collective THIRDKIND at Residency. Rare Earth and Superglue bring Cape Town and Johannesburg underground dance scenes together at EVOL. Karou and Rombo’s Diwali Edition promises food and music at The Electric. The month concludes with the Unofficial Pink Party at Botanik Social House, described as the queer nightlife event’s final gathering. The guide supplies dates, venues and ticket links for each.</w:t>
      </w:r>
      <w:r/>
    </w:p>
    <w:p>
      <w:pPr>
        <w:pStyle w:val="ListNumber"/>
        <w:spacing w:line="240" w:lineRule="auto"/>
        <w:ind w:left="720"/>
      </w:pPr>
      <w:r/>
      <w:hyperlink r:id="rId10">
        <w:r>
          <w:rPr>
            <w:color w:val="0000EE"/>
            <w:u w:val="single"/>
          </w:rPr>
          <w:t>https://ra.co/events/2556053</w:t>
        </w:r>
      </w:hyperlink>
      <w:r>
        <w:t xml:space="preserve"> - Resident Advisor lists plaeground AfterDark at Evol in Cape Town on Thursday, 5 November 2026, running from 10 pm until 4 am. The event is promoted by Plae and features chocolate.sinclair, Reezo Hassan and re.dah. Its description presents Plaɘ Ground as an underground platform for bringing subcultures together and giving overlooked creative forces recognition. The listed musical genres are house and acid, and the event is marked as 18+. The page also provides ticket access and identifies Evol’s address as 69 Hope Street, Gardens, Cape Town. This listing supports the article’s information about the party’s date, venue and after-hours music.</w:t>
      </w:r>
      <w:r/>
    </w:p>
    <w:p>
      <w:pPr>
        <w:pStyle w:val="ListNumber"/>
        <w:spacing w:line="240" w:lineRule="auto"/>
        <w:ind w:left="720"/>
      </w:pPr>
      <w:r/>
      <w:hyperlink r:id="rId11">
        <w:r>
          <w:rPr>
            <w:color w:val="0000EE"/>
            <w:u w:val="single"/>
          </w:rPr>
          <w:t>https://xceed.me/en/johannesburg/event/ce-son-invites-thirdkind/249518</w:t>
        </w:r>
      </w:hyperlink>
      <w:r>
        <w:t xml:space="preserve"> - Xceed’s event listing announces Ce Son Invites: THIRDKIND at Residency in Johannesburg on 6 November 2026, with a scheduled start of 9 pm. It describes THIRDKIND as a Johannesburg-based collective exploring experimental electronic music, including electro, acid, techno and breakbeat. The event is presented as the first instalment of the Ce Son Invites series and is dedicated to unfamiliar, forward-looking club sounds. The listed performers include Rhys Momsen, Nothyng, Baby Whitz, Chad Ferris, singlemotheroftwo, Lelowhatsgood and Illing. The page identifies Residency’s address in Selby South and outlines an inclusive dancefloor policy prohibiting harassment and discrimination.</w:t>
      </w:r>
      <w:r/>
    </w:p>
    <w:p>
      <w:pPr>
        <w:pStyle w:val="ListNumber"/>
        <w:spacing w:line="240" w:lineRule="auto"/>
        <w:ind w:left="720"/>
      </w:pPr>
      <w:r/>
      <w:hyperlink r:id="rId12">
        <w:r>
          <w:rPr>
            <w:color w:val="0000EE"/>
            <w:u w:val="single"/>
          </w:rPr>
          <w:t>https://betterwithyou.co.za/events/rare-earth-superglue</w:t>
        </w:r>
      </w:hyperlink>
      <w:r>
        <w:t xml:space="preserve"> - This event page is the ticket listing for Rare Earth x Superglue, the collaboration featured in the November 2026 party guide. The listing’s title and event address connect the event with the Rare Earth and Superglue names. The guide describes the night as a meeting of Cape Town and Johannesburg’s underground dance music scenes, scheduled for 7 November at EVOL in Cape Town. Its promotional language evokes a firmly bonded collaboration and highlights the event’s lineup as a reason to attend. The ticket page is hosted by Better With You, the ticketing platform linked from the guide. Check the listing for current ticket availability and event details.</w:t>
      </w:r>
      <w:r/>
    </w:p>
    <w:p>
      <w:pPr>
        <w:pStyle w:val="ListNumber"/>
        <w:spacing w:line="240" w:lineRule="auto"/>
        <w:ind w:left="720"/>
      </w:pPr>
      <w:r/>
      <w:hyperlink r:id="rId13">
        <w:r>
          <w:rPr>
            <w:color w:val="0000EE"/>
            <w:u w:val="single"/>
          </w:rPr>
          <w:t>https://www.quicket.co.za/events/404080-karou-x-rombo-diwali-edition/</w:t>
        </w:r>
      </w:hyperlink>
      <w:r>
        <w:t xml:space="preserve"> - Quicket’s listing presents Karou x Rombo: Diwali Edition, organised by The Kutti Collective and Rombo, at The Electric in Cape Town. The event is scheduled for Saturday, 14 November 2026, from 6.30 pm into the early hours of Sunday. Its description recalls an earlier gathering and promises a musical journey through underground sounds from the Global South, with references to salsa, reggaeton, chutney and Bollywood edits. Rombo is set to provide a menu of reworked classics, while the performers are marked as yet to be announced. The page gives the venue address as 48 Canterbury Street, District Six, and lists online and door prices.</w:t>
      </w:r>
      <w:r/>
    </w:p>
    <w:p>
      <w:pPr>
        <w:pStyle w:val="ListNumber"/>
        <w:spacing w:line="240" w:lineRule="auto"/>
        <w:ind w:left="720"/>
      </w:pPr>
      <w:r/>
      <w:hyperlink r:id="rId14">
        <w:r>
          <w:rPr>
            <w:color w:val="0000EE"/>
            <w:u w:val="single"/>
          </w:rPr>
          <w:t>https://www.quicket.co.za/events/403020-unofficial-pink-party-281126/</w:t>
        </w:r>
      </w:hyperlink>
      <w:r>
        <w:t xml:space="preserve"> - Quicket lists the Unofficial Pink Party’s final event at Botanik Social House in Cape Town on Saturday, 28 November 2026, from 9 pm to 3 am. The organisers describe the party as a gathering for the LGBTQI+ community and its allies, created to thank the community that supported it. Their account says the event began twelve years earlier in response to a shortage of safe, visible spaces, and grew into a meeting point. The listing notes more than 70 parties, six partner venues and over 40 DJs across its history. It also outlines ticket options, venue details and policies against discrimination.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exxandthecity.com/2026/11/5-parties-you-need-to-go-to-november-2026/?utm_source=rss&amp;utm_medium=rss&amp;utm_campaign=5-parties-you-need-to-go-to-november-2026" TargetMode="External"/><Relationship Id="rId10" Type="http://schemas.openxmlformats.org/officeDocument/2006/relationships/hyperlink" Target="https://ra.co/events/2556053" TargetMode="External"/><Relationship Id="rId11" Type="http://schemas.openxmlformats.org/officeDocument/2006/relationships/hyperlink" Target="https://xceed.me/en/johannesburg/event/ce-son-invites-thirdkind/249518" TargetMode="External"/><Relationship Id="rId12" Type="http://schemas.openxmlformats.org/officeDocument/2006/relationships/hyperlink" Target="https://betterwithyou.co.za/events/rare-earth-superglue" TargetMode="External"/><Relationship Id="rId13" Type="http://schemas.openxmlformats.org/officeDocument/2006/relationships/hyperlink" Target="https://www.quicket.co.za/events/404080-karou-x-rombo-diwali-edition/" TargetMode="External"/><Relationship Id="rId14" Type="http://schemas.openxmlformats.org/officeDocument/2006/relationships/hyperlink" Target="https://www.quicket.co.za/events/403020-unofficial-pink-party-281126/" TargetMode="External"/><Relationship Id="rId15" Type="http://schemas.openxmlformats.org/officeDocument/2006/relationships/hyperlink" Target="https://texxandthecity.com/2026/11/5-parties-you-need-to-go-to-november-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