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Find a ZIP Code by State: A Simple US Postal Guide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Looking up a US ZIP code is easier when you start with the right state and a complete address. Whether you're posting a parcel, filling in an online form or checking a location, a state list can help narrow the search, while the US Postal Service's lookup tools offer a more reliable way to confirm the final details.</w:t>
      </w:r>
      <w:r/>
    </w:p>
    <w:p>
      <w:pPr>
        <w:pStyle w:val="Heading2"/>
      </w:pPr>
      <w:r>
        <w:t>Essential Takeaways</w:t>
      </w:r>
      <w:r/>
      <w:r/>
    </w:p>
    <w:p>
      <w:pPr>
        <w:pStyle w:val="ListBullet"/>
        <w:spacing w:line="240" w:lineRule="auto"/>
        <w:ind w:left="720"/>
      </w:pPr>
      <w:r/>
      <w:r>
        <w:rPr>
          <w:b/>
        </w:rPr>
        <w:t>Start with the state:</w:t>
      </w:r>
      <w:r>
        <w:t xml:space="preserve"> A state or territory list helps identify the right part of the US before you search.</w:t>
      </w:r>
      <w:r/>
    </w:p>
    <w:p>
      <w:pPr>
        <w:pStyle w:val="ListBullet"/>
        <w:spacing w:line="240" w:lineRule="auto"/>
        <w:ind w:left="720"/>
      </w:pPr>
      <w:r/>
      <w:r>
        <w:rPr>
          <w:b/>
        </w:rPr>
        <w:t>Use the full address:</w:t>
      </w:r>
      <w:r>
        <w:t xml:space="preserve"> USPS says its ZIP Code lookup can search by street address, city and state.</w:t>
      </w:r>
      <w:r/>
    </w:p>
    <w:p>
      <w:pPr>
        <w:pStyle w:val="ListBullet"/>
        <w:spacing w:line="240" w:lineRule="auto"/>
        <w:ind w:left="720"/>
      </w:pPr>
      <w:r/>
      <w:r>
        <w:rPr>
          <w:b/>
        </w:rPr>
        <w:t>Check official spellings:</w:t>
      </w:r>
      <w:r>
        <w:t xml:space="preserve"> USPS publishes standard abbreviations for states and other address elements.</w:t>
      </w:r>
      <w:r/>
    </w:p>
    <w:p>
      <w:pPr>
        <w:pStyle w:val="ListBullet"/>
        <w:spacing w:line="240" w:lineRule="auto"/>
        <w:ind w:left="720"/>
      </w:pPr>
      <w:r/>
      <w:r>
        <w:rPr>
          <w:b/>
        </w:rPr>
        <w:t>Treat ZIP codes as address data:</w:t>
      </w:r>
      <w:r>
        <w:t xml:space="preserve"> A city name alone may not identify a single ZIP code.</w:t>
      </w:r>
      <w:r/>
      <w:r/>
    </w:p>
    <w:p>
      <w:pPr>
        <w:pStyle w:val="Heading2"/>
      </w:pPr>
      <w:r>
        <w:t>A state list is a useful starting point</w:t>
      </w:r>
      <w:r/>
    </w:p>
    <w:p>
      <w:r/>
      <w:r>
        <w:t>A long list of states and territories can look like a formality, but it does one useful job: it helps you place an address before you start searching for its ZIP code. That matters when you're dealing with familiar city names that appear in more than one state.</w:t>
      </w:r>
      <w:r/>
    </w:p>
    <w:p>
      <w:r/>
      <w:r>
        <w:t>The list also extends beyond the 50 states, including Washington, DC, US territories and Canadian provinces. So if a form offers a broad location menu, check the options carefully rather than assuming it stops at the state line. The US Census Bureau maintains official state and equivalent-area code lists, while USPS provides its own standards for postal addresses.</w:t>
      </w:r>
      <w:r/>
    </w:p>
    <w:p>
      <w:pPr>
        <w:pStyle w:val="Heading2"/>
      </w:pPr>
      <w:r>
        <w:t>Why the full address gives a better result</w:t>
      </w:r>
      <w:r/>
    </w:p>
    <w:p>
      <w:r/>
      <w:r>
        <w:t>A city and state can be enough to find some ZIP codes, but a street address is a stronger starting point when you need to be precise. The USPS lookup tool allows users to search for ZIP Codes using a street address, city and state, helping distinguish between locations that share a city name.</w:t>
      </w:r>
      <w:r/>
    </w:p>
    <w:p>
      <w:r/>
      <w:r>
        <w:t>That extra detail is especially useful for deliveries and business addresses. A ZIP code is part of a postal address, not simply a label for an entire city, so it's worth checking the specific destination rather than relying on a quick guess.</w:t>
      </w:r>
      <w:r/>
    </w:p>
    <w:p>
      <w:pPr>
        <w:pStyle w:val="Heading2"/>
      </w:pPr>
      <w:r>
        <w:t>State abbreviations aren't guesswork</w:t>
      </w:r>
      <w:r/>
    </w:p>
    <w:p>
      <w:r/>
      <w:r>
        <w:t>USPS Publication 28 sets out standard address formats, including the approved two-letter abbreviations used for states and other areas. These short forms help keep addresses consistent, particularly on envelopes, labels and online forms with limited space.</w:t>
      </w:r>
      <w:r/>
    </w:p>
    <w:p>
      <w:r/>
      <w:r>
        <w:t>For instance, the USPS reference tables are a safer guide than improvising an abbreviation or relying on an informal list. And if you're unsure whether a form accepts a territory or other location, check its options instead of squeezing the address into the wrong category.</w:t>
      </w:r>
      <w:r/>
    </w:p>
    <w:p>
      <w:pPr>
        <w:pStyle w:val="Heading2"/>
      </w:pPr>
      <w:r>
        <w:t>How to check a ZIP code before you post</w:t>
      </w:r>
      <w:r/>
    </w:p>
    <w:p>
      <w:r/>
      <w:r>
        <w:t>For the most dependable result, open the USPS ZIP Code lookup and enter the full street address, city and state. Compare the result with the address supplied by the recipient, especially if you're sending something time-sensitive or valuable.</w:t>
      </w:r>
      <w:r/>
    </w:p>
    <w:p>
      <w:r/>
      <w:r>
        <w:t>If you're preparing a batch of addresses for work, USPS also offers address-quality products for checking and standardising mailing data. For an occasional parcel, though, the straightforward lookup tool is usually the simplest route. A minute spent checking can spare you the small but irritating drama of a parcel taking the scenic route.</w:t>
      </w:r>
      <w:r/>
    </w:p>
    <w:p>
      <w:pPr>
        <w:pStyle w:val="Heading2"/>
      </w:pPr>
      <w:r>
        <w:t>A quick check beats a confident guess</w:t>
      </w:r>
      <w:r/>
    </w:p>
    <w:p>
      <w:r/>
      <w:r>
        <w:t>ZIP Code searches are simple, but accuracy depends on using the right location details. Start with the state, confirm the street address through USPS, and use official abbreviation guidance when formatting the label.</w:t>
      </w:r>
      <w:r/>
    </w:p>
    <w:p>
      <w:r/>
      <w:r>
        <w:t>It's a small check that can make a delivery go more smoothly.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[7]</w:t>
        </w:r>
      </w:hyperlink>
      <w:r>
        <w:t xml:space="preserve">- Paragraph 3: </w:t>
      </w:r>
      <w:hyperlink r:id="rId14">
        <w:r>
          <w:rPr>
            <w:color w:val="0000EE"/>
            <w:u w:val="single"/>
          </w:rPr>
          <w:t>[6]</w:t>
        </w:r>
      </w:hyperlink>
      <w:r>
        <w:t xml:space="preserve">- Paragraph 4: </w:t>
      </w:r>
      <w:hyperlink r:id="rId10">
        <w:r>
          <w:rPr>
            <w:color w:val="0000EE"/>
            <w:u w:val="single"/>
          </w:rPr>
          <w:t>[2]</w:t>
        </w:r>
      </w:hyperlink>
      <w:r>
        <w:t xml:space="preserve">, </w:t>
      </w:r>
      <w:hyperlink r:id="rId15">
        <w:r>
          <w:rPr>
            <w:color w:val="0000EE"/>
            <w:u w:val="single"/>
          </w:rPr>
          <w:t>[3]</w:t>
        </w:r>
      </w:hyperlink>
      <w:r>
        <w:t xml:space="preserve">- Paragraph 5: </w:t>
      </w:r>
      <w:hyperlink r:id="rId14">
        <w:r>
          <w:rPr>
            <w:color w:val="0000EE"/>
            <w:u w:val="single"/>
          </w:rPr>
          <w:t>[6]</w:t>
        </w:r>
      </w:hyperlink>
      <w:r>
        <w:t xml:space="preserve">- Paragraph 6: </w:t>
      </w:r>
      <w:hyperlink r:id="rId13">
        <w:r>
          <w:rPr>
            <w:color w:val="0000EE"/>
            <w:u w:val="single"/>
          </w:rPr>
          <w:t>[7]</w:t>
        </w:r>
      </w:hyperlink>
      <w:r>
        <w:t xml:space="preserve">- Paragraph 7: </w:t>
      </w:r>
      <w:hyperlink r:id="rId11">
        <w:r>
          <w:rPr>
            <w:color w:val="0000EE"/>
            <w:u w:val="single"/>
          </w:rPr>
          <w:t>[4]</w:t>
        </w:r>
      </w:hyperlink>
      <w:r>
        <w:t xml:space="preserve">, </w:t>
      </w:r>
      <w:hyperlink r:id="rId14">
        <w:r>
          <w:rPr>
            <w:color w:val="0000EE"/>
            <w:u w:val="single"/>
          </w:rPr>
          <w:t>[6]</w:t>
        </w:r>
      </w:hyperlink>
      <w:r>
        <w:t xml:space="preserve">- Paragraph 8: </w:t>
      </w:r>
      <w:hyperlink r:id="rId10">
        <w:r>
          <w:rPr>
            <w:color w:val="0000EE"/>
            <w:u w:val="single"/>
          </w:rPr>
          <w:t>[2]</w:t>
        </w:r>
      </w:hyperlink>
      <w:r>
        <w:t xml:space="preserve">, </w:t>
      </w:r>
      <w:hyperlink r:id="rId15">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https://billingsgazette.com/article_ab9c2b6e-4b32-5788-a042-2d7e962f1d16.html</w:t>
        </w:r>
      </w:hyperlink>
      <w:r>
        <w:t xml:space="preserve"> - Please view link - unable to able to access data</w:t>
      </w:r>
      <w:r/>
    </w:p>
    <w:p>
      <w:pPr>
        <w:pStyle w:val="ListNumber"/>
        <w:spacing w:line="240" w:lineRule="auto"/>
        <w:ind w:left="720"/>
      </w:pPr>
      <w:r/>
      <w:hyperlink r:id="rId10">
        <w:r>
          <w:rPr>
            <w:color w:val="0000EE"/>
            <w:u w:val="single"/>
          </w:rPr>
          <w:t>https://pe.usps.com/text/pub28/pub28apb.htm</w:t>
        </w:r>
      </w:hyperlink>
      <w:r>
        <w:t xml:space="preserve"> - This United States Postal Service appendix lists the two-letter abbreviations used for states and postal possessions when addressing mail. It includes the 50 states, the District of Columbia, Puerto Rico, the United States Virgin Islands, American Samoa, Guam, the Northern Mariana Islands, and other freely associated island nations. It also gives the military address abbreviations for Armed Forces Americas, Armed Forces Pacific, and Armed Forces Europe, the Middle East, and Canada. The appendix explains that abbreviations help fit the city, state, and five-digit ZIP Code or ZIP+4 on the final address line. It supports the article’s United States and military-location entries.</w:t>
      </w:r>
      <w:r/>
    </w:p>
    <w:p>
      <w:pPr>
        <w:pStyle w:val="ListNumber"/>
        <w:spacing w:line="240" w:lineRule="auto"/>
        <w:ind w:left="720"/>
      </w:pPr>
      <w:r/>
      <w:hyperlink r:id="rId15">
        <w:r>
          <w:rPr>
            <w:color w:val="0000EE"/>
            <w:u w:val="single"/>
          </w:rPr>
          <w:t>https://pe.usps.com/text/pub28/28apa_005.htm</w:t>
        </w:r>
      </w:hyperlink>
      <w:r>
        <w:t xml:space="preserve"> - This United States Postal Service section explains how to format addresses for Canada. It says to use the standard two-character abbreviations for Canadian provinces and territories and to leave two spaces between the province or territory abbreviation and the postal code. The page lists Alberta, British Columbia, Manitoba, New Brunswick, Newfoundland and Labrador, Northwest Territories, Nova Scotia, Nunavut, Ontario, Prince Edward Island, Quebec, Saskatchewan, and Yukon Territory, alongside their postal abbreviations. This official postal guidance supports the Canadian jurisdictions named in the provided material and clarifies that Canadian postal codes are formatted differently from United States ZIP Codes.</w:t>
      </w:r>
      <w:r/>
    </w:p>
    <w:p>
      <w:pPr>
        <w:pStyle w:val="ListNumber"/>
        <w:spacing w:line="240" w:lineRule="auto"/>
        <w:ind w:left="720"/>
      </w:pPr>
      <w:r/>
      <w:hyperlink r:id="rId11">
        <w:r>
          <w:rPr>
            <w:color w:val="0000EE"/>
            <w:u w:val="single"/>
          </w:rPr>
          <w:t>https://faq.usps.com/articles/Knowledge/ZIP-Code-The-Basics</w:t>
        </w:r>
      </w:hyperlink>
      <w:r>
        <w:t xml:space="preserve"> - The United States Postal Service explains ZIP Codes and ZIP+4, including what the digits represent and how the extra four digits identify smaller delivery areas. It recommends using the standardised address format shown by its ZIP Code lookup tool to help mail pass through sorting equipment. The page also notes that ZIP Codes can change, do not necessarily match municipal boundaries, and may be associated with delivery units rather than the place name residents commonly use. It advises consulting USPS tools for current ZIP Code information and explains that USPS does not maintain foreign postal-code information. This helps distinguish ZIP Codes from Canadian postal codes.</w:t>
      </w:r>
      <w:r/>
    </w:p>
    <w:p>
      <w:pPr>
        <w:pStyle w:val="ListNumber"/>
        <w:spacing w:line="240" w:lineRule="auto"/>
        <w:ind w:left="720"/>
      </w:pPr>
      <w:r/>
      <w:hyperlink r:id="rId12">
        <w:r>
          <w:rPr>
            <w:color w:val="0000EE"/>
            <w:u w:val="single"/>
          </w:rPr>
          <w:t>https://www.census.gov/library/reference/code-lists/ansi/ansi-codes-for-states.html</w:t>
        </w:r>
      </w:hyperlink>
      <w:r>
        <w:t xml:space="preserve"> - The United States Census Bureau page provides official postal abbreviations and geographic identification codes for states, the District of Columbia, Puerto Rico, and United States island areas. It lists all 50 states and identifies areas such as American Samoa, Guam, the Northern Mariana Islands, Puerto Rico, and the United States Virgin Islands. The page separately identifies the Federated States of Micronesia, Marshall Islands, and Palau as independent nations associated with the United States through Compacts of Free Association. This is useful for checking which entries in the supplied list are states, territories, or freely associated nations, rather than treating all listed places as equivalent.</w:t>
      </w:r>
      <w:r/>
    </w:p>
    <w:p>
      <w:pPr>
        <w:pStyle w:val="ListNumber"/>
        <w:spacing w:line="240" w:lineRule="auto"/>
        <w:ind w:left="720"/>
      </w:pPr>
      <w:r/>
      <w:hyperlink r:id="rId14">
        <w:r>
          <w:rPr>
            <w:color w:val="0000EE"/>
            <w:u w:val="single"/>
          </w:rPr>
          <w:t>https://tools.usps.com/go/ZipLookupAction.action</w:t>
        </w:r>
      </w:hyperlink>
      <w:r>
        <w:t xml:space="preserve"> - This United States Postal Service tool provides ways to look up ZIP Codes by address, city and state, or ZIP Code. Users can enter a street address with a city and state to find its ZIP Code, search a city and state for their ZIP Codes, or enter a ZIP Code to see the cities it covers. The tool is intended for checking particular mailing locations, rather than offering a single general ZIP Code for an entire state or territory. It is therefore relevant to the article’s ZIP Code field and supports the recommendation to verify an address using the official postal lookup service.</w:t>
      </w:r>
      <w:r/>
    </w:p>
    <w:p>
      <w:pPr>
        <w:pStyle w:val="ListNumber"/>
        <w:spacing w:line="240" w:lineRule="auto"/>
        <w:ind w:left="720"/>
      </w:pPr>
      <w:r/>
      <w:hyperlink r:id="rId13">
        <w:r>
          <w:rPr>
            <w:color w:val="0000EE"/>
            <w:u w:val="single"/>
          </w:rPr>
          <w:t>https://postalpro.usps.com/address-quality/city-state-product</w:t>
        </w:r>
      </w:hyperlink>
      <w:r>
        <w:t xml:space="preserve"> - The Postal Service describes its City State Product as a comprehensive record of ZIP Codes and their associated city, county, and Post Office names. It can assist with validating city, state, and five-digit ZIP combinations, assigning ZIP Codes, identifying counties, and tracking certain address changes. USPS says the product is updated monthly and contains roughly 100,000 records. It also cautions that it does not include detailed street-level data and should be combined with other postal products for complete ZIP coding. This official resource supports checking the relationship between locations and ZIP Codes, rather than assuming a ZIP Code applies uniformly to a whole state.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illingsgazette.com/article_ab9c2b6e-4b32-5788-a042-2d7e962f1d16.html" TargetMode="External"/><Relationship Id="rId10" Type="http://schemas.openxmlformats.org/officeDocument/2006/relationships/hyperlink" Target="https://pe.usps.com/text/pub28/pub28apb.htm" TargetMode="External"/><Relationship Id="rId11" Type="http://schemas.openxmlformats.org/officeDocument/2006/relationships/hyperlink" Target="https://faq.usps.com/articles/Knowledge/ZIP-Code-The-Basics" TargetMode="External"/><Relationship Id="rId12" Type="http://schemas.openxmlformats.org/officeDocument/2006/relationships/hyperlink" Target="https://www.census.gov/library/reference/code-lists/ansi/ansi-codes-for-states.html" TargetMode="External"/><Relationship Id="rId13" Type="http://schemas.openxmlformats.org/officeDocument/2006/relationships/hyperlink" Target="https://postalpro.usps.com/address-quality/city-state-product" TargetMode="External"/><Relationship Id="rId14" Type="http://schemas.openxmlformats.org/officeDocument/2006/relationships/hyperlink" Target="https://tools.usps.com/go/ZipLookupAction.action" TargetMode="External"/><Relationship Id="rId15" Type="http://schemas.openxmlformats.org/officeDocument/2006/relationships/hyperlink" Target="https://pe.usps.com/text/pub28/28apa_005.ht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