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Eight LGBTQIA+ Podcasts for Queer Culture, Stories and Company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good podcast can feel like a sharp-witted friend in your headphones, and these LGBTQIA+ shows offer plenty of company for commutes, quiet evenings and everything in between. From queer dating dilemmas to sport, family life and cultural debate, they bring different voices and experiences into the listening mix.</w:t>
      </w:r>
      <w:r/>
    </w:p>
    <w:p>
      <w:pPr>
        <w:pStyle w:val="Heading2"/>
      </w:pPr>
      <w:r>
        <w:t>Eight shows, eight ways into queer life</w:t>
      </w:r>
      <w:r/>
    </w:p>
    <w:p>
      <w:r/>
      <w:r>
        <w:t>Some podcasts are for a laugh; others help make sense of a bigger conversation. This selection spans both, with chat about relationships and everyday mishaps sitting alongside thoughtful takes on identity, culture and belonging.</w:t>
      </w:r>
      <w:r/>
    </w:p>
    <w:p>
      <w:r/>
      <w:r>
        <w:t>The appeal is in that variety. You can dip into a lively discussion one day and choose a more reflective story the next, without expecting one show to speak for every LGBTQIA+ listener.</w:t>
      </w:r>
      <w:r/>
    </w:p>
    <w:p>
      <w:pPr>
        <w:pStyle w:val="Heading2"/>
      </w:pPr>
      <w:r>
        <w:t>For dating dilemmas and cultural commentary</w:t>
      </w:r>
      <w:r/>
    </w:p>
    <w:p>
      <w:r/>
      <w:r>
        <w:t xml:space="preserve">If friendship-group gossip is your preferred listening, </w:t>
      </w:r>
      <w:r>
        <w:rPr>
          <w:i/>
        </w:rPr>
        <w:t>Strictly PG</w:t>
      </w:r>
      <w:r>
        <w:t xml:space="preserve"> serves up dating questions, awkward encounters and listener-submitted dilemmas. Paige Fletcher and Georgia bring a candid, humorous tone to topics that can range from tricky friendships to serious relationship decisions. It’s the sort of show that may have you quietly reconsidering your own advice-giving skills. (</w:t>
      </w:r>
      <w:hyperlink r:id="rId9">
        <w:r>
          <w:rPr>
            <w:color w:val="0000EE"/>
            <w:u w:val="single"/>
          </w:rPr>
          <w:t>[2]</w:t>
        </w:r>
      </w:hyperlink>
      <w:r>
        <w:t>)</w:t>
      </w:r>
      <w:r/>
    </w:p>
    <w:p>
      <w:r/>
      <w:r>
        <w:t xml:space="preserve">For a different kind of conversation, </w:t>
      </w:r>
      <w:r>
        <w:rPr>
          <w:i/>
        </w:rPr>
        <w:t>A Bit Fruity with Matt Bernstein</w:t>
      </w:r>
      <w:r>
        <w:t xml:space="preserve"> looks at celebrity culture, political movements and debates around queer identity. Bernstein’s commentary is geared towards making complex cultural subjects accessible while retaining their nuance, making it a useful pick when you want more than a quick take. (</w:t>
      </w:r>
      <w:hyperlink r:id="rId10">
        <w:r>
          <w:rPr>
            <w:color w:val="0000EE"/>
            <w:u w:val="single"/>
          </w:rPr>
          <w:t>[3]</w:t>
        </w:r>
      </w:hyperlink>
      <w:r>
        <w:t>)</w:t>
      </w:r>
      <w:r/>
    </w:p>
    <w:p>
      <w:pPr>
        <w:pStyle w:val="Heading2"/>
      </w:pPr>
      <w:r>
        <w:t>Stories that widen the picture</w:t>
      </w:r>
      <w:r/>
    </w:p>
    <w:p>
      <w:r/>
      <w:r>
        <w:rPr>
          <w:i/>
        </w:rPr>
        <w:t>AfroQueer</w:t>
      </w:r>
      <w:r>
        <w:t xml:space="preserve"> focuses on LGBTQIA+ lives across the African continent and its diaspora, exploring subjects including family, migration, activism and sexuality. That wider lens matters: queer experience isn’t one story, and hearing from communities often missing from mainstream coverage can open up a richer view. (</w:t>
      </w:r>
      <w:hyperlink r:id="rId11">
        <w:r>
          <w:rPr>
            <w:color w:val="0000EE"/>
            <w:u w:val="single"/>
          </w:rPr>
          <w:t>[4]</w:t>
        </w:r>
      </w:hyperlink>
      <w:r>
        <w:t>)</w:t>
      </w:r>
      <w:r/>
    </w:p>
    <w:p>
      <w:r/>
      <w:r>
        <w:t xml:space="preserve">Family life gets a warm, frank treatment on </w:t>
      </w:r>
      <w:r>
        <w:rPr>
          <w:i/>
        </w:rPr>
        <w:t>Some Families</w:t>
      </w:r>
      <w:r>
        <w:t>, hosted by Lotte Jeffs and Stu Oakley. Its conversations look at LGBTQIA+ parenthood and the many forms a family can take, making it relevant whether you’re planning for children, already raising them or simply curious. (</w:t>
      </w:r>
      <w:hyperlink r:id="rId12">
        <w:r>
          <w:rPr>
            <w:color w:val="0000EE"/>
            <w:u w:val="single"/>
          </w:rPr>
          <w:t>[5]</w:t>
        </w:r>
      </w:hyperlink>
      <w:r>
        <w:t>)</w:t>
      </w:r>
      <w:r/>
    </w:p>
    <w:p>
      <w:pPr>
        <w:pStyle w:val="Heading2"/>
      </w:pPr>
      <w:r>
        <w:t>Sport, identity and the people shaping culture</w:t>
      </w:r>
      <w:r/>
    </w:p>
    <w:p>
      <w:r/>
      <w:r>
        <w:t xml:space="preserve">On </w:t>
      </w:r>
      <w:r>
        <w:rPr>
          <w:i/>
        </w:rPr>
        <w:t>The Queer Athlete Podcast</w:t>
      </w:r>
      <w:r>
        <w:t>, Emma Gee speaks with LGBTQIA+ people in sport about identity, coming out, competition and belonging. It’s a welcome listen for anyone interested in the experiences of queer athletes, particularly the challenges and visibility questions that can come with sporting spaces. (</w:t>
      </w:r>
      <w:hyperlink r:id="rId13">
        <w:r>
          <w:rPr>
            <w:color w:val="0000EE"/>
            <w:u w:val="single"/>
          </w:rPr>
          <w:t>[6]</w:t>
        </w:r>
      </w:hyperlink>
      <w:r>
        <w:t>)</w:t>
      </w:r>
      <w:r/>
    </w:p>
    <w:p>
      <w:r/>
      <w:r>
        <w:t xml:space="preserve">Meanwhile, </w:t>
      </w:r>
      <w:r>
        <w:rPr>
          <w:i/>
        </w:rPr>
        <w:t>Homo Sapiens</w:t>
      </w:r>
      <w:r>
        <w:t xml:space="preserve"> brings guests into conversations about LGBTQIA+ culture, politics, activism and identity. Its subjects range widely, from representation in schools to the experiences of LGBTQ+ sex workers, offering plenty of different perspectives rather than a single, neat narrative. (</w:t>
      </w:r>
      <w:hyperlink r:id="rId14">
        <w:r>
          <w:rPr>
            <w:color w:val="0000EE"/>
            <w:u w:val="single"/>
          </w:rPr>
          <w:t>[7]</w:t>
        </w:r>
      </w:hyperlink>
      <w:r>
        <w:t>)</w:t>
      </w:r>
      <w:r/>
    </w:p>
    <w:p>
      <w:pPr>
        <w:pStyle w:val="Heading2"/>
      </w:pPr>
      <w:r>
        <w:t>Love, heartbreak and finding your people</w:t>
      </w:r>
      <w:r/>
    </w:p>
    <w:p>
      <w:r/>
      <w:r>
        <w:t xml:space="preserve">For candid relationship chat, </w:t>
      </w:r>
      <w:r>
        <w:rPr>
          <w:i/>
        </w:rPr>
        <w:t>Alphabet Club with Shannon Beveridge</w:t>
      </w:r>
      <w:r>
        <w:t xml:space="preserve"> explores queer dating, intimacy and break-ups with a rotating line-up of guests. The conversations include episodes featuring Beveridge’s former partner, adding an unusually personal angle to discussions of love and heartbreak. (</w:t>
      </w:r>
      <w:hyperlink r:id="rId15">
        <w:r>
          <w:rPr>
            <w:color w:val="0000EE"/>
            <w:u w:val="single"/>
          </w:rPr>
          <w:t>[8]</w:t>
        </w:r>
      </w:hyperlink>
      <w:r>
        <w:t>)</w:t>
      </w:r>
      <w:r/>
    </w:p>
    <w:p>
      <w:r/>
      <w:r>
        <w:rPr>
          <w:i/>
        </w:rPr>
        <w:t>Made It Out</w:t>
      </w:r>
      <w:r>
        <w:t xml:space="preserve"> takes a more reflective route, with stories about building a life beyond the closet and finding a sense of self. Its themes include sexuality, religion, race, spirituality and belonging, with an emotional range that can move from laughter to something more tender.</w:t>
      </w:r>
      <w:r/>
    </w:p>
    <w:p>
      <w:pPr>
        <w:pStyle w:val="Heading2"/>
      </w:pPr>
      <w:r>
        <w:t>Make your next listen fit your mood</w:t>
      </w:r>
      <w:r/>
    </w:p>
    <w:p>
      <w:r/>
      <w:r>
        <w:t xml:space="preserve">A practical way to choose is to start with the kind of company you want. Pick </w:t>
      </w:r>
      <w:r>
        <w:rPr>
          <w:i/>
        </w:rPr>
        <w:t>Strictly PG</w:t>
      </w:r>
      <w:r>
        <w:t xml:space="preserve"> for lively dilemmas, </w:t>
      </w:r>
      <w:r>
        <w:rPr>
          <w:i/>
        </w:rPr>
        <w:t>AfroQueer</w:t>
      </w:r>
      <w:r>
        <w:t xml:space="preserve"> for stories that broaden the frame, or </w:t>
      </w:r>
      <w:r>
        <w:rPr>
          <w:i/>
        </w:rPr>
        <w:t>The Queer Athlete Podcast</w:t>
      </w:r>
      <w:r>
        <w:t xml:space="preserve"> if sport and identity are on your mind.</w:t>
      </w:r>
      <w:r/>
    </w:p>
    <w:p>
      <w:r/>
      <w:r>
        <w:t>And don’t feel obliged to stick with one show. A listening rotation can be as varied as the people behind it, which is rather the point.</w:t>
      </w:r>
      <w:r/>
    </w:p>
    <w:p>
      <w:r/>
      <w:r>
        <w:t>Explore the voices that feel right for you, and let your next episode surprise you.</w:t>
      </w:r>
      <w:r/>
    </w:p>
    <w:p>
      <w:pPr>
        <w:pStyle w:val="Heading3"/>
      </w:pPr>
      <w:r>
        <w:t>Source Reference Map</w:t>
      </w:r>
      <w:r/>
    </w:p>
    <w:p>
      <w:r/>
      <w:r>
        <w:rPr>
          <w:b/>
        </w:rPr>
        <w:t>Story idea inspired by:</w:t>
      </w:r>
      <w:r>
        <w:t xml:space="preserve"> </w:t>
      </w:r>
      <w:hyperlink r:id="rId16">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w:t>
      </w:r>
      <w:hyperlink r:id="rId15">
        <w:r>
          <w:rPr>
            <w:color w:val="0000EE"/>
            <w:u w:val="single"/>
          </w:rPr>
          <w:t>[8]</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w:t>
      </w:r>
      <w:hyperlink r:id="rId15">
        <w:r>
          <w:rPr>
            <w:color w:val="0000EE"/>
            <w:u w:val="single"/>
          </w:rPr>
          <w:t>[8]</w:t>
        </w:r>
      </w:hyperlink>
      <w:r>
        <w:t xml:space="preserve">- Paragraph 3: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w:t>
      </w:r>
      <w:hyperlink r:id="rId15">
        <w:r>
          <w:rPr>
            <w:color w:val="0000EE"/>
            <w:u w:val="single"/>
          </w:rPr>
          <w:t>[8]</w:t>
        </w:r>
      </w:hyperlink>
      <w:r>
        <w:t xml:space="preserve">- Paragraph 4: </w:t>
      </w:r>
      <w:hyperlink r:id="rId9">
        <w:r>
          <w:rPr>
            <w:color w:val="0000EE"/>
            <w:u w:val="single"/>
          </w:rPr>
          <w:t>[2]</w:t>
        </w:r>
      </w:hyperlink>
      <w:r>
        <w:t xml:space="preserve">- Paragraph 5: </w:t>
      </w:r>
      <w:hyperlink r:id="rId10">
        <w:r>
          <w:rPr>
            <w:color w:val="0000EE"/>
            <w:u w:val="single"/>
          </w:rPr>
          <w:t>[3]</w:t>
        </w:r>
      </w:hyperlink>
      <w:r>
        <w:t xml:space="preserve">- Paragraph 6: </w:t>
      </w:r>
      <w:hyperlink r:id="rId11">
        <w:r>
          <w:rPr>
            <w:color w:val="0000EE"/>
            <w:u w:val="single"/>
          </w:rPr>
          <w:t>[4]</w:t>
        </w:r>
      </w:hyperlink>
      <w:r>
        <w:t xml:space="preserve">- Paragraph 7: </w:t>
      </w:r>
      <w:hyperlink r:id="rId12">
        <w:r>
          <w:rPr>
            <w:color w:val="0000EE"/>
            <w:u w:val="single"/>
          </w:rPr>
          <w:t>[5]</w:t>
        </w:r>
      </w:hyperlink>
      <w:r>
        <w:t xml:space="preserve">- Paragraph 8: </w:t>
      </w:r>
      <w:hyperlink r:id="rId13">
        <w:r>
          <w:rPr>
            <w:color w:val="0000EE"/>
            <w:u w:val="single"/>
          </w:rPr>
          <w:t>[6]</w:t>
        </w:r>
      </w:hyperlink>
      <w:r>
        <w:t xml:space="preserve">- Paragraph 9: </w:t>
      </w:r>
      <w:hyperlink r:id="rId14">
        <w:r>
          <w:rPr>
            <w:color w:val="0000EE"/>
            <w:u w:val="single"/>
          </w:rPr>
          <w:t>[7]</w:t>
        </w:r>
      </w:hyperlink>
      <w:r>
        <w:t xml:space="preserve">- Paragraph 10: </w:t>
      </w:r>
      <w:hyperlink r:id="rId15">
        <w:r>
          <w:rPr>
            <w:color w:val="0000EE"/>
            <w:u w:val="single"/>
          </w:rPr>
          <w:t>[8]</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w:t>
      </w:r>
      <w:hyperlink r:id="rId15">
        <w:r>
          <w:rPr>
            <w:color w:val="0000EE"/>
            <w:u w:val="single"/>
          </w:rPr>
          <w:t>[8]</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w:t>
      </w:r>
      <w:hyperlink r:id="rId15">
        <w:r>
          <w:rPr>
            <w:color w:val="0000EE"/>
            <w:u w:val="single"/>
          </w:rPr>
          <w:t>[8]</w:t>
        </w:r>
      </w:hyperlink>
      <w:r/>
    </w:p>
    <w:p>
      <w:pPr>
        <w:pStyle w:val="Heading2"/>
      </w:pPr>
      <w:r>
        <w:t>Bibliography</w:t>
      </w:r>
      <w:r/>
      <w:r/>
    </w:p>
    <w:p>
      <w:pPr>
        <w:pStyle w:val="ListNumber"/>
        <w:numPr>
          <w:ilvl w:val="0"/>
          <w:numId w:val="14"/>
        </w:numPr>
        <w:spacing w:line="240" w:lineRule="auto"/>
        <w:ind w:left="720"/>
      </w:pPr>
      <w:r/>
      <w:hyperlink r:id="rId16">
        <w:r>
          <w:rPr>
            <w:color w:val="0000EE"/>
            <w:u w:val="single"/>
          </w:rPr>
          <w:t>https://diva-magazine.com/2026/11/04/8-lgbtqia-podcasts-that-deserve-a-place-in-your-listening-rotation/?utm_source=rss&amp;utm_medium=rss&amp;utm_campaign=8-lgbtqia-podcasts-that-deserve-a-place-in-your-listening-rotation</w:t>
        </w:r>
      </w:hyperlink>
      <w:r>
        <w:t xml:space="preserve"> - Please view link - unable to able to access data</w:t>
      </w:r>
      <w:r/>
    </w:p>
    <w:p>
      <w:pPr>
        <w:pStyle w:val="ListNumber"/>
        <w:spacing w:line="240" w:lineRule="auto"/>
        <w:ind w:left="720"/>
      </w:pPr>
      <w:r/>
      <w:hyperlink r:id="rId9">
        <w:r>
          <w:rPr>
            <w:color w:val="0000EE"/>
            <w:u w:val="single"/>
          </w:rPr>
          <w:t>https://podcasts.apple.com/us/podcast/strictly-pg/id1797301498</w:t>
        </w:r>
      </w:hyperlink>
      <w:r>
        <w:t xml:space="preserve"> - Strictly PG is hosted by Paige and Georgia, who present themselves as close friends sharing candid stories and advice. The show covers everyday chaos, relationships, sex, dating, awkward encounters and listener dilemmas, often using dark humour and unfiltered opinions. Episodes include discussions of marriage, friendship, travel and personal experiences, alongside contributions from guests and listeners. The programme’s informal, conversational style is designed to feel like a lively catch-up between friends rather than a formal advice show. This listing confirms the hosts and the podcast’s broad subject matter, while offering an episode catalogue that illustrates its recurring mix of personal stories, relationship questions and comic commentary.</w:t>
      </w:r>
      <w:r/>
    </w:p>
    <w:p>
      <w:pPr>
        <w:pStyle w:val="ListNumber"/>
        <w:spacing w:line="240" w:lineRule="auto"/>
        <w:ind w:left="720"/>
      </w:pPr>
      <w:r/>
      <w:hyperlink r:id="rId10">
        <w:r>
          <w:rPr>
            <w:color w:val="0000EE"/>
            <w:u w:val="single"/>
          </w:rPr>
          <w:t>https://podcasts.apple.com/us/podcast/a-bit-fruity-with-matt-bernstein/id1693739175</w:t>
        </w:r>
      </w:hyperlink>
      <w:r>
        <w:t xml:space="preserve"> - A Bit Fruity is hosted by Matt Bernstein and examines people, events and cultural debates shaping public life. The podcast takes deeper dives into subjects including celebrity culture, internet trends, politics and social movements, often featuring journalists, experts and other guests. Its episodes combine commentary, storytelling and research, aiming to make complicated issues engaging and accessible. The show’s catalogue demonstrates its wide-ranging approach, addressing queer identity and online discourse alongside current cultural controversies. Bernstein’s presentation blends humour with analysis, and the programme invites listeners to consider how media narratives and political arguments influence public understanding. This listing verifies the host and the podcast’s broad cultural and political focus.</w:t>
      </w:r>
      <w:r/>
    </w:p>
    <w:p>
      <w:pPr>
        <w:pStyle w:val="ListNumber"/>
        <w:spacing w:line="240" w:lineRule="auto"/>
        <w:ind w:left="720"/>
      </w:pPr>
      <w:r/>
      <w:hyperlink r:id="rId11">
        <w:r>
          <w:rPr>
            <w:color w:val="0000EE"/>
            <w:u w:val="single"/>
          </w:rPr>
          <w:t>https://afroqueerpodcast.wordpress.com/about-us/</w:t>
        </w:r>
      </w:hyperlink>
      <w:r>
        <w:t xml:space="preserve"> - The AfroQueer Podcast is an award-winning production associated with None on Record, a media organisation documenting LGBT African stories. Journalist and oral historian Selly Thiam is identified as its host and executive producer. The project centres African queer voices and helps bring accounts from the continent and diaspora into public conversation. The organisation’s work includes documenting personal narratives, producing media and supporting wider visibility for LGBT communities. This page also introduces members of the production team and their roles in bringing the podcast to listeners. It supports the article’s identification of Thiam and the show’s connection to African queer storytelling, while situating the podcast within a broader documentary and community-media effort.</w:t>
      </w:r>
      <w:r/>
    </w:p>
    <w:p>
      <w:pPr>
        <w:pStyle w:val="ListNumber"/>
        <w:spacing w:line="240" w:lineRule="auto"/>
        <w:ind w:left="720"/>
      </w:pPr>
      <w:r/>
      <w:hyperlink r:id="rId12">
        <w:r>
          <w:rPr>
            <w:color w:val="0000EE"/>
            <w:u w:val="single"/>
          </w:rPr>
          <w:t>https://storyhunter.co.uk/somefamiliespod/do-queer-people-make-better-parents-prof-susan-golombok-has-all-the-answers-plus-the-data/</w:t>
        </w:r>
      </w:hyperlink>
      <w:r>
        <w:t xml:space="preserve"> - Some Families is presented by Lotte Jeffs and Stu Oakley, who explore LGBTQ+ families and the experiences of queer parents. In this episode, they speak with Professor Susan Golombok about research into different family structures, parenting and child development. Their discussion considers how research can inform public understanding and legislation, and highlights the everyday realities of raising children in families that do not fit traditional expectations. The episode reflects the podcast’s conversational approach to family life, combining personal warmth with expert perspectives. It supports the article’s description of the hosts and the show’s interest in queer parenthood, while showing how the programme challenges assumptions through discussion and evidence.</w:t>
      </w:r>
      <w:r/>
    </w:p>
    <w:p>
      <w:pPr>
        <w:pStyle w:val="ListNumber"/>
        <w:spacing w:line="240" w:lineRule="auto"/>
        <w:ind w:left="720"/>
      </w:pPr>
      <w:r/>
      <w:hyperlink r:id="rId13">
        <w:r>
          <w:rPr>
            <w:color w:val="0000EE"/>
            <w:u w:val="single"/>
          </w:rPr>
          <w:t>https://podcasts.apple.com/us/podcast/the-queer-athlete-podcast/id1604475185</w:t>
        </w:r>
      </w:hyperlink>
      <w:r>
        <w:t xml:space="preserve"> - Hosted by Emma Gee, The Queer Athlete Podcast features conversations with LGBTQ+ athletes about their experiences. The listing describes Gee as the first queer student-athlete to publicly come out at Brigham Young University. Episodes cover coming out, identity, faith, competition and belonging in sporting environments, with guests including athletes from BYU and other universities. Their accounts address the challenges of navigating queer identity in institutions and teams, and consider what greater inclusion could look like. The podcast offers a focused view of LGBTQ+ participation in sport through first-person interviews rather than general commentary. Its episode catalogue provides examples of discussions about visibility, relationships with religion and life as a queer athlete.</w:t>
      </w:r>
      <w:r/>
    </w:p>
    <w:p>
      <w:pPr>
        <w:pStyle w:val="ListNumber"/>
        <w:spacing w:line="240" w:lineRule="auto"/>
        <w:ind w:left="720"/>
      </w:pPr>
      <w:r/>
      <w:hyperlink r:id="rId14">
        <w:r>
          <w:rPr>
            <w:color w:val="0000EE"/>
            <w:u w:val="single"/>
          </w:rPr>
          <w:t>https://shows.acast.com/homosapiens</w:t>
        </w:r>
      </w:hyperlink>
      <w:r>
        <w:t xml:space="preserve"> - Homo Sapiens is a podcast hosted by Christopher Sweeney, featuring conversations about life from queer perspectives. The show brings together LGBTQ+ guests and voices from around the world for discussions intended to be informative, intelligent and entertaining. Its subject matter ranges across identity, culture and experiences affecting LGBTQ+ communities, as illustrated by its interviews and episode descriptions. The programme offers listeners personal stories alongside broader cultural conversations, and presents itself as a space for perspectives that are often under-represented. This official show page confirms the host and the podcast’s international LGBTQ+ focus. It also provides recent episode information, demonstrating the programme’s continuing attention to queer stories and cultural discussion.</w:t>
      </w:r>
      <w:r/>
    </w:p>
    <w:p>
      <w:pPr>
        <w:pStyle w:val="ListNumber"/>
        <w:spacing w:line="240" w:lineRule="auto"/>
        <w:ind w:left="720"/>
      </w:pPr>
      <w:r/>
      <w:hyperlink r:id="rId15">
        <w:r>
          <w:rPr>
            <w:color w:val="0000EE"/>
            <w:u w:val="single"/>
          </w:rPr>
          <w:t>https://podcasts.apple.com/us/podcast/alphabet-club-with-shannon-beveridge/id1716445650</w:t>
        </w:r>
      </w:hyperlink>
      <w:r>
        <w:t xml:space="preserve"> - Alphabet Club, hosted by Shannon Beveridge, is a queer storytelling podcast built around personal essays and conversations with their authors. Its topics include desire, heartbreak, gender, sex, friendship, family and personal growth. Episodes pair a performed essay with a discussion that explores what the story brings up for the author and host. The format centres individual experiences while connecting them to wider queer identity, community and culture. The show’s listing describes an inviting, candid approach, with room for humour, vulnerability and reflection. This source confirms Beveridge as host and outlines the programme’s storytelling format and themes, supporting the article’s broader portrayal of it as a place for intimate queer conversations.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odcasts.apple.com/us/podcast/strictly-pg/id1797301498" TargetMode="External"/><Relationship Id="rId10" Type="http://schemas.openxmlformats.org/officeDocument/2006/relationships/hyperlink" Target="https://podcasts.apple.com/us/podcast/a-bit-fruity-with-matt-bernstein/id1693739175" TargetMode="External"/><Relationship Id="rId11" Type="http://schemas.openxmlformats.org/officeDocument/2006/relationships/hyperlink" Target="https://afroqueerpodcast.wordpress.com/about-us/" TargetMode="External"/><Relationship Id="rId12" Type="http://schemas.openxmlformats.org/officeDocument/2006/relationships/hyperlink" Target="https://storyhunter.co.uk/somefamiliespod/do-queer-people-make-better-parents-prof-susan-golombok-has-all-the-answers-plus-the-data/" TargetMode="External"/><Relationship Id="rId13" Type="http://schemas.openxmlformats.org/officeDocument/2006/relationships/hyperlink" Target="https://podcasts.apple.com/us/podcast/the-queer-athlete-podcast/id1604475185" TargetMode="External"/><Relationship Id="rId14" Type="http://schemas.openxmlformats.org/officeDocument/2006/relationships/hyperlink" Target="https://shows.acast.com/homosapiens" TargetMode="External"/><Relationship Id="rId15" Type="http://schemas.openxmlformats.org/officeDocument/2006/relationships/hyperlink" Target="https://podcasts.apple.com/us/podcast/alphabet-club-with-shannon-beveridge/id1716445650" TargetMode="External"/><Relationship Id="rId16" Type="http://schemas.openxmlformats.org/officeDocument/2006/relationships/hyperlink" Target="https://diva-magazine.com/2026/11/04/8-lgbtqia-podcasts-that-deserve-a-place-in-your-listening-rotation/?utm_source=rss&amp;utm_medium=rss&amp;utm_campaign=8-lgbtqia-podcasts-that-deserve-a-place-in-your-listening-rot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