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 Pappas Makes History as First Out Gay US Senator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Hampshire voters have elected Democrat Chris Pappas to the US Senate, making him the first openly gay man to serve in the chamber. His victory over former Republican senator John E. Sununu preserves a Democratic seat, while his emotional speech with husband Vann Bentley put LGBTQ+ representation and marriage equality firmly in the spotlight.</w:t>
      </w:r>
      <w:r/>
    </w:p>
    <w:p>
      <w:pPr>
        <w:pStyle w:val="Heading2"/>
      </w:pPr>
      <w:r>
        <w:t>Key takeaways</w:t>
      </w:r>
      <w:r/>
      <w:r/>
    </w:p>
    <w:p>
      <w:pPr>
        <w:pStyle w:val="ListBullet"/>
        <w:spacing w:line="240" w:lineRule="auto"/>
        <w:ind w:left="720"/>
      </w:pPr>
      <w:r/>
      <w:r>
        <w:rPr>
          <w:b/>
        </w:rPr>
        <w:t>A historic result:</w:t>
      </w:r>
      <w:r>
        <w:t xml:space="preserve"> Pappas is the first openly gay man elected to the US Senate.</w:t>
      </w:r>
      <w:r/>
    </w:p>
    <w:p>
      <w:pPr>
        <w:pStyle w:val="ListBullet"/>
        <w:spacing w:line="240" w:lineRule="auto"/>
        <w:ind w:left="720"/>
      </w:pPr>
      <w:r/>
      <w:r>
        <w:rPr>
          <w:b/>
        </w:rPr>
        <w:t>A close-to-home moment:</w:t>
      </w:r>
      <w:r>
        <w:t xml:space="preserve"> He thanked husband Vann Bentley during his victory speech, drawing cheers from supporters.</w:t>
      </w:r>
      <w:r/>
    </w:p>
    <w:p>
      <w:pPr>
        <w:pStyle w:val="ListBullet"/>
        <w:spacing w:line="240" w:lineRule="auto"/>
        <w:ind w:left="720"/>
      </w:pPr>
      <w:r/>
      <w:r>
        <w:rPr>
          <w:b/>
        </w:rPr>
        <w:t>A 2023 wedding:</w:t>
      </w:r>
      <w:r>
        <w:t xml:space="preserve"> The couple announced their engagement in 2021 and married two years later.</w:t>
      </w:r>
      <w:r/>
    </w:p>
    <w:p>
      <w:pPr>
        <w:pStyle w:val="ListBullet"/>
        <w:spacing w:line="240" w:lineRule="auto"/>
        <w:ind w:left="720"/>
      </w:pPr>
      <w:r/>
      <w:r>
        <w:rPr>
          <w:b/>
        </w:rPr>
        <w:t>A seat retained:</w:t>
      </w:r>
      <w:r>
        <w:t xml:space="preserve"> Pappas defeated former senator John E. Sununu to succeed retiring Democrat Jeanne Shaheen.</w:t>
      </w:r>
      <w:r/>
    </w:p>
    <w:p>
      <w:pPr>
        <w:pStyle w:val="ListBullet"/>
        <w:spacing w:line="240" w:lineRule="auto"/>
        <w:ind w:left="720"/>
      </w:pPr>
      <w:r/>
      <w:r>
        <w:rPr>
          <w:b/>
        </w:rPr>
        <w:t>A complicated policy record:</w:t>
      </w:r>
      <w:r>
        <w:t xml:space="preserve"> Pappas has supported several LGBTQ+ protections, while opposing a provision on gender-affirming care in a 2024 defence bill.</w:t>
      </w:r>
      <w:r/>
      <w:r/>
    </w:p>
    <w:p>
      <w:pPr>
        <w:pStyle w:val="Heading2"/>
      </w:pPr>
      <w:r>
        <w:t>Pappas makes history in New Hampshire</w:t>
      </w:r>
      <w:r/>
    </w:p>
    <w:p>
      <w:r/>
      <w:r>
        <w:t>Chris Pappas has made history in a state known for its fiercely watched elections: he is the first openly gay man elected to the US Senate. His win over former Republican senator John E. Sununu gives Democrats the seat held by retiring senator Jeanne Shaheen, and brings a new milestone for LGBTQ+ representation to a chamber with enormous influence over federal law and the courts. (Associated Press; New Hampshire Public Radio)</w:t>
      </w:r>
      <w:r/>
    </w:p>
    <w:p>
      <w:r/>
      <w:r>
        <w:t>But the moment that gave the evening its warmth came when Pappas turned to the man beside him. He called husband Vann Bentley his greatest source of luck, even if the result had gone the other way. (Associated Press)</w:t>
      </w:r>
      <w:r/>
    </w:p>
    <w:p>
      <w:pPr>
        <w:pStyle w:val="Heading2"/>
      </w:pPr>
      <w:r>
        <w:t>A victory speech with a personal centre</w:t>
      </w:r>
      <w:r/>
    </w:p>
    <w:p>
      <w:r/>
      <w:r>
        <w:t>Bentley received loud cheers as Pappas thanked him for standing by his side. Pappas joked that supporters seemed to think the wrong person had been on the ballot, a quick, affectionate line that brought a human touch to a historic political night. (Associated Press)</w:t>
      </w:r>
      <w:r/>
    </w:p>
    <w:p>
      <w:r/>
      <w:r>
        <w:t>The couple announced their engagement in December 2021 and married in 2023. Their relationship wasn't a footnote to the speech; it was part of the public picture of what this breakthrough means. (LGBTQ Nation)</w:t>
      </w:r>
      <w:r/>
    </w:p>
    <w:p>
      <w:pPr>
        <w:pStyle w:val="Heading2"/>
      </w:pPr>
      <w:r>
        <w:t>What the result could mean for LGBTQ+ representation</w:t>
      </w:r>
      <w:r/>
    </w:p>
    <w:p>
      <w:r/>
      <w:r>
        <w:t>Pappas has backed the Equality Act, protections for LGBTQ+ veterans and legislation to prohibit so-called gay and transgender panic defences. His record also has a point of tension: he was the only openly LGBTQ+ member of Congress to support the 2024 defence bill containing restrictions on gender-affirming care coverage for transgender military dependants, while saying he opposed that provision. (Associated Press)</w:t>
      </w:r>
      <w:r/>
    </w:p>
    <w:p>
      <w:r/>
      <w:r>
        <w:t>That mix of positions is a reminder that representation doesn't automatically settle every policy debate. Pappas's election changes who has a seat at the table, but voters and advocates will still be watching how he uses it. (Associated Press)</w:t>
      </w:r>
      <w:r/>
    </w:p>
    <w:p>
      <w:pPr>
        <w:pStyle w:val="Heading2"/>
      </w:pPr>
      <w:r>
        <w:t>Marriage equality remains part of the conversation</w:t>
      </w:r>
      <w:r/>
    </w:p>
    <w:p>
      <w:r/>
      <w:r>
        <w:t>Pappas has warned against treating marriage equality as untouchable. In 2025, he pointed to Justice Clarence Thomas's call to revisit past Supreme Court decisions protecting personal freedoms, including the right of same-sex couples to marry. (LGBTQ Nation)</w:t>
      </w:r>
      <w:r/>
    </w:p>
    <w:p>
      <w:r/>
      <w:r>
        <w:t>So the sight of Bentley beside him on election night carried meaning beyond a personal thank-you. It was a public expression of a marriage Pappas has said deserves protection, at a moment when debates about LGBTQ+ rights remain very much alive. (LGBTQ Nation)</w:t>
      </w:r>
      <w:r/>
    </w:p>
    <w:p>
      <w:pPr>
        <w:pStyle w:val="Heading2"/>
      </w:pPr>
      <w:r>
        <w:t>A win framed around everyday pressures</w:t>
      </w:r>
      <w:r/>
    </w:p>
    <w:p>
      <w:r/>
      <w:r>
        <w:t>Pappas also presented his victory as a call for a change of course in Washington. He highlighted housing, healthcare, childcare and reproductive freedom, arguing that voters want relief from pressures that reach well beyond the campaign trail. (New Hampshire Public Radio)</w:t>
      </w:r>
      <w:r/>
    </w:p>
    <w:p>
      <w:r/>
      <w:r>
        <w:t>The message was both personal and political: a historic first matters, but so do the daily concerns that shape people's lives. For New Hampshire voters, the next test will be whether that promise translates into action in the Senate. (New Hampshire Public Radio)</w:t>
      </w:r>
      <w:r/>
    </w:p>
    <w:p>
      <w:r/>
      <w:r>
        <w:t>A historic win is one thing; what Pappas does with the opportunity will matter just as much.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Paragraph 9: </w:t>
      </w:r>
      <w:hyperlink r:id="rId11">
        <w:r>
          <w:rPr>
            <w:color w:val="0000EE"/>
            <w:u w:val="single"/>
          </w:rPr>
          <w:t>[4]</w:t>
        </w:r>
      </w:hyperlink>
      <w:r>
        <w:t xml:space="preserve">- Paragraph 10: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https://www.advocate.com/politics/election/chris-pappas-vann-bentley-victory</w:t>
        </w:r>
      </w:hyperlink>
      <w:r>
        <w:t xml:space="preserve"> - Please view link - unable to able to access data</w:t>
      </w:r>
      <w:r/>
    </w:p>
    <w:p>
      <w:pPr>
        <w:pStyle w:val="ListNumber"/>
        <w:spacing w:line="240" w:lineRule="auto"/>
        <w:ind w:left="720"/>
      </w:pPr>
      <w:r/>
      <w:hyperlink r:id="rId10">
        <w:r>
          <w:rPr>
            <w:color w:val="0000EE"/>
            <w:u w:val="single"/>
          </w:rPr>
          <w:t>https://apnews.com/article/bafaf0e9da00462095adcf6efeec72ab</w:t>
        </w:r>
      </w:hyperlink>
      <w:r>
        <w:t xml:space="preserve"> - The Associated Press reports that Democrat Chris Pappas defeated former Republican senator John E. Sununu in New Hampshire’s 3 November 2026 US Senate election. Pappas will succeed retiring Democrat Jeanne Shaheen, preserving the seat for his party. The result also makes him the first openly gay man elected to the US Senate. The article describes the contest, the candidates’ political backgrounds and the significance of Pappas’s win. It supports the article’s central claims about the outcome, the opponent, the retiring senator and the historic milestone, while providing independent reporting on the election.</w:t>
      </w:r>
      <w:r/>
    </w:p>
    <w:p>
      <w:pPr>
        <w:pStyle w:val="ListNumber"/>
        <w:spacing w:line="240" w:lineRule="auto"/>
        <w:ind w:left="720"/>
      </w:pPr>
      <w:r/>
      <w:hyperlink r:id="rId15">
        <w:r>
          <w:rPr>
            <w:color w:val="0000EE"/>
            <w:u w:val="single"/>
          </w:rPr>
          <w:t>https://apnews.com/article/midterm-election-native-american-black-governor-senator-women-93d4d163acfd217521b5dce1ab7fc4a9</w:t>
        </w:r>
      </w:hyperlink>
      <w:r>
        <w:t xml:space="preserve"> - This Associated Press report surveys historic breakthroughs in the 2026 US midterm elections, including the election of Chris Pappas as the first openly gay male senator. It confirms that he won New Hampshire’s Senate race and defeated former senator John E. Sununu. The wider article places Pappas’s achievement alongside other election milestones involving candidates from groups historically under-represented in high office. It supports the article’s claims about the significance of his victory and the new level of LGBTQ+ representation in the Senate, while offering a broader account of the election’s historic results.</w:t>
      </w:r>
      <w:r/>
    </w:p>
    <w:p>
      <w:pPr>
        <w:pStyle w:val="ListNumber"/>
        <w:spacing w:line="240" w:lineRule="auto"/>
        <w:ind w:left="720"/>
      </w:pPr>
      <w:r/>
      <w:hyperlink r:id="rId11">
        <w:r>
          <w:rPr>
            <w:color w:val="0000EE"/>
            <w:u w:val="single"/>
          </w:rPr>
          <w:t>https://www.nhpr.org/nh-news/2026-11-03/pappas-wins-u-s-senate-race-defeating-sununu-in-marquee-matchup</w:t>
        </w:r>
      </w:hyperlink>
      <w:r>
        <w:t xml:space="preserve"> - New Hampshire Public Radio reports that Chris Pappas defeated Republican John E. Sununu in the state’s 2026 US Senate race, according to the Associated Press. The report says the win keeps the seat in Democratic hands and recounts Pappas’s remarks to supporters at his family’s Manchester restaurant. It also outlines the candidates’ political histories and describes the campaign’s focus on national issues, the economy and voters’ concerns. This local report supports the election result and context, including Pappas’s victory speech and the seat’s succession following Jeanne Shaheen’s retirement.</w:t>
      </w:r>
      <w:r/>
    </w:p>
    <w:p>
      <w:pPr>
        <w:pStyle w:val="ListNumber"/>
        <w:spacing w:line="240" w:lineRule="auto"/>
        <w:ind w:left="720"/>
      </w:pPr>
      <w:r/>
      <w:hyperlink r:id="rId12">
        <w:r>
          <w:rPr>
            <w:color w:val="0000EE"/>
            <w:u w:val="single"/>
          </w:rPr>
          <w:t>https://www.lgbtqnation.com/2021/12/congressman-chris-pappas-announces-engagement-boyfriend-vann-bentley/</w:t>
        </w:r>
      </w:hyperlink>
      <w:r>
        <w:t xml:space="preserve"> - LGBTQ Nation reports that Chris Pappas announced his engagement to Vann Bentley in December 2021. The article recounts Pappas’s public announcement and his message that the couple looked forward to a life together. It also notes that Pappas was New Hampshire’s first openly gay member of Congress and describes the public attention their relationship received during his political career. This report supports the article’s account of the couple’s engagement and identifies Bentley as Pappas’s partner. It provides contemporaneous coverage rather than relying solely on later summaries of the relationship.</w:t>
      </w:r>
      <w:r/>
    </w:p>
    <w:p>
      <w:pPr>
        <w:pStyle w:val="ListNumber"/>
        <w:spacing w:line="240" w:lineRule="auto"/>
        <w:ind w:left="720"/>
      </w:pPr>
      <w:r/>
      <w:hyperlink r:id="rId13">
        <w:r>
          <w:rPr>
            <w:color w:val="0000EE"/>
            <w:u w:val="single"/>
          </w:rPr>
          <w:t>https://www.lgbtqnation.com/2023/02/out-rep-chris-pappas-marries-partner-vann-bentley/</w:t>
        </w:r>
      </w:hyperlink>
      <w:r>
        <w:t xml:space="preserve"> - LGBTQ Nation reports that Chris Pappas announced his marriage to Vann Bentley in February 2023. The article describes Pappas’s announcement and notes that the couple had become engaged in 2021. It also discusses Pappas’s role in supporting the Respect for Marriage Act, which requires federal and state recognition of same-sex and interracial marriages performed elsewhere. The report supports the article’s statements about when Pappas and Bentley married, their engagement timeline and Pappas’s connection to legislation protecting marriage recognition. It also provides context about his record on LGBTQ+ rights.</w:t>
      </w:r>
      <w:r/>
    </w:p>
    <w:p>
      <w:pPr>
        <w:pStyle w:val="ListNumber"/>
        <w:spacing w:line="240" w:lineRule="auto"/>
        <w:ind w:left="720"/>
      </w:pPr>
      <w:r/>
      <w:hyperlink r:id="rId14">
        <w:r>
          <w:rPr>
            <w:color w:val="0000EE"/>
            <w:u w:val="single"/>
          </w:rPr>
          <w:t>https://www.lgbtqnation.com/2025/06/rep-chris-pappas-says-the-future-of-marriage-equality-hinges-on-the-senate/</w:t>
        </w:r>
      </w:hyperlink>
      <w:r>
        <w:t xml:space="preserve"> - In this 2025 interview, LGBTQ Nation asks Chris Pappas about the future of marriage equality and the risk that the Supreme Court could reconsider established precedents. Pappas warns that decisions including Obergefell, which protects same-sex couples’ right to marry, could be at risk if the court follows Justice Clarence Thomas’s direction. He speaks personally about marrying his husband and argues that people should be able to live openly and authentically. The interview supports the article’s account of Pappas’s concern about threats to marriage equality and his reference to Thomas’s call to revisit precedents.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chris-pappas-vann-bentley-victory" TargetMode="External"/><Relationship Id="rId10" Type="http://schemas.openxmlformats.org/officeDocument/2006/relationships/hyperlink" Target="https://apnews.com/article/bafaf0e9da00462095adcf6efeec72ab" TargetMode="External"/><Relationship Id="rId11" Type="http://schemas.openxmlformats.org/officeDocument/2006/relationships/hyperlink" Target="https://www.nhpr.org/nh-news/2026-11-03/pappas-wins-u-s-senate-race-defeating-sununu-in-marquee-matchup" TargetMode="External"/><Relationship Id="rId12" Type="http://schemas.openxmlformats.org/officeDocument/2006/relationships/hyperlink" Target="https://www.lgbtqnation.com/2021/12/congressman-chris-pappas-announces-engagement-boyfriend-vann-bentley/" TargetMode="External"/><Relationship Id="rId13" Type="http://schemas.openxmlformats.org/officeDocument/2006/relationships/hyperlink" Target="https://www.lgbtqnation.com/2023/02/out-rep-chris-pappas-marries-partner-vann-bentley/" TargetMode="External"/><Relationship Id="rId14" Type="http://schemas.openxmlformats.org/officeDocument/2006/relationships/hyperlink" Target="https://www.lgbtqnation.com/2025/06/rep-chris-pappas-says-the-future-of-marriage-equality-hinges-on-the-senate/" TargetMode="External"/><Relationship Id="rId15" Type="http://schemas.openxmlformats.org/officeDocument/2006/relationships/hyperlink" Target="https://apnews.com/article/midterm-election-native-american-black-governor-senator-women-93d4d163acfd217521b5dce1ab7fc4a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