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TV Shows to Watch in November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the streaming sofa, rejoice: November brings a packed queer TV line-up to the UK and US. From a London flatshare comedy and Netflix’s Catholic-school thriller The Body to the final season of Yellowjackets, there’s plenty to queue up. Here’s what’s arriving, where to find it and which shows might suit your next watch party.</w:t>
      </w:r>
      <w:r/>
    </w:p>
    <w:p>
      <w:pPr>
        <w:pStyle w:val="Heading2"/>
      </w:pPr>
      <w:r>
        <w:t>Essential Takeaways</w:t>
      </w:r>
      <w:r/>
      <w:r/>
    </w:p>
    <w:p>
      <w:pPr>
        <w:pStyle w:val="ListBullet"/>
        <w:spacing w:line="240" w:lineRule="auto"/>
        <w:ind w:left="720"/>
      </w:pPr>
      <w:r/>
      <w:r>
        <w:rPr>
          <w:b/>
        </w:rPr>
        <w:t>A new Channel 4 comedy has arrived:</w:t>
      </w:r>
      <w:r>
        <w:t xml:space="preserve"> It Gets Worse is available to stream in the UK, with six half-hour episodes.</w:t>
      </w:r>
      <w:r/>
    </w:p>
    <w:p>
      <w:pPr>
        <w:pStyle w:val="ListBullet"/>
        <w:spacing w:line="240" w:lineRule="auto"/>
        <w:ind w:left="720"/>
      </w:pPr>
      <w:r/>
      <w:r>
        <w:rPr>
          <w:b/>
        </w:rPr>
        <w:t>Netflix has two big queer picks:</w:t>
      </w:r>
      <w:r>
        <w:t xml:space="preserve"> Black Doves returns on 5 November, followed by The Body on 11 November.</w:t>
      </w:r>
      <w:r/>
    </w:p>
    <w:p>
      <w:pPr>
        <w:pStyle w:val="ListBullet"/>
        <w:spacing w:line="240" w:lineRule="auto"/>
        <w:ind w:left="720"/>
      </w:pPr>
      <w:r/>
      <w:r>
        <w:rPr>
          <w:b/>
        </w:rPr>
        <w:t>Yellowjackets reaches its endgame:</w:t>
      </w:r>
      <w:r>
        <w:t xml:space="preserve"> The fourth and final season starts on Paramount+ on 20 November.</w:t>
      </w:r>
      <w:r/>
    </w:p>
    <w:p>
      <w:pPr>
        <w:pStyle w:val="ListBullet"/>
        <w:spacing w:line="240" w:lineRule="auto"/>
        <w:ind w:left="720"/>
      </w:pPr>
      <w:r/>
      <w:r>
        <w:rPr>
          <w:b/>
        </w:rPr>
        <w:t>More trouble is brewing in Texas:</w:t>
      </w:r>
      <w:r>
        <w:t xml:space="preserve"> The Hunting Wives season two lands on Netflix on 26 November.</w:t>
      </w:r>
      <w:r/>
    </w:p>
    <w:p>
      <w:pPr>
        <w:pStyle w:val="ListBullet"/>
        <w:spacing w:line="240" w:lineRule="auto"/>
        <w:ind w:left="720"/>
      </w:pPr>
      <w:r/>
      <w:r>
        <w:rPr>
          <w:b/>
        </w:rPr>
        <w:t>Release dates vary by country:</w:t>
      </w:r>
      <w:r>
        <w:t xml:space="preserve"> Mouse and Tangles are US cinema releases, with no UK dates confirmed in the supplied information.</w:t>
      </w:r>
      <w:r/>
      <w:r/>
    </w:p>
    <w:p>
      <w:pPr>
        <w:pStyle w:val="Heading2"/>
      </w:pPr>
      <w:r>
        <w:t>November's queer TV calendar starts with a London flatshare</w:t>
      </w:r>
      <w:r/>
    </w:p>
    <w:p>
      <w:r/>
      <w:r>
        <w:t>It Gets Worse has already slipped onto Channel 4's streaming service in the UK, so you don't need to wait for a formal premiere night. The comedy follows three friends in their twenties trying to stay close after eviction, with lesbian flatmate Sam among the trio. Its six half-hour episodes sound tailor-made for a one-night binge, preferably with the kettle within reach. Channel 4 announced the series, created by Leo Reich and produced with A24.</w:t>
      </w:r>
      <w:r/>
    </w:p>
    <w:p>
      <w:r/>
      <w:r>
        <w:t>US viewers can catch It Gets Worse on Paramount+ from 6 November. That split release makes it an easy first pick for anyone looking for a queer comedy with a distinctly London backdrop, rather than another glossy thriller set in an implausibly enormous house. (3)</w:t>
      </w:r>
      <w:r/>
    </w:p>
    <w:p>
      <w:pPr>
        <w:pStyle w:val="Heading2"/>
      </w:pPr>
      <w:r>
        <w:t>Black Doves returns with its sharpest partnership</w:t>
      </w:r>
      <w:r/>
    </w:p>
    <w:p>
      <w:r/>
      <w:r>
        <w:t>Black Doves comes back to Netflix on 5 November, with all six episodes available at once. The spy drama's familiar mix of secrets and explosions continues, but its lesbian assassin Williams and her new partner Eleanor are the duo to watch. Their prickly dynamic gives the series a welcome streak of dry humour amid the danger.</w:t>
      </w:r>
      <w:r/>
    </w:p>
    <w:p>
      <w:r/>
      <w:r>
        <w:t>Keira Knightley and Ben Whishaw return, alongside Sarah Lancashire, while Neve Campbell and Samuel Barnett join the new season. If the first run has gone fuzzy in your memory, it's also available on Netflix for a quick refresher before the new episodes. Netflix's title information confirms the series return. (4)</w:t>
      </w:r>
      <w:r/>
    </w:p>
    <w:p>
      <w:pPr>
        <w:pStyle w:val="Heading2"/>
      </w:pPr>
      <w:r>
        <w:t>The Body brings Catholic-school tension to Netflix</w:t>
      </w:r>
      <w:r/>
    </w:p>
    <w:p>
      <w:r/>
      <w:r>
        <w:t>The Body arrives on Netflix on 11 November, offering a darker change of pace. The story begins with a Halloween initiation gone wrong at a Catholic-school dance team, then tips into visions and escalating town-wide panic. At its centre is Anya's intense relationship with Elise, her gay best friend, which gives the supernatural setup a charged emotional edge.</w:t>
      </w:r>
      <w:r/>
    </w:p>
    <w:p>
      <w:r/>
      <w:r>
        <w:t>For a taste of the show's flavour, think school rivalries with a creeping sense that something is badly off. Netflix's Tudum coverage confirms the release date and premise, making this one for viewers who like their queer storytelling tangled up with horror and teen drama. (5)</w:t>
      </w:r>
      <w:r/>
    </w:p>
    <w:p>
      <w:pPr>
        <w:pStyle w:val="Heading2"/>
      </w:pPr>
      <w:r>
        <w:t>Yellowjackets prepares for its final season</w:t>
      </w:r>
      <w:r/>
    </w:p>
    <w:p>
      <w:r/>
      <w:r>
        <w:t>Yellowjackets begins its fourth and final season on Paramount+ on 20 November. With rescue drawing closer and the survivors confronting the past, the story is set to bring its wilderness mystery towards a conclusion. In the present-day timeline, an old flame's return adds another complication.</w:t>
      </w:r>
      <w:r/>
    </w:p>
    <w:p>
      <w:r/>
      <w:r>
        <w:t>The returning cast includes Melanie Lynskey, Christina Ricci, Jasmin Savoy Brown, Liv Hewson and Sophie Thatcher, with Hilary Swank back and Molly Ringwald and June Squibb joining the final run. Paramount+ has confirmed the season's 20 November launch. If you're behind, seasons one to three are available to catch up on before the finale begins. (6)</w:t>
      </w:r>
      <w:r/>
    </w:p>
    <w:p>
      <w:pPr>
        <w:pStyle w:val="Heading2"/>
      </w:pPr>
      <w:r>
        <w:t>Hunting Wives and the month's US cinema picks</w:t>
      </w:r>
      <w:r/>
    </w:p>
    <w:p>
      <w:r/>
      <w:r>
        <w:t>The Hunting Wives season two lands on Netflix on 26 November, bringing Sophie and Margo back together after a spell on the outs. Their uneasy bond, a marriage to repair and a fresh tangle of secrets should make for another deliberately messy watch. Netflix lists the new season among its November arrivals. (7)</w:t>
      </w:r>
      <w:r/>
    </w:p>
    <w:p>
      <w:r/>
      <w:r>
        <w:t>There are also two US cinema releases to note. Mouse opens in selected cinemas on 6 November, widening a week later; it follows Minnie, whose friendship upheaval leads to a connection with Kat. Tangles, a hand-drawn adaptation of Sarah Leavitt's graphic memoir, gets a limited New York and Los Angeles run from 27 November. It follows a queer illustrator returning home as her mother faces an Alzheimer's diagnosis. Neither film has a UK date confirmed here, so UK viewers will have to keep an eye out for updates. (2)</w:t>
      </w:r>
      <w:r/>
    </w:p>
    <w:p>
      <w:pPr>
        <w:pStyle w:val="Heading2"/>
      </w:pPr>
      <w:r>
        <w:t>Closing Line</w:t>
      </w:r>
      <w:r/>
    </w:p>
    <w:p>
      <w:r/>
      <w:r>
        <w:t>Whether you're after spies, supernatural school drama or a finale years in the making, November has a watch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4">
        <w:r>
          <w:rPr>
            <w:color w:val="0000EE"/>
            <w:u w:val="single"/>
          </w:rPr>
          <w:t>[7]</w:t>
        </w:r>
      </w:hyperlink>
      <w:r>
        <w:t xml:space="preserve">- Paragraph 7: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https://nonchalantmagazine.com/your-queer-tv-guide-for-november-2026/</w:t>
        </w:r>
      </w:hyperlink>
      <w:r>
        <w:t xml:space="preserve"> - Please view link - unable to able to access data</w:t>
      </w:r>
      <w:r/>
    </w:p>
    <w:p>
      <w:pPr>
        <w:pStyle w:val="ListNumber"/>
        <w:spacing w:line="240" w:lineRule="auto"/>
        <w:ind w:left="720"/>
      </w:pPr>
      <w:r/>
      <w:hyperlink r:id="rId9">
        <w:r>
          <w:rPr>
            <w:color w:val="0000EE"/>
            <w:u w:val="single"/>
          </w:rPr>
          <w:t>https://nonchalantmagazine.com/your-queer-tv-guide-for-november-2026/</w:t>
        </w:r>
      </w:hyperlink>
      <w:r>
        <w:t xml:space="preserve"> - This November viewing guide gathers sapphic and queer television and film releases for audiences in the UK and US. It covers It Gets Worse, Black Doves, Mouse, The Body, Yellowjackets, The Hunting Wives and Tangles, with release dates, platforms, cast details and short descriptions. It also highlights other queer-related entertainment, including Strictly Come Dancing, A Talent for Murder, The Secret Lives of Mormon Wives: Orange County, Small Town Trouble: Texas and Billie Jean King: Give Me the Ball! Honourable mentions include Club Kid, Elsinore, All’s Fair, Stick, RuPaul’s Drag Race UK and Heated Rivalry. The article also previews December’s La Bola Negra.</w:t>
      </w:r>
      <w:r/>
    </w:p>
    <w:p>
      <w:pPr>
        <w:pStyle w:val="ListNumber"/>
        <w:spacing w:line="240" w:lineRule="auto"/>
        <w:ind w:left="720"/>
      </w:pPr>
      <w:r/>
      <w:hyperlink r:id="rId10">
        <w:r>
          <w:rPr>
            <w:color w:val="0000EE"/>
            <w:u w:val="single"/>
          </w:rPr>
          <w:t>https://www.channel4.com/press/news/channel-4-commissions-new-comedy-series-it-gets-worse-leo-reich-and-a24</w:t>
        </w:r>
      </w:hyperlink>
      <w:r>
        <w:t xml:space="preserve"> - Channel 4’s announcement introduces It Gets Worse, a comedy series created by and starring Leo Reich and produced with A24. The story follows three friends in their twenties whose London flatshare and lives are disrupted by eviction, unemployment and disappointing relationships. The announcement provides background on the commission and the creative team, supporting the guide’s description of the programme as a London-based flatshare comedy. It is an official Channel 4 source, so it is particularly useful for confirming the broadcaster’s involvement and the project’s premise. It does not independently verify every cast detail or the November 2026 streaming date stated in the guide.</w:t>
      </w:r>
      <w:r/>
    </w:p>
    <w:p>
      <w:pPr>
        <w:pStyle w:val="ListNumber"/>
        <w:spacing w:line="240" w:lineRule="auto"/>
        <w:ind w:left="720"/>
      </w:pPr>
      <w:r/>
      <w:hyperlink r:id="rId11">
        <w:r>
          <w:rPr>
            <w:color w:val="0000EE"/>
            <w:u w:val="single"/>
          </w:rPr>
          <w:t>https://media.netflix.com/en/only-on-netflix/81682935?countryCode=DK</w:t>
        </w:r>
      </w:hyperlink>
      <w:r>
        <w:t xml:space="preserve"> - Netflix’s official media information for Black Doves confirms the second season’s release date as 5 November 2026 and outlines the returning spy-story setup. Helen continues passing secrets to the covert organisation, while her husband prepares for a possible move into the prime minister’s office. Sam reunites with Helen, and Mrs Reed faces a dangerous plot within the organisation. The page supports the guide’s central claims about the series’ return, date and principal characters. It offers an official synopsis, although it does not confirm every character relationship or all cast members mentioned in the magazine article.</w:t>
      </w:r>
      <w:r/>
    </w:p>
    <w:p>
      <w:pPr>
        <w:pStyle w:val="ListNumber"/>
        <w:spacing w:line="240" w:lineRule="auto"/>
        <w:ind w:left="720"/>
      </w:pPr>
      <w:r/>
      <w:hyperlink r:id="rId12">
        <w:r>
          <w:rPr>
            <w:color w:val="0000EE"/>
            <w:u w:val="single"/>
          </w:rPr>
          <w:t>https://www.netflix.com/tudum/articles/the-body-plot-release-date-news?inapp=true</w:t>
        </w:r>
      </w:hyperlink>
      <w:r>
        <w:t xml:space="preserve"> - Netflix Tudum’s feature introduces The Body, the series created by Quinn Shephard, and confirms that it is due to premiere on 11 November. It describes the programme’s setting and premise, involving a Catholic-school dance team whose Halloween initiation takes a disturbing turn. The feature provides production and cast context, making it a useful source for the guide’s coverage of the series and its planned Netflix release. It is an official Netflix editorial page rather than an independent review. Readers should consult it for the show’s confirmed details, while the magazine article supplies its own interpretation of the queer relationships and viewing appeal.</w:t>
      </w:r>
      <w:r/>
    </w:p>
    <w:p>
      <w:pPr>
        <w:pStyle w:val="ListNumber"/>
        <w:spacing w:line="240" w:lineRule="auto"/>
        <w:ind w:left="720"/>
      </w:pPr>
      <w:r/>
      <w:hyperlink r:id="rId13">
        <w:r>
          <w:rPr>
            <w:color w:val="0000EE"/>
            <w:u w:val="single"/>
          </w:rPr>
          <w:t>https://www.paramountpressexpress.com/paramount-plus/shows/yellowjackets/releases/?view=113142-the-final-reckoning-begins-emmy-nominated-yellowjackets-returns-for-its-final-season-on-november-20-on-paramount</w:t>
        </w:r>
      </w:hyperlink>
      <w:r>
        <w:t xml:space="preserve"> - Paramount’s press release confirms that Yellowjackets will return for a fourth and final season on Paramount+ on 20 November 2026. It identifies the new season as the conclusion of the Emmy-nominated survival drama and provides official information about its availability. This directly supports the November date and the claim that the season is the show’s last. The release is a first-party source from Paramount, the streaming service named in the guide. It is more suited to verifying the renewal and launch announcement than assessing the programme’s queer themes, character arcs or the magazine’s predictions about the final episodes.</w:t>
      </w:r>
      <w:r/>
    </w:p>
    <w:p>
      <w:pPr>
        <w:pStyle w:val="ListNumber"/>
        <w:spacing w:line="240" w:lineRule="auto"/>
        <w:ind w:left="720"/>
      </w:pPr>
      <w:r/>
      <w:hyperlink r:id="rId14">
        <w:r>
          <w:rPr>
            <w:color w:val="0000EE"/>
            <w:u w:val="single"/>
          </w:rPr>
          <w:t>https://media.netflix.com/en/only-on-netflix/82013700</w:t>
        </w:r>
      </w:hyperlink>
      <w:r>
        <w:t xml:space="preserve"> - Netflix’s media page for The Hunting Wives confirms the second season’s US release date as 26 November 2026. Its synopsis says Sophie and Margo begin the season estranged, before old secrets and new adversaries draw them back into dangerous games. The page also lists returning performers and new cast members, including John Stamos and Angel Reese. These details support the guide’s account of the season’s timing, central relationship and cast additions. As an official Netflix source, it is useful for checking release and production information. Its stated date is for the United States; availability in other territories may differ.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your-queer-tv-guide-for-november-2026/" TargetMode="External"/><Relationship Id="rId10" Type="http://schemas.openxmlformats.org/officeDocument/2006/relationships/hyperlink" Target="https://www.channel4.com/press/news/channel-4-commissions-new-comedy-series-it-gets-worse-leo-reich-and-a24" TargetMode="External"/><Relationship Id="rId11" Type="http://schemas.openxmlformats.org/officeDocument/2006/relationships/hyperlink" Target="https://media.netflix.com/en/only-on-netflix/81682935?countryCode=DK" TargetMode="External"/><Relationship Id="rId12" Type="http://schemas.openxmlformats.org/officeDocument/2006/relationships/hyperlink" Target="https://www.netflix.com/tudum/articles/the-body-plot-release-date-news?inapp=true" TargetMode="External"/><Relationship Id="rId13" Type="http://schemas.openxmlformats.org/officeDocument/2006/relationships/hyperlink" Target="https://www.paramountpressexpress.com/paramount-plus/shows/yellowjackets/releases/?view=113142-the-final-reckoning-begins-emmy-nominated-yellowjackets-returns-for-its-final-season-on-november-20-on-paramount" TargetMode="External"/><Relationship Id="rId14" Type="http://schemas.openxmlformats.org/officeDocument/2006/relationships/hyperlink" Target="https://media.netflix.com/en/only-on-netflix/820137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