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TV and Film Releases to Watch This November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with a busy November: queer viewers have a packed month of new films and returning series to queue up. From high-stakes romance and sharp comedy to psychological horror and sci-fi, these releases offer plenty of reasons to trade a night out for the sofa. Here's what to watch, and when to find it.</w:t>
      </w:r>
      <w:r/>
    </w:p>
    <w:p>
      <w:pPr>
        <w:pStyle w:val="Heading2"/>
      </w:pPr>
      <w:r>
        <w:t>Essential Takeaways</w:t>
      </w:r>
      <w:r/>
      <w:r/>
    </w:p>
    <w:p>
      <w:pPr>
        <w:pStyle w:val="ListBullet"/>
        <w:spacing w:line="240" w:lineRule="auto"/>
        <w:ind w:left="720"/>
      </w:pPr>
      <w:r/>
      <w:r>
        <w:rPr>
          <w:b/>
        </w:rPr>
        <w:t>A busy opening week:</w:t>
      </w:r>
      <w:r>
        <w:t xml:space="preserve"> Several titles arrive around 5 and 6 November, including </w:t>
      </w:r>
      <w:r>
        <w:rPr>
          <w:i/>
        </w:rPr>
        <w:t>Black Doves</w:t>
      </w:r>
      <w:r>
        <w:t xml:space="preserve"> Season 2, </w:t>
      </w:r>
      <w:r>
        <w:rPr>
          <w:i/>
        </w:rPr>
        <w:t>It Gets Worse</w:t>
      </w:r>
      <w:r>
        <w:t xml:space="preserve"> and </w:t>
      </w:r>
      <w:r>
        <w:rPr>
          <w:i/>
        </w:rPr>
        <w:t>Club Kid</w:t>
      </w:r>
      <w:r>
        <w:t>.</w:t>
      </w:r>
      <w:r/>
    </w:p>
    <w:p>
      <w:pPr>
        <w:pStyle w:val="ListBullet"/>
        <w:spacing w:line="240" w:lineRule="auto"/>
        <w:ind w:left="720"/>
      </w:pPr>
      <w:r/>
      <w:r>
        <w:rPr>
          <w:b/>
        </w:rPr>
        <w:t>Romance gets the big-screen treatment:</w:t>
      </w:r>
      <w:r>
        <w:t xml:space="preserve"> </w:t>
      </w:r>
      <w:r>
        <w:rPr>
          <w:i/>
        </w:rPr>
        <w:t>Heated Rivalry</w:t>
      </w:r>
      <w:r>
        <w:t xml:space="preserve"> has paired screenings at participating US cinemas from 6 to 30 November, with tickets listed at $9.99.</w:t>
      </w:r>
      <w:r/>
    </w:p>
    <w:p>
      <w:pPr>
        <w:pStyle w:val="ListBullet"/>
        <w:spacing w:line="240" w:lineRule="auto"/>
        <w:ind w:left="720"/>
      </w:pPr>
      <w:r/>
      <w:r>
        <w:rPr>
          <w:b/>
        </w:rPr>
        <w:t>A mix of moods:</w:t>
      </w:r>
      <w:r>
        <w:t xml:space="preserve"> The month's slate ranges from comedy and queer romance to historical drama, survival horror and science fiction.</w:t>
      </w:r>
      <w:r/>
    </w:p>
    <w:p>
      <w:pPr>
        <w:pStyle w:val="ListBullet"/>
        <w:spacing w:line="240" w:lineRule="auto"/>
        <w:ind w:left="720"/>
      </w:pPr>
      <w:r/>
      <w:r>
        <w:rPr>
          <w:b/>
        </w:rPr>
        <w:t>Check local listings:</w:t>
      </w:r>
      <w:r>
        <w:t xml:space="preserve"> Some theatrical releases have limited or staggered roll-outs, so dates can vary by city.</w:t>
      </w:r>
      <w:r/>
      <w:r/>
    </w:p>
    <w:p>
      <w:pPr>
        <w:pStyle w:val="Heading2"/>
      </w:pPr>
      <w:r>
        <w:t>November's queer watchlist starts with secrets and bad decisions</w:t>
      </w:r>
      <w:r/>
    </w:p>
    <w:p>
      <w:r/>
      <w:r>
        <w:t xml:space="preserve">The first stretch of November is crowded with characters whose private lives are anything but tidy. </w:t>
      </w:r>
      <w:r>
        <w:rPr>
          <w:i/>
        </w:rPr>
        <w:t>Black Doves</w:t>
      </w:r>
      <w:r>
        <w:t xml:space="preserve"> returns on Netflix on 5 November, bringing back Ben Whishaw as Sam and Keira Knightley as Helen for another round of spycraft, danger and emotional complications. It's a pleasingly potent mix: cool, shadowy espionage on the surface, complicated relationships underneath.</w:t>
      </w:r>
      <w:r/>
    </w:p>
    <w:p>
      <w:r/>
      <w:r>
        <w:t xml:space="preserve">The following day, comedian Leo Reich's six-part comedy </w:t>
      </w:r>
      <w:r>
        <w:rPr>
          <w:i/>
        </w:rPr>
        <w:t>It Gets Worse</w:t>
      </w:r>
      <w:r>
        <w:t xml:space="preserve"> arrives on Paramount+ in the US, exclusively on its Premium plan. It follows three university friends as they stumble through work, dating and the awkward business of becoming adults. Andrew Scott is among the guest stars, which won't hurt its chances of getting a few extra people to press play. (</w:t>
      </w:r>
      <w:hyperlink r:id="rId9">
        <w:r>
          <w:rPr>
            <w:color w:val="0000EE"/>
            <w:u w:val="single"/>
          </w:rPr>
          <w:t>[3]</w:t>
        </w:r>
      </w:hyperlink>
      <w:r>
        <w:t xml:space="preserve">, </w:t>
      </w:r>
      <w:hyperlink r:id="rId10">
        <w:r>
          <w:rPr>
            <w:color w:val="0000EE"/>
            <w:u w:val="single"/>
          </w:rPr>
          <w:t>[4]</w:t>
        </w:r>
      </w:hyperlink>
      <w:r>
        <w:t>)</w:t>
      </w:r>
      <w:r/>
    </w:p>
    <w:p>
      <w:pPr>
        <w:pStyle w:val="Heading2"/>
      </w:pPr>
      <w:r>
        <w:t>From hockey-rink tension to New York nightlife</w:t>
      </w:r>
      <w:r/>
    </w:p>
    <w:p>
      <w:r/>
      <w:r>
        <w:t xml:space="preserve">For romance with a competitive streak, </w:t>
      </w:r>
      <w:r>
        <w:rPr>
          <w:i/>
        </w:rPr>
        <w:t>Heated Rivalry</w:t>
      </w:r>
      <w:r>
        <w:t xml:space="preserve"> brings its first season to participating US cinemas from 6 November. Shane Hollander and Ilya Rozanov are rival hockey players whose relationship develops into something more complicated than the scoreline suggests. Regal's event offers the six-episode season in paired screenings, with tickets listed at $9.99; check your local cinema for dates and times.</w:t>
      </w:r>
      <w:r/>
    </w:p>
    <w:p>
      <w:r/>
      <w:r>
        <w:t xml:space="preserve">Also opening in US cinemas on 6 November, A24's </w:t>
      </w:r>
      <w:r>
        <w:rPr>
          <w:i/>
        </w:rPr>
        <w:t>Club Kid</w:t>
      </w:r>
      <w:r>
        <w:t xml:space="preserve"> shifts the action to New York nightlife. Jordan Firstman writes, directs and stars as Peter, a club promoter whose party-centred life is upended when he discovers he has a 10-year-old son. It's a setup with room for both messy comedy and a sharp change of pace, as late nights meet an unexpected parenting lesson. (</w:t>
      </w:r>
      <w:hyperlink r:id="rId11">
        <w:r>
          <w:rPr>
            <w:color w:val="0000EE"/>
            <w:u w:val="single"/>
          </w:rPr>
          <w:t>[5]</w:t>
        </w:r>
      </w:hyperlink>
      <w:r>
        <w:t xml:space="preserve">, </w:t>
      </w:r>
      <w:hyperlink r:id="rId12">
        <w:r>
          <w:rPr>
            <w:color w:val="0000EE"/>
            <w:u w:val="single"/>
          </w:rPr>
          <w:t>[6]</w:t>
        </w:r>
      </w:hyperlink>
      <w:r>
        <w:t>)</w:t>
      </w:r>
      <w:r/>
    </w:p>
    <w:p>
      <w:pPr>
        <w:pStyle w:val="Heading2"/>
      </w:pPr>
      <w:r>
        <w:t>Queer stories with history, heart and uneasy edges</w:t>
      </w:r>
      <w:r/>
    </w:p>
    <w:p>
      <w:r/>
      <w:r>
        <w:t xml:space="preserve">Spanish film </w:t>
      </w:r>
      <w:r>
        <w:rPr>
          <w:i/>
        </w:rPr>
        <w:t>La Bola Negra</w:t>
      </w:r>
      <w:r>
        <w:t xml:space="preserve"> connects three stories across different periods, exploring queer identity and desire against the backdrop of Spain's history. The project also draws on the legacy of Federico García Lorca and his unfinished work. Its cinema release is staggered, so 6 November applies only to participating US theatres; a Netflix streaming date is set for 2 December.</w:t>
      </w:r>
      <w:r/>
    </w:p>
    <w:p>
      <w:r/>
      <w:r>
        <w:t xml:space="preserve">Pedro Almodóvar's </w:t>
      </w:r>
      <w:r>
        <w:rPr>
          <w:i/>
        </w:rPr>
        <w:t>Bitter Christmas</w:t>
      </w:r>
      <w:r>
        <w:t xml:space="preserve"> follows two storylines set in 2004 and 2026, linking the lives of Elsa, an advertising director, and Raúl, a screenwriter and director. The film opens in New York and Los Angeles on 13 November before expanding nationwide on 25 November. If you're planning a cinema trip, check the local release schedule rather than assuming every city gets the same date. (</w:t>
      </w:r>
      <w:hyperlink r:id="rId9">
        <w:r>
          <w:rPr>
            <w:color w:val="0000EE"/>
            <w:u w:val="single"/>
          </w:rPr>
          <w:t>[3]</w:t>
        </w:r>
      </w:hyperlink>
      <w:r>
        <w:t xml:space="preserve">, </w:t>
      </w:r>
      <w:hyperlink r:id="rId13">
        <w:r>
          <w:rPr>
            <w:color w:val="0000EE"/>
            <w:u w:val="single"/>
          </w:rPr>
          <w:t>[7]</w:t>
        </w:r>
      </w:hyperlink>
      <w:r>
        <w:t>)</w:t>
      </w:r>
      <w:r/>
    </w:p>
    <w:p>
      <w:pPr>
        <w:pStyle w:val="Heading2"/>
      </w:pPr>
      <w:r>
        <w:t>The final seasons and big performances worth noting</w:t>
      </w:r>
      <w:r/>
    </w:p>
    <w:p>
      <w:r/>
      <w:r>
        <w:rPr>
          <w:i/>
        </w:rPr>
        <w:t>Yellowjackets</w:t>
      </w:r>
      <w:r>
        <w:t xml:space="preserve"> returns for its fourth and final season on Paramount+ on 20 November. The series continues to follow the survivors of a wilderness ordeal, shifting between their younger years and the difficult aftermath in the present. Its blend of survival horror, psychological tension and damaged relationships has always made for unsettling viewing; a final season should give those lingering mysteries room to land.</w:t>
      </w:r>
      <w:r/>
    </w:p>
    <w:p>
      <w:r/>
      <w:r>
        <w:t xml:space="preserve">Andrew Scott takes centre stage in </w:t>
      </w:r>
      <w:r>
        <w:rPr>
          <w:i/>
        </w:rPr>
        <w:t>Elsinore</w:t>
      </w:r>
      <w:r>
        <w:t xml:space="preserve">, playing actor Ian Charleson as he prepares to perform </w:t>
      </w:r>
      <w:r>
        <w:rPr>
          <w:i/>
        </w:rPr>
        <w:t>Hamlet</w:t>
      </w:r>
      <w:r>
        <w:t xml:space="preserve"> while facing his own mortality. The film begins its US theatrical run in select cinemas on 20 November, with wider availability planned over Thanksgiving and through December. It's a more reflective choice for viewers after something intimate and emotionally weighty. (</w:t>
      </w:r>
      <w:hyperlink r:id="rId10">
        <w:r>
          <w:rPr>
            <w:color w:val="0000EE"/>
            <w:u w:val="single"/>
          </w:rPr>
          <w:t>[4]</w:t>
        </w:r>
      </w:hyperlink>
      <w:r>
        <w:t>)</w:t>
      </w:r>
      <w:r/>
    </w:p>
    <w:p>
      <w:pPr>
        <w:pStyle w:val="Heading2"/>
      </w:pPr>
      <w:r>
        <w:t>Sci-fi identity crises and small-town secrets</w:t>
      </w:r>
      <w:r/>
    </w:p>
    <w:p>
      <w:r/>
      <w:r>
        <w:t xml:space="preserve">Hunter Schafer enters the </w:t>
      </w:r>
      <w:r>
        <w:rPr>
          <w:i/>
        </w:rPr>
        <w:t>Blade Runner</w:t>
      </w:r>
      <w:r>
        <w:t xml:space="preserve"> universe in </w:t>
      </w:r>
      <w:r>
        <w:rPr>
          <w:i/>
        </w:rPr>
        <w:t>Blade Runner 2099</w:t>
      </w:r>
      <w:r>
        <w:t xml:space="preserve">, set 50 years after </w:t>
      </w:r>
      <w:r>
        <w:rPr>
          <w:i/>
        </w:rPr>
        <w:t>Blade Runner 2049</w:t>
      </w:r>
      <w:r>
        <w:t>. The eight-episode series follows Cora, a fugitive who has lived under different identities, as a new mission draws her alongside Olwen, a Replicant nearing the end of her life. All episodes arrive on Prime Video on 25 November, bringing the franchise's familiar questions about identity and humanity to the small screen.</w:t>
      </w:r>
      <w:r/>
    </w:p>
    <w:p>
      <w:r/>
      <w:r>
        <w:t xml:space="preserve">Then, on 26 November, </w:t>
      </w:r>
      <w:r>
        <w:rPr>
          <w:i/>
        </w:rPr>
        <w:t>The Hunting Wives</w:t>
      </w:r>
      <w:r>
        <w:t xml:space="preserve"> returns to Netflix for a second season. Sophie and Margo find themselves pulled back into each other's orbit by old secrets and new enemies, despite their strained relationship. If your preferred drama involves polished surfaces, dangerous games and people making decisions they may soon regret, this looks like a strong late-month pick. (</w:t>
      </w:r>
      <w:hyperlink r:id="rId9">
        <w:r>
          <w:rPr>
            <w:color w:val="0000EE"/>
            <w:u w:val="single"/>
          </w:rPr>
          <w:t>[3]</w:t>
        </w:r>
      </w:hyperlink>
      <w:r>
        <w:t>)</w:t>
      </w:r>
      <w:r/>
    </w:p>
    <w:p>
      <w:r/>
      <w:r>
        <w:t>November's queer viewing line-up has something for nearly every mood, from sharp laughs to lingering unease. Check local listings, pick your comfort level, and let the queue do the rest.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1">
        <w:r>
          <w:rPr>
            <w:color w:val="0000EE"/>
            <w:u w:val="single"/>
          </w:rPr>
          <w:t>[5]</w:t>
        </w:r>
      </w:hyperlink>
      <w:r>
        <w:t xml:space="preserve">, </w:t>
      </w:r>
      <w:hyperlink r:id="rId12">
        <w:r>
          <w:rPr>
            <w:color w:val="0000EE"/>
            <w:u w:val="single"/>
          </w:rPr>
          <w:t>[6]</w:t>
        </w:r>
      </w:hyperlink>
      <w:r>
        <w:t xml:space="preserve">- Paragraph 4: </w:t>
      </w:r>
      <w:hyperlink r:id="rId9">
        <w:r>
          <w:rPr>
            <w:color w:val="0000EE"/>
            <w:u w:val="single"/>
          </w:rPr>
          <w:t>[3]</w:t>
        </w:r>
      </w:hyperlink>
      <w:r>
        <w:t xml:space="preserve">- Paragraph 5: </w:t>
      </w:r>
      <w:hyperlink r:id="rId13">
        <w:r>
          <w:rPr>
            <w:color w:val="0000EE"/>
            <w:u w:val="single"/>
          </w:rPr>
          <w:t>[7]</w:t>
        </w:r>
      </w:hyperlink>
      <w:r>
        <w:t xml:space="preserve">- Paragraph 6: </w:t>
      </w:r>
      <w:hyperlink r:id="rId10">
        <w:r>
          <w:rPr>
            <w:color w:val="0000EE"/>
            <w:u w:val="single"/>
          </w:rPr>
          <w:t>[4]</w:t>
        </w:r>
      </w:hyperlink>
      <w:r>
        <w:t xml:space="preserve">- Paragraph 7: </w:t>
      </w:r>
      <w:hyperlink r:id="rId10">
        <w:r>
          <w:rPr>
            <w:color w:val="0000EE"/>
            <w:u w:val="single"/>
          </w:rPr>
          <w:t>[4]</w:t>
        </w:r>
      </w:hyperlink>
      <w:r>
        <w:t xml:space="preserve">- Paragraph 8: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https://instinctmagazine.com/november-queer-watchlist/</w:t>
        </w:r>
      </w:hyperlink>
      <w:r>
        <w:t xml:space="preserve"> - Please view link - unable to able to access data</w:t>
      </w:r>
      <w:r/>
    </w:p>
    <w:p>
      <w:pPr>
        <w:pStyle w:val="ListNumber"/>
        <w:spacing w:line="240" w:lineRule="auto"/>
        <w:ind w:left="720"/>
      </w:pPr>
      <w:r/>
      <w:hyperlink r:id="rId14">
        <w:r>
          <w:rPr>
            <w:color w:val="0000EE"/>
            <w:u w:val="single"/>
          </w:rPr>
          <w:t>https://instinctmagazine.com/november-queer-watchlist/</w:t>
        </w:r>
      </w:hyperlink>
      <w:r>
        <w:t xml:space="preserve"> - Instinct Magazine’s November watchlist gathers a range of upcoming television and film releases, with particular attention to queer stories, romantic tension and complicated relationships. It previews Black Doves, It Gets Worse, Heated Rivalry, Club Kid, La Bola Negra, Bitter Christmas, Yellowjackets, Elsinore, Blade Runner 2099 and The Hunting Wives. For each title, the article outlines the premise, highlights selected cast members and gives the reported release date and platform or theatrical details. It also describes the mood and themes readers might expect, from spy drama and comedy to romance, horror and science fiction. The piece closes by encouraging readers to make room for viewing throughout November.</w:t>
      </w:r>
      <w:r/>
    </w:p>
    <w:p>
      <w:pPr>
        <w:pStyle w:val="ListNumber"/>
        <w:spacing w:line="240" w:lineRule="auto"/>
        <w:ind w:left="720"/>
      </w:pPr>
      <w:r/>
      <w:hyperlink r:id="rId9">
        <w:r>
          <w:rPr>
            <w:color w:val="0000EE"/>
            <w:u w:val="single"/>
          </w:rPr>
          <w:t>https://media.netflix.com/en/only-on-netflix/81682935?countryCode=DK</w:t>
        </w:r>
      </w:hyperlink>
      <w:r>
        <w:t xml:space="preserve"> - Netflix’s media page confirms that Black Doves Season 2 is scheduled to release in the United States on 5 November 2026. Its synopsis centres on Helen, played by Keira Knightley, who continues working for the covert Black Doves while her husband prepares to become Prime Minister. When handler Mrs Reed is caught in a dangerous plot, Helen reunites with her friend Sam, played by Ben Whishaw. The pair search for answers amid old enemies, fractured loyalties and threats to people they care about. The official description supports the watchlist’s release date, returning leads and broad account of the season’s spy-thriller story.</w:t>
      </w:r>
      <w:r/>
    </w:p>
    <w:p>
      <w:pPr>
        <w:pStyle w:val="ListNumber"/>
        <w:spacing w:line="240" w:lineRule="auto"/>
        <w:ind w:left="720"/>
      </w:pPr>
      <w:r/>
      <w:hyperlink r:id="rId10">
        <w:r>
          <w:rPr>
            <w:color w:val="0000EE"/>
            <w:u w:val="single"/>
          </w:rPr>
          <w:t>https://www.paramountplus.com/sneak-peak/new-on-paramount-plus/?msockid=2961c8fec4b86d223433de60c53c6c26</w:t>
        </w:r>
      </w:hyperlink>
      <w:r>
        <w:t xml:space="preserve"> - Paramount+’s November 2026 programme guide lists It Gets Worse as a new scripted series arriving on 6 November, and identifies it as a SHOWTIME series. The same guide announces Yellowjackets Season 4 for 20 November, describing it as the show’s final season. These listings support the watchlist’s dates and platform information for the two programmes. The guide is an official service announcement rather than a review, so it does not provide all the plot and cast details mentioned in the watchlist. It does, however, give a reliable schedule reference for the named November premieres and confirms that both titles are part of Paramount+’s monthly line-up.</w:t>
      </w:r>
      <w:r/>
    </w:p>
    <w:p>
      <w:pPr>
        <w:pStyle w:val="ListNumber"/>
        <w:spacing w:line="240" w:lineRule="auto"/>
        <w:ind w:left="720"/>
      </w:pPr>
      <w:r/>
      <w:hyperlink r:id="rId11">
        <w:r>
          <w:rPr>
            <w:color w:val="0000EE"/>
            <w:u w:val="single"/>
          </w:rPr>
          <w:t>https://www.regmovies.com/promotions/heated-rivalry</w:t>
        </w:r>
      </w:hyperlink>
      <w:r>
        <w:t xml:space="preserve"> - Regal’s promotion page advertises a theatrical event for Heated Rivalry running from 6 November through 30 November. It says tickets cost $9.99 and that each ticket bundles two episodes, with the six-episode season divided into three paired screenings. This supports the watchlist’s account of a special cinema presentation beginning on 6 November and its stated ticket price and episode format. The page focuses on event logistics rather than explaining the series’ romance or providing a detailed synopsis. Viewers are directed to select a preferred episode pairing and check local participating cinemas for tickets and showtimes, so availability may depend on venue.</w:t>
      </w:r>
      <w:r/>
    </w:p>
    <w:p>
      <w:pPr>
        <w:pStyle w:val="ListNumber"/>
        <w:spacing w:line="240" w:lineRule="auto"/>
        <w:ind w:left="720"/>
      </w:pPr>
      <w:r/>
      <w:hyperlink r:id="rId12">
        <w:r>
          <w:rPr>
            <w:color w:val="0000EE"/>
            <w:u w:val="single"/>
          </w:rPr>
          <w:t>https://a24films.com/films/club-kid</w:t>
        </w:r>
      </w:hyperlink>
      <w:r>
        <w:t xml:space="preserve"> - A24’s official Club Kid page describes a hard-partying New York City club promoter whose life is disrupted when a ten-year-old son he never knew arrives. It identifies Jordan Firstman as the film’s writer and director, and lists Firstman, Cara Delevingne, Diego Calva and Reggie Absolom among the cast. The page gives the theatrical release date as 6 November 2026. These details support the watchlist’s central description of Peter’s nightlife and unexpected parenting responsibilities, as well as its named cast and release date. The page is an official film listing and provides a concise premise, release information and links for discovering showtimes.</w:t>
      </w:r>
      <w:r/>
    </w:p>
    <w:p>
      <w:pPr>
        <w:pStyle w:val="ListNumber"/>
        <w:spacing w:line="240" w:lineRule="auto"/>
        <w:ind w:left="720"/>
      </w:pPr>
      <w:r/>
      <w:hyperlink r:id="rId13">
        <w:r>
          <w:rPr>
            <w:color w:val="0000EE"/>
            <w:u w:val="single"/>
          </w:rPr>
          <w:t>https://www.sonyclassics.com/film/bitterchristmas/</w:t>
        </w:r>
      </w:hyperlink>
      <w:r>
        <w:t xml:space="preserve"> - Sony Pictures Classics’ official page for Bitter Christmas confirms that Pedro Almodóvar wrote and directed the film. It states that the film opens in New York and Los Angeles on 13 November and nationwide on 25 November. Its synopsis describes two alternating stories: one follows Elsa, an advertising director, in 2004; the other follows Raúl, a screenwriter and director, in 2026, whose script turns out to tell Elsa’s story. The synopsis highlights the film’s interest in autofiction, private relationships and the overlap between lived experience and creative work. This source supports the watchlist’s release schedule, director attribution, timelines and outline of the central narrative.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dia.netflix.com/en/only-on-netflix/81682935?countryCode=DK" TargetMode="External"/><Relationship Id="rId10" Type="http://schemas.openxmlformats.org/officeDocument/2006/relationships/hyperlink" Target="https://www.paramountplus.com/sneak-peak/new-on-paramount-plus/?msockid=2961c8fec4b86d223433de60c53c6c26" TargetMode="External"/><Relationship Id="rId11" Type="http://schemas.openxmlformats.org/officeDocument/2006/relationships/hyperlink" Target="https://www.regmovies.com/promotions/heated-rivalry" TargetMode="External"/><Relationship Id="rId12" Type="http://schemas.openxmlformats.org/officeDocument/2006/relationships/hyperlink" Target="https://a24films.com/films/club-kid" TargetMode="External"/><Relationship Id="rId13" Type="http://schemas.openxmlformats.org/officeDocument/2006/relationships/hyperlink" Target="https://www.sonyclassics.com/film/bitterchristmas/" TargetMode="External"/><Relationship Id="rId14" Type="http://schemas.openxmlformats.org/officeDocument/2006/relationships/hyperlink" Target="https://instinctmagazine.com/november-queer-watchli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