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November 2026 for a Late-Season Escape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As the costume parties wind down, LGBTQ+ events in November 2026 offer plenty of reasons to keep your plans lively. From Gran Canaria's mild-weather Pride to film screenings in Utah and parade-day energy in Rio, these gatherings bring community, culture and a welcome excuse to travel before winter settles in.</w:t>
      </w:r>
      <w:r/>
    </w:p>
    <w:p>
      <w:pPr>
        <w:pStyle w:val="Heading2"/>
      </w:pPr>
      <w:r>
        <w:t>Essential Takeaways</w:t>
      </w:r>
      <w:r/>
      <w:r/>
    </w:p>
    <w:p>
      <w:pPr>
        <w:pStyle w:val="ListBullet"/>
        <w:spacing w:line="240" w:lineRule="auto"/>
        <w:ind w:left="720"/>
      </w:pPr>
      <w:r/>
      <w:r>
        <w:rPr>
          <w:b/>
        </w:rPr>
        <w:t>A sunny-season send-off:</w:t>
      </w:r>
      <w:r>
        <w:t xml:space="preserve"> Winter Pride Maspalomas is scheduled for 2-8 November, with a programme that includes a Pride walk and live entertainment. </w:t>
      </w:r>
      <w:hyperlink r:id="rId9">
        <w:r>
          <w:rPr>
            <w:color w:val="0000EE"/>
            <w:u w:val="single"/>
          </w:rPr>
          <w:t>[2]</w:t>
        </w:r>
      </w:hyperlink>
      <w:r/>
    </w:p>
    <w:p>
      <w:pPr>
        <w:pStyle w:val="ListBullet"/>
        <w:spacing w:line="240" w:lineRule="auto"/>
        <w:ind w:left="720"/>
      </w:pPr>
      <w:r/>
      <w:r>
        <w:rPr>
          <w:b/>
        </w:rPr>
        <w:t>Film with community at its heart:</w:t>
      </w:r>
      <w:r>
        <w:t xml:space="preserve"> The Utah Queer Film Festival runs from 6-8 November and centres LGBTQ+ stories and creative voices. </w:t>
      </w:r>
      <w:hyperlink r:id="rId10">
        <w:r>
          <w:rPr>
            <w:color w:val="0000EE"/>
            <w:u w:val="single"/>
          </w:rPr>
          <w:t>[3]</w:t>
        </w:r>
      </w:hyperlink>
      <w:r/>
    </w:p>
    <w:p>
      <w:pPr>
        <w:pStyle w:val="ListBullet"/>
        <w:spacing w:line="240" w:lineRule="auto"/>
        <w:ind w:left="720"/>
      </w:pPr>
      <w:r/>
      <w:r>
        <w:rPr>
          <w:b/>
        </w:rPr>
        <w:t>Rio's big day out:</w:t>
      </w:r>
      <w:r>
        <w:t xml:space="preserve"> Rio's LGBTI Pride parade is listed for 22 November, within a broader week of events. </w:t>
      </w:r>
      <w:hyperlink r:id="rId11">
        <w:r>
          <w:rPr>
            <w:color w:val="0000EE"/>
            <w:u w:val="single"/>
          </w:rPr>
          <w:t>[4]</w:t>
        </w:r>
      </w:hyperlink>
      <w:r/>
    </w:p>
    <w:p>
      <w:pPr>
        <w:pStyle w:val="ListBullet"/>
        <w:spacing w:line="240" w:lineRule="auto"/>
        <w:ind w:left="720"/>
      </w:pPr>
      <w:r/>
      <w:r>
        <w:rPr>
          <w:b/>
        </w:rPr>
        <w:t>A Palm Springs theme:</w:t>
      </w:r>
      <w:r>
        <w:t xml:space="preserve"> The 2026 Pride theme is "Be Included", with the organisers framing it around solidarity and cultural power. </w:t>
      </w:r>
      <w:hyperlink r:id="rId12">
        <w:r>
          <w:rPr>
            <w:color w:val="0000EE"/>
            <w:u w:val="single"/>
          </w:rPr>
          <w:t>[5]</w:t>
        </w:r>
      </w:hyperlink>
      <w:r/>
    </w:p>
    <w:p>
      <w:pPr>
        <w:pStyle w:val="ListBullet"/>
        <w:spacing w:line="240" w:lineRule="auto"/>
        <w:ind w:left="720"/>
      </w:pPr>
      <w:r/>
      <w:r>
        <w:rPr>
          <w:b/>
        </w:rPr>
        <w:t>More than a weekend:</w:t>
      </w:r>
      <w:r>
        <w:t xml:space="preserve"> Fort Lauderdale's Pig Week is scheduled for 27 November to 6 December, with events for its leather community. </w:t>
      </w:r>
      <w:hyperlink r:id="rId13">
        <w:r>
          <w:rPr>
            <w:color w:val="0000EE"/>
            <w:u w:val="single"/>
          </w:rPr>
          <w:t>[6]</w:t>
        </w:r>
      </w:hyperlink>
      <w:r/>
      <w:r/>
    </w:p>
    <w:p>
      <w:pPr>
        <w:pStyle w:val="Heading2"/>
      </w:pPr>
      <w:r>
        <w:t>November keeps the Pride calendar glowing</w:t>
      </w:r>
      <w:r/>
    </w:p>
    <w:p>
      <w:r/>
      <w:r>
        <w:t xml:space="preserve">November has a useful knack for making the travel year feel unfinished. While much of the northern hemisphere is reaching for coats, Winter Pride Maspalomas offers a different backdrop: Gran Canaria's milder climate, a week-long celebration and a packed calendar of events. The organisers list the festival for 2-8 November 2026. </w:t>
      </w:r>
      <w:hyperlink r:id="rId9">
        <w:r>
          <w:rPr>
            <w:color w:val="0000EE"/>
            <w:u w:val="single"/>
          </w:rPr>
          <w:t>[2]</w:t>
        </w:r>
      </w:hyperlink>
      <w:r/>
    </w:p>
    <w:p>
      <w:r/>
      <w:r>
        <w:t xml:space="preserve">That makes it an appealing option for travellers who want a late-season Pride without treating the weather as an endurance sport. Check the event programme and local travel details before booking, as schedules and practical arrangements can change. </w:t>
      </w:r>
      <w:hyperlink r:id="rId9">
        <w:r>
          <w:rPr>
            <w:color w:val="0000EE"/>
            <w:u w:val="single"/>
          </w:rPr>
          <w:t>[2]</w:t>
        </w:r>
      </w:hyperlink>
      <w:r/>
    </w:p>
    <w:p>
      <w:pPr>
        <w:pStyle w:val="Heading2"/>
      </w:pPr>
      <w:r>
        <w:t>Utah puts queer stories centre stage</w:t>
      </w:r>
      <w:r/>
    </w:p>
    <w:p>
      <w:r/>
      <w:r>
        <w:t xml:space="preserve">Not every memorable LGBTQ+ event needs a parade route. The Utah Queer Film Festival, scheduled for 6-8 November, gives filmmakers and audiences space to gather around stories that don't always get the big-screen attention they deserve. </w:t>
      </w:r>
      <w:hyperlink r:id="rId10">
        <w:r>
          <w:rPr>
            <w:color w:val="0000EE"/>
            <w:u w:val="single"/>
          </w:rPr>
          <w:t>[3]</w:t>
        </w:r>
      </w:hyperlink>
      <w:r/>
    </w:p>
    <w:p>
      <w:r/>
      <w:r>
        <w:t xml:space="preserve">The festival's appeal reaches beyond the cinema, with its programme built around creative exchange and community. For visitors, that can make a screening weekend feel more like a chance to meet people and hear fresh perspectives than simply ticking films off a list. </w:t>
      </w:r>
      <w:hyperlink r:id="rId10">
        <w:r>
          <w:rPr>
            <w:color w:val="0000EE"/>
            <w:u w:val="single"/>
          </w:rPr>
          <w:t>[3]</w:t>
        </w:r>
      </w:hyperlink>
      <w:r/>
    </w:p>
    <w:p>
      <w:pPr>
        <w:pStyle w:val="Heading2"/>
      </w:pPr>
      <w:r>
        <w:t>Rio turns Pride into a city-wide occasion</w:t>
      </w:r>
      <w:r/>
    </w:p>
    <w:p>
      <w:r/>
      <w:r>
        <w:t xml:space="preserve">In Rio de Janeiro, Pride is a chance to experience the city as well as its celebration. The official tourism listing identifies the 31st LGBTI Pride parade for 22 November 2026, a date worth keeping in mind when planning around the wider event period. </w:t>
      </w:r>
      <w:hyperlink r:id="rId11">
        <w:r>
          <w:rPr>
            <w:color w:val="0000EE"/>
            <w:u w:val="single"/>
          </w:rPr>
          <w:t>[4]</w:t>
        </w:r>
      </w:hyperlink>
      <w:r/>
    </w:p>
    <w:p>
      <w:r/>
      <w:r>
        <w:t xml:space="preserve">Beach time and street celebrations make a tempting combination, but it's sensible to leave room for practicalities too. Check official updates for parade information, transport arrangements and timing, then plan your route rather than assuming you'll be able to drift effortlessly from the sand to the crowds. </w:t>
      </w:r>
      <w:hyperlink r:id="rId11">
        <w:r>
          <w:rPr>
            <w:color w:val="0000EE"/>
            <w:u w:val="single"/>
          </w:rPr>
          <w:t>[4]</w:t>
        </w:r>
      </w:hyperlink>
      <w:r/>
    </w:p>
    <w:p>
      <w:pPr>
        <w:pStyle w:val="Heading2"/>
      </w:pPr>
      <w:r>
        <w:t>Palm Springs offers a theme with purpose</w:t>
      </w:r>
      <w:r/>
    </w:p>
    <w:p>
      <w:r/>
      <w:r>
        <w:t xml:space="preserve">Palm Springs Pride brings its familiar mix of parade and festival energy, but its 2026 theme adds a clear message. The organisers have announced "Be Included", describing it as a call for solidarity, cultural power and a strong community. </w:t>
      </w:r>
      <w:hyperlink r:id="rId12">
        <w:r>
          <w:rPr>
            <w:color w:val="0000EE"/>
            <w:u w:val="single"/>
          </w:rPr>
          <w:t>[5]</w:t>
        </w:r>
      </w:hyperlink>
      <w:r/>
    </w:p>
    <w:p>
      <w:r/>
      <w:r>
        <w:t xml:space="preserve">The theme gives the weekend a little more to think about between performances and social plans. If you're going, comfortable shoes are a wise choice for a day spent on your feet, and checking the organisers' updates before you travel should help keep your plans current. </w:t>
      </w:r>
      <w:hyperlink r:id="rId12">
        <w:r>
          <w:rPr>
            <w:color w:val="0000EE"/>
            <w:u w:val="single"/>
          </w:rPr>
          <w:t>[5]</w:t>
        </w:r>
      </w:hyperlink>
      <w:r/>
    </w:p>
    <w:p>
      <w:pPr>
        <w:pStyle w:val="Heading2"/>
      </w:pPr>
      <w:r>
        <w:t>Fort Lauderdale carries the party into December</w:t>
      </w:r>
      <w:r/>
    </w:p>
    <w:p>
      <w:r/>
      <w:r>
        <w:t xml:space="preserve">Pig Week Fort Lauderdale runs from 27 November to 6 December 2026, extending the calendar beyond a neat long weekend. Its organisers describe a programme for the leather community that includes parties and demonstrations, making it a more specific fit than a general city festival. </w:t>
      </w:r>
      <w:hyperlink r:id="rId13">
        <w:r>
          <w:rPr>
            <w:color w:val="0000EE"/>
            <w:u w:val="single"/>
          </w:rPr>
          <w:t>[6]</w:t>
        </w:r>
      </w:hyperlink>
      <w:r/>
    </w:p>
    <w:p>
      <w:r/>
      <w:r>
        <w:t xml:space="preserve">As with any event focused on adult socialising, look over the official programme and venue details before choosing what to attend. The best trip is one that suits your interests and comfort level, with enough breathing room to enjoy the people and places around it. </w:t>
      </w:r>
      <w:hyperlink r:id="rId13">
        <w:r>
          <w:rPr>
            <w:color w:val="0000EE"/>
            <w:u w:val="single"/>
          </w:rPr>
          <w:t>[6]</w:t>
        </w:r>
      </w:hyperlink>
      <w:r/>
    </w:p>
    <w:p>
      <w:r/>
      <w:r>
        <w:t>November's LGBTQ+ calendar has room for sun, stories, spectacle and community, so choose the gathering that feels most like your kind of escape.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11">
        <w:r>
          <w:rPr>
            <w:color w:val="0000EE"/>
            <w:u w:val="single"/>
          </w:rPr>
          <w:t>[4]</w:t>
        </w:r>
      </w:hyperlink>
      <w:r>
        <w:t xml:space="preserve">- Paragraph 8: </w:t>
      </w:r>
      <w:hyperlink r:id="rId12">
        <w:r>
          <w:rPr>
            <w:color w:val="0000EE"/>
            <w:u w:val="single"/>
          </w:rPr>
          <w:t>[5]</w:t>
        </w:r>
      </w:hyperlink>
      <w:r>
        <w:t xml:space="preserve">- Paragraph 9: </w:t>
      </w:r>
      <w:hyperlink r:id="rId12">
        <w:r>
          <w:rPr>
            <w:color w:val="0000EE"/>
            <w:u w:val="single"/>
          </w:rPr>
          <w:t>[5]</w:t>
        </w:r>
      </w:hyperlink>
      <w:r>
        <w:t xml:space="preserve">- Paragraph 10: </w:t>
      </w:r>
      <w:hyperlink r:id="rId13">
        <w:r>
          <w:rPr>
            <w:color w:val="0000EE"/>
            <w:u w:val="single"/>
          </w:rPr>
          <w:t>[6]</w:t>
        </w:r>
      </w:hyperlink>
      <w:r>
        <w:t xml:space="preserve">- Paragraph 11: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https://www.gaycities.com/articles/108021/never-fear-november-fun-is-here/</w:t>
        </w:r>
      </w:hyperlink>
      <w:r>
        <w:t xml:space="preserve"> - Please view link - unable to able to access data</w:t>
      </w:r>
      <w:r/>
    </w:p>
    <w:p>
      <w:pPr>
        <w:pStyle w:val="ListNumber"/>
        <w:spacing w:line="240" w:lineRule="auto"/>
        <w:ind w:left="720"/>
      </w:pPr>
      <w:r/>
      <w:hyperlink r:id="rId9">
        <w:r>
          <w:rPr>
            <w:color w:val="0000EE"/>
            <w:u w:val="single"/>
          </w:rPr>
          <w:t>https://www.winterpride.com/?lang=en</w:t>
        </w:r>
      </w:hyperlink>
      <w:r>
        <w:t xml:space="preserve"> - Winter Pride’s official website confirms that the 2026 festival runs from 2 to 8 November in Maspalomas, Gran Canaria. It describes a full week of live shows, pool parties, excursions and the Pride Walk, and highlights the area’s mild November climate. These details support the article’s portrayal of Winter Pride as a week-long LGBTQ+ celebration and a late-season European Pride event. The site also invites visitors to plan travel and accommodation, reflecting the festival’s international appeal. The page focuses on the event’s dates, location and programme, rather than independently substantiating the article’s broader claim that it is Europe’s final Pride of the year.</w:t>
      </w:r>
      <w:r/>
    </w:p>
    <w:p>
      <w:pPr>
        <w:pStyle w:val="ListNumber"/>
        <w:spacing w:line="240" w:lineRule="auto"/>
        <w:ind w:left="720"/>
      </w:pPr>
      <w:r/>
      <w:hyperlink r:id="rId10">
        <w:r>
          <w:rPr>
            <w:color w:val="0000EE"/>
            <w:u w:val="single"/>
          </w:rPr>
          <w:t>https://utahqueerfilmfestival.org/</w:t>
        </w:r>
      </w:hyperlink>
      <w:r>
        <w:t xml:space="preserve"> - The Utah Queer Film Festival’s official site announces its 2026 edition for 6–8 November in Salt Lake City. The programme includes 35 independent LGBTQIA+ films, with stories from local, national and international filmmakers. The festival presents itself as a dedicated space for audiences and filmmakers to experience queer independent cinema together. In 2026, in-person screenings, question-and-answer sessions and artist performances are scheduled at Utah Film Center’s Geralyn White Dreyfous building; selected virtual films are planned for 9–15 November. The site also notes that this is the festival’s 23rd year highlighting LGBTQIA+ stories, supporting the article’s description of its long-running platform.</w:t>
      </w:r>
      <w:r/>
    </w:p>
    <w:p>
      <w:pPr>
        <w:pStyle w:val="ListNumber"/>
        <w:spacing w:line="240" w:lineRule="auto"/>
        <w:ind w:left="720"/>
      </w:pPr>
      <w:r/>
      <w:hyperlink r:id="rId11">
        <w:r>
          <w:rPr>
            <w:color w:val="0000EE"/>
            <w:u w:val="single"/>
          </w:rPr>
          <w:t>https://visitrio.com.br/evento/31a-parada-do-orgulho-lgbti-rio-2026/</w:t>
        </w:r>
      </w:hyperlink>
      <w:r>
        <w:t xml:space="preserve"> - Visit Rio’s event listing describes the 31st Rio LGBTI+ Pride Parade as a cultural, social and civic event on Copacabana’s waterfront, organised by Grupo Arco-Íris de Cidadania LGBTI+. It confirms the 2026 parade date as 22 November and outlines planned music performances, DJs, performances, sound trucks and human-rights awareness activities. The listing also says that more than 30 cultural, social and institutional activities will take place across the year alongside the main parade. This supports the article’s details about Rio Pride’s location, parade and wider programme, although it does not verify the article’s separate claim that the celebration lasts a full week.</w:t>
      </w:r>
      <w:r/>
    </w:p>
    <w:p>
      <w:pPr>
        <w:pStyle w:val="ListNumber"/>
        <w:spacing w:line="240" w:lineRule="auto"/>
        <w:ind w:left="720"/>
      </w:pPr>
      <w:r/>
      <w:hyperlink r:id="rId12">
        <w:r>
          <w:rPr>
            <w:color w:val="0000EE"/>
            <w:u w:val="single"/>
          </w:rPr>
          <w:t>https://www.pspride.org/post/palm-springs-pride-announces-2026-theme-be-included-a-call-for-solidarity-cultural-power-and-ra</w:t>
        </w:r>
      </w:hyperlink>
      <w:r>
        <w:t xml:space="preserve"> - Greater Palm Springs Pride’s announcement confirms that its 40th annual celebration takes place from 6 to 8 November 2026. The festival spans Downtown Palm Springs and the Arenas District, with multiple stages, live entertainment, an exhibitor marketplace and nightly block parties. The organisation says the parade is scheduled for Sunday, 8 November, at 10 am, travelling along Palm Canyon Drive. The announcement also describes Pride’s role in supporting LGBTQ+ visibility, dignity and equality. These details support the article’s information on the festival weekend, parade route, performances and community focus. It does not specifically confirm every pool party or mixer mentioned in the article.</w:t>
      </w:r>
      <w:r/>
    </w:p>
    <w:p>
      <w:pPr>
        <w:pStyle w:val="ListNumber"/>
        <w:spacing w:line="240" w:lineRule="auto"/>
        <w:ind w:left="720"/>
      </w:pPr>
      <w:r/>
      <w:hyperlink r:id="rId13">
        <w:r>
          <w:rPr>
            <w:color w:val="0000EE"/>
            <w:u w:val="single"/>
          </w:rPr>
          <w:t>https://www.pigweek.com/</w:t>
        </w:r>
      </w:hyperlink>
      <w:r>
        <w:t xml:space="preserve"> - Pig Week’s official site confirms that its 2026 event, titled “The Dirty Dozen”, runs from 27 November to 6 December in Fort Lauderdale, Florida. It describes ten days of parties, socials and other events across Fort Lauderdale and Wilton Manors, including pool gatherings and late-night events at bars and private venues. The site says participants can register for a Dog Tag that provides access to events and discounts at local businesses. It presents Pig Week as an adults-only event, with the listed age requirement of 21 and over. These details support the article’s dates, location and description of a multi-day LGBTQ+ leather and fetish event.</w:t>
      </w:r>
      <w:r/>
    </w:p>
    <w:p>
      <w:pPr>
        <w:pStyle w:val="ListNumber"/>
        <w:spacing w:line="240" w:lineRule="auto"/>
        <w:ind w:left="720"/>
      </w:pPr>
      <w:r/>
      <w:hyperlink r:id="rId14">
        <w:r>
          <w:rPr>
            <w:color w:val="0000EE"/>
            <w:u w:val="single"/>
          </w:rPr>
          <w:t>https://www.gaycities.com/articles/108021/never-fear-november-fun-is-here/</w:t>
        </w:r>
      </w:hyperlink>
      <w:r>
        <w:t xml:space="preserve"> - GayCities’ article previews five LGBTQ+ events scheduled for November and early December 2026: Winter Pride Maspalomas, the Utah Queer Film Festival, Rio Gay Pride, Palm Springs Pride and Pig Week in Fort Lauderdale. It summarises each event’s dates, location and anticipated attractions, including pool parties and shows in Maspalomas, queer cinema in Utah, Copacabana celebrations, Palm Springs’ parade and festival, and leather and fetish events during Pig Week. The article frames these gatherings as opportunities for LGBTQ+ travellers to celebrate before winter. It also promotes the GayCities newsletter for travel guides and event updates. This is the original article, rather than an independent source verifying its individual claims.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nterpride.com/?lang=en" TargetMode="External"/><Relationship Id="rId10" Type="http://schemas.openxmlformats.org/officeDocument/2006/relationships/hyperlink" Target="https://utahqueerfilmfestival.org/" TargetMode="External"/><Relationship Id="rId11" Type="http://schemas.openxmlformats.org/officeDocument/2006/relationships/hyperlink" Target="https://visitrio.com.br/evento/31a-parada-do-orgulho-lgbti-rio-2026/" TargetMode="External"/><Relationship Id="rId12" Type="http://schemas.openxmlformats.org/officeDocument/2006/relationships/hyperlink" Target="https://www.pspride.org/post/palm-springs-pride-announces-2026-theme-be-included-a-call-for-solidarity-cultural-power-and-ra" TargetMode="External"/><Relationship Id="rId13" Type="http://schemas.openxmlformats.org/officeDocument/2006/relationships/hyperlink" Target="https://www.pigweek.com/" TargetMode="External"/><Relationship Id="rId14" Type="http://schemas.openxmlformats.org/officeDocument/2006/relationships/hyperlink" Target="https://www.gaycities.com/articles/108021/never-fear-november-fun-is-he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