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Las Vegas Christmas Events for a Festive 2026 Holiday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Las Vegas is trading its neon glow for millions of Christmas lights, family attractions and seasonal shows in 2026. From a cactus garden lit up in Henderson to ballet, live music and downtown celebrations, the holiday calendar has options for families, couples and anyone who fancies a little festive sparkle in the desert.</w:t>
      </w:r>
      <w:r/>
    </w:p>
    <w:p>
      <w:pPr>
        <w:pStyle w:val="Heading2"/>
      </w:pPr>
      <w:r>
        <w:t>Essential Takeaways</w:t>
      </w:r>
      <w:r/>
      <w:r/>
    </w:p>
    <w:p>
      <w:pPr>
        <w:pStyle w:val="ListBullet"/>
        <w:spacing w:line="240" w:lineRule="auto"/>
        <w:ind w:left="720"/>
      </w:pPr>
      <w:r/>
      <w:r>
        <w:rPr>
          <w:b/>
        </w:rPr>
        <w:t>A bright start:</w:t>
      </w:r>
      <w:r>
        <w:t xml:space="preserve"> Enchant Christmas runs from November 20 to December 27, with a Las Vegas PRIDE Night on December 3.</w:t>
      </w:r>
      <w:r/>
    </w:p>
    <w:p>
      <w:pPr>
        <w:pStyle w:val="ListBullet"/>
        <w:spacing w:line="240" w:lineRule="auto"/>
        <w:ind w:left="720"/>
      </w:pPr>
      <w:r/>
      <w:r>
        <w:rPr>
          <w:b/>
        </w:rPr>
        <w:t>A local favourite:</w:t>
      </w:r>
      <w:r>
        <w:t xml:space="preserve"> Opportunity Village's Magical Forest pairs rides and festive lights with support for people with intellectual and developmental disabilities.</w:t>
      </w:r>
      <w:r/>
    </w:p>
    <w:p>
      <w:pPr>
        <w:pStyle w:val="ListBullet"/>
        <w:spacing w:line="240" w:lineRule="auto"/>
        <w:ind w:left="720"/>
      </w:pPr>
      <w:r/>
      <w:r>
        <w:rPr>
          <w:b/>
        </w:rPr>
        <w:t>Desert-style decor:</w:t>
      </w:r>
      <w:r>
        <w:t xml:space="preserve"> Ethel M's free Holiday Cactus Garden runs from November 5 to January 3.</w:t>
      </w:r>
      <w:r/>
    </w:p>
    <w:p>
      <w:pPr>
        <w:pStyle w:val="ListBullet"/>
        <w:spacing w:line="240" w:lineRule="auto"/>
        <w:ind w:left="720"/>
      </w:pPr>
      <w:r/>
      <w:r>
        <w:rPr>
          <w:b/>
        </w:rPr>
        <w:t>Big nights out:</w:t>
      </w:r>
      <w:r>
        <w:t xml:space="preserve"> The Smith Center hosts The Nutcracker from December 12 to 27 and A Very Vegas Christmas on December 5 and 6.</w:t>
      </w:r>
      <w:r/>
    </w:p>
    <w:p>
      <w:pPr>
        <w:pStyle w:val="ListBullet"/>
        <w:spacing w:line="240" w:lineRule="auto"/>
        <w:ind w:left="720"/>
      </w:pPr>
      <w:r/>
      <w:r>
        <w:rPr>
          <w:b/>
        </w:rPr>
        <w:t>A free community pick:</w:t>
      </w:r>
      <w:r>
        <w:t xml:space="preserve"> Henderson WinterFest brings a tree-lighting and drone show, followed by an illuminated parade.</w:t>
      </w:r>
      <w:r/>
      <w:r/>
    </w:p>
    <w:p>
      <w:pPr>
        <w:pStyle w:val="Heading2"/>
      </w:pPr>
      <w:r>
        <w:t>Las Vegas Christmas lights bring winter magic to the desert</w:t>
      </w:r>
      <w:r/>
    </w:p>
    <w:p>
      <w:r/>
      <w:r>
        <w:t>In Las Vegas, the holiday season doesn't need snow to feel spectacular. Enchant Christmas turns the venue into a glowing winter adventure, with a light maze, ice skating, carolling and snow slides. It runs from November 20 to December 27, and December 3 is set aside for a special Las Vegas PRIDE Night. (Enchant Christmas)</w:t>
      </w:r>
      <w:r/>
    </w:p>
    <w:p>
      <w:r/>
      <w:r>
        <w:t>For a more distinctly Nevada stroll, Ethel M Chocolates' Holiday Cactus Garden wraps three acres of desert plants in seasonal lights and displays. Admission is free, and the display runs from November 5 to January 3, so there's time to take it in with a cup of hot chocolate. (Ethel M Chocolates)</w:t>
      </w:r>
      <w:r/>
    </w:p>
    <w:p>
      <w:r/>
      <w:r>
        <w:t>Opportunity Village's Magical Forest adds rides, games and festive food to its illuminated paths, with Santa scheduled to visit through December 24. The seasonal attraction also supports the organisation's work with people who have intellectual and developmental disabilities. (Opportunity Village)</w:t>
      </w:r>
      <w:r/>
    </w:p>
    <w:p>
      <w:pPr>
        <w:pStyle w:val="Heading2"/>
      </w:pPr>
      <w:r>
        <w:t>Choose a show, from ballet to holiday orchestras</w:t>
      </w:r>
      <w:r/>
    </w:p>
    <w:p>
      <w:r/>
      <w:r>
        <w:t>The Smith Center offers a classic Christmas outing with Nevada Ballet Theatre's The Nutcracker, running December 12 to 27. Expect a full-scale stage production built around the familiar story, with a two-hour running time including an interval. (The Smith Center)</w:t>
      </w:r>
      <w:r/>
    </w:p>
    <w:p>
      <w:r/>
      <w:r>
        <w:t>For a musical evening with a local touch, A Very Vegas Christmas brings the Las Vegas Philharmonic together with guest singers and a Nevada Ballet Theatre excerpt from The Nutcracker. The performances are scheduled for December 5 and 6 at Reynolds Hall. (The Smith Center)</w:t>
      </w:r>
      <w:r/>
    </w:p>
    <w:p>
      <w:r/>
      <w:r>
        <w:t>And Las Vegas has room for the less traditional, too. The wider holiday programme includes drag comedy, rock spectacle and film-with-orchestra performances, alongside quieter candlelit music. That range makes it easier to find a night out that suits your mood, rather than simply defaulting to the same old seasonal playlist.</w:t>
      </w:r>
      <w:r/>
    </w:p>
    <w:p>
      <w:pPr>
        <w:pStyle w:val="Heading2"/>
      </w:pPr>
      <w:r>
        <w:t>Make a day of Henderson's festive traditions</w:t>
      </w:r>
      <w:r/>
    </w:p>
    <w:p>
      <w:r/>
      <w:r>
        <w:t>Henderson WinterFest opens with a tree-lighting celebration and drone show at Water Street Plaza on December 3. The following evening, the Electric Light Parade brings illuminated floats and costumes to Water Street; both events are free. (City of Henderson)</w:t>
      </w:r>
      <w:r/>
    </w:p>
    <w:p>
      <w:r/>
      <w:r>
        <w:t>Opportunity Village's Magical Forest is another outing with a community-minded purpose. Its seasonal setting is designed for families, but the charitable mission gives the visit an added dimension: a festive evening can also help fund support and employment opportunities. (Opportunity Village)</w:t>
      </w:r>
      <w:r/>
    </w:p>
    <w:p>
      <w:r/>
      <w:r>
        <w:t>For a quieter plan, try the cactus garden after dark, or save the bigger attractions for a weekend when you have time to linger. Las Vegas is spread out, so checking locations and event times before setting off can spare you a rather un-festive drive across town. (Ethel M Chocolates; City of Henderson)</w:t>
      </w:r>
      <w:r/>
    </w:p>
    <w:p>
      <w:pPr>
        <w:pStyle w:val="Heading2"/>
      </w:pPr>
      <w:r>
        <w:t>How to plan your Las Vegas holiday outing</w:t>
      </w:r>
      <w:r/>
    </w:p>
    <w:p>
      <w:r/>
      <w:r>
        <w:t>Start with the experience you want. A drive-through light display is handy if you have young children or would rather stay warm in the car, while a walk-through attraction is better for rides, photos and a slower wander. Check each event's current schedule before travelling, particularly around Christmas and New Year's Day. (Opportunity Village; Ethel M Chocolates)</w:t>
      </w:r>
      <w:r/>
    </w:p>
    <w:p>
      <w:r/>
      <w:r>
        <w:t>For live shows, book around the date and style that suit your group. The Nutcracker is a traditional family choice, while A Very Vegas Christmas offers a concert format with seasonal favourites and guest performers. If you're attending a popular performance, allow time to arrive and settle in before the curtain rises. (The Smith Center)</w:t>
      </w:r>
      <w:r/>
    </w:p>
    <w:p>
      <w:r/>
      <w:r>
        <w:t>One of the pleasures of Christmas in Las Vegas is the contrast: desert plants under glittering lights, then a night of orchestral music or a lively downtown parade. Pick one big attraction and one easy extra, and the season can feel festive without turning into a logistical marathon.</w:t>
      </w:r>
      <w:r/>
    </w:p>
    <w:p>
      <w:pPr>
        <w:pStyle w:val="Heading2"/>
      </w:pPr>
      <w:r>
        <w:t>Closing Line</w:t>
      </w:r>
      <w:r/>
    </w:p>
    <w:p>
      <w:r/>
      <w:r>
        <w:t>For Christmas lights, live shows and desert-grown seasonal charm, Las Vegas has plenty to put on your holiday list.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1">
        <w:r>
          <w:rPr>
            <w:color w:val="0000EE"/>
            <w:u w:val="single"/>
          </w:rPr>
          <w:t>[4]</w:t>
        </w:r>
      </w:hyperlink>
      <w:r>
        <w:t xml:space="preserve">- Paragraph 3: </w:t>
      </w:r>
      <w:hyperlink r:id="rId12">
        <w:r>
          <w:rPr>
            <w:color w:val="0000EE"/>
            <w:u w:val="single"/>
          </w:rPr>
          <w:t>[3]</w:t>
        </w:r>
      </w:hyperlink>
      <w:r>
        <w:t xml:space="preserve">- Paragraph 4: </w:t>
      </w:r>
      <w:hyperlink r:id="rId13">
        <w:r>
          <w:rPr>
            <w:color w:val="0000EE"/>
            <w:u w:val="single"/>
          </w:rPr>
          <w:t>[5]</w:t>
        </w:r>
      </w:hyperlink>
      <w:r>
        <w:t xml:space="preserve">- Paragraph 5: </w:t>
      </w:r>
      <w:hyperlink r:id="rId14">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t xml:space="preserve">- Paragraph 7: </w:t>
      </w:r>
      <w:hyperlink r:id="rId15">
        <w:r>
          <w:rPr>
            <w:color w:val="0000EE"/>
            <w:u w:val="single"/>
          </w:rPr>
          <w:t>[7]</w:t>
        </w:r>
      </w:hyperlink>
      <w:r>
        <w:t xml:space="preserve">- Paragraph 8: </w:t>
      </w:r>
      <w:hyperlink r:id="rId12">
        <w:r>
          <w:rPr>
            <w:color w:val="0000EE"/>
            <w:u w:val="single"/>
          </w:rPr>
          <w:t>[3]</w:t>
        </w:r>
      </w:hyperlink>
      <w:r>
        <w:t xml:space="preserve">- Paragraph 9: </w:t>
      </w:r>
      <w:hyperlink r:id="rId11">
        <w:r>
          <w:rPr>
            <w:color w:val="0000EE"/>
            <w:u w:val="single"/>
          </w:rPr>
          <w:t>[4]</w:t>
        </w:r>
      </w:hyperlink>
      <w:r>
        <w:t xml:space="preserve">, </w:t>
      </w:r>
      <w:hyperlink r:id="rId15">
        <w:r>
          <w:rPr>
            <w:color w:val="0000EE"/>
            <w:u w:val="single"/>
          </w:rPr>
          <w:t>[7]</w:t>
        </w:r>
      </w:hyperlink>
      <w:r>
        <w:t xml:space="preserve">- Paragraph 10: </w:t>
      </w:r>
      <w:hyperlink r:id="rId12">
        <w:r>
          <w:rPr>
            <w:color w:val="0000EE"/>
            <w:u w:val="single"/>
          </w:rPr>
          <w:t>[3]</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w:t>
      </w:r>
      <w:hyperlink r:id="rId11">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https://lasvegaspride.org/2026/11/04/making-spirits-bright/</w:t>
        </w:r>
      </w:hyperlink>
      <w:r>
        <w:t xml:space="preserve"> - Please view link - unable to able to access data</w:t>
      </w:r>
      <w:r/>
    </w:p>
    <w:p>
      <w:pPr>
        <w:pStyle w:val="ListNumber"/>
        <w:spacing w:line="240" w:lineRule="auto"/>
        <w:ind w:left="720"/>
      </w:pPr>
      <w:r/>
      <w:hyperlink r:id="rId10">
        <w:r>
          <w:rPr>
            <w:color w:val="0000EE"/>
            <w:u w:val="single"/>
          </w:rPr>
          <w:t>https://www.enchantchristmas.com/las-vegas/</w:t>
        </w:r>
      </w:hyperlink>
      <w:r>
        <w:t xml:space="preserve"> - Enchant Christmas returns to Las Vegas Ballpark from 20 November to 27 December 2026 with a refreshed story and maze adventure. The official event page describes a large Christmas light maze alongside ice skating, seasonal food and drinks, live entertainment, carolling, Santa visits, a shopping village and photo opportunities. It presents the event as an immersive, family-friendly holiday experience, with new installations and festive surprises for the 2026 season. This page supports the article’s description of Enchant’s dates and activities. Check the event’s ticket information for availability and any changes before planning a visit.</w:t>
      </w:r>
      <w:r/>
    </w:p>
    <w:p>
      <w:pPr>
        <w:pStyle w:val="ListNumber"/>
        <w:spacing w:line="240" w:lineRule="auto"/>
        <w:ind w:left="720"/>
      </w:pPr>
      <w:r/>
      <w:hyperlink r:id="rId12">
        <w:r>
          <w:rPr>
            <w:color w:val="0000EE"/>
            <w:u w:val="single"/>
          </w:rPr>
          <w:t>https://www.opportunityvillage.org/ovevents/magical-forest</w:t>
        </w:r>
      </w:hyperlink>
      <w:r>
        <w:t xml:space="preserve"> - Opportunity Village’s official Magical Forest page lists the 2026 season dates as 27–29 November, 3–24 December and 26 December–1 January. It gives evening opening hours and describes the attraction at 6300 West Oakey Boulevard as a family holiday theme park filled with lights and decorated trees. Activities include the Forest Express train, a 50-foot Avalanche Slide, mini-golf, midway games, festive food, shops and Santa visits through 24 December. The page also explains that ticket proceeds support Opportunity Village’s work serving people with intellectual and developmental disabilities. It substantiates the article’s central Magical Forest details.</w:t>
      </w:r>
      <w:r/>
    </w:p>
    <w:p>
      <w:pPr>
        <w:pStyle w:val="ListNumber"/>
        <w:spacing w:line="240" w:lineRule="auto"/>
        <w:ind w:left="720"/>
      </w:pPr>
      <w:r/>
      <w:hyperlink r:id="rId11">
        <w:r>
          <w:rPr>
            <w:color w:val="0000EE"/>
            <w:u w:val="single"/>
          </w:rPr>
          <w:t>https://www.ethelm.com/en-us/locations/henderson-flagship/cactus-garden/holiday-cactus-garden</w:t>
        </w:r>
      </w:hyperlink>
      <w:r>
        <w:t xml:space="preserve"> - Ethel M Chocolates’ official page announces its 33rd Holiday Cactus Garden Lights display, open nightly from 5 November 2026 through 3 January 2027. Visitors can walk through the garden illuminated by a million lights and enjoy hot chocolate; Santa is scheduled to appear through 23 December. The page provides special opening hours for Christmas Eve, Christmas Day, New Year’s Eve and New Year’s Day, and says reservations are not required. It also identifies the Henderson location and explains the Santa photo and express-pass options. These details support the article’s description of the seasonal garden experience.</w:t>
      </w:r>
      <w:r/>
    </w:p>
    <w:p>
      <w:pPr>
        <w:pStyle w:val="ListNumber"/>
        <w:spacing w:line="240" w:lineRule="auto"/>
        <w:ind w:left="720"/>
      </w:pPr>
      <w:r/>
      <w:hyperlink r:id="rId13">
        <w:r>
          <w:rPr>
            <w:color w:val="0000EE"/>
            <w:u w:val="single"/>
          </w:rPr>
          <w:t>https://thesmithcenter.com/tickets/2627/the-nutcracker/</w:t>
        </w:r>
      </w:hyperlink>
      <w:r>
        <w:t xml:space="preserve"> - The Smith Center lists Nevada Ballet Theatre’s George Balanchine’s The Nutcracker for 12–27 December 2026 at Reynolds Hall. Its description identifies Balanchine’s choreography, scenic design, imaginative costumes and Tchaikovsky’s score, following Marie and the Nutcracker Prince through the Land of the Sweets. The page names familiar characters and describes the production as returning after its 2025 debut with the company. It also gives the venue address and ticket information. This official listing confirms the article’s dates, location and broad account of the ballet’s presentation, while offering practical information for audiences considering attending.</w:t>
      </w:r>
      <w:r/>
    </w:p>
    <w:p>
      <w:pPr>
        <w:pStyle w:val="ListNumber"/>
        <w:spacing w:line="240" w:lineRule="auto"/>
        <w:ind w:left="720"/>
      </w:pPr>
      <w:r/>
      <w:hyperlink r:id="rId14">
        <w:r>
          <w:rPr>
            <w:color w:val="0000EE"/>
            <w:u w:val="single"/>
          </w:rPr>
          <w:t>https://thesmithcenter.com/tickets/2627/a-very-vegas-christmas/</w:t>
        </w:r>
      </w:hyperlink>
      <w:r>
        <w:t xml:space="preserve"> - The Smith Center’s official listing confirms that the Las Vegas Philharmonic’s A Very Vegas Christmas takes place on 5 and 6 December 2026 at Reynolds Hall. It names Rei Hotoda as music director and conductor, alongside vocalists Travis Cloer, Michelle Johnson, Jonathan Karrant, Naomi Mauro and Ellie Smith. The programme is described as a seasonal concert of sparkling classics and favourites, with special guests. The listing supports the article’s account of the returning holiday concert and its featured performers. It also provides the venue and ticket details, although duration information was not available on the page when checked.</w:t>
      </w:r>
      <w:r/>
    </w:p>
    <w:p>
      <w:pPr>
        <w:pStyle w:val="ListNumber"/>
        <w:spacing w:line="240" w:lineRule="auto"/>
        <w:ind w:left="720"/>
      </w:pPr>
      <w:r/>
      <w:hyperlink r:id="rId15">
        <w:r>
          <w:rPr>
            <w:color w:val="0000EE"/>
            <w:u w:val="single"/>
          </w:rPr>
          <w:t>https://www.cityofhenderson.com/residents/special-interest/winterfest</w:t>
        </w:r>
      </w:hyperlink>
      <w:r>
        <w:t xml:space="preserve"> - The City of Henderson’s WinterFest page identifies the annual celebration as a free holiday event and says the 2026 edition is scheduled for 3 and 4 December. The listed format includes a first-night tree-lighting ceremony and drone show, followed by an electric light parade on the second night. The city describes WinterFest as a seasonal community gathering in the Water Street District, with holiday entertainment and illuminated décor. The page notes that further 2026 information may be added later, so specific programme details should be checked closer to the event. It supports the article’s basic dates, structure and free-admission claim.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svegaspride.org/2026/11/04/making-spirits-bright/" TargetMode="External"/><Relationship Id="rId10" Type="http://schemas.openxmlformats.org/officeDocument/2006/relationships/hyperlink" Target="https://www.enchantchristmas.com/las-vegas/" TargetMode="External"/><Relationship Id="rId11" Type="http://schemas.openxmlformats.org/officeDocument/2006/relationships/hyperlink" Target="https://www.ethelm.com/en-us/locations/henderson-flagship/cactus-garden/holiday-cactus-garden" TargetMode="External"/><Relationship Id="rId12" Type="http://schemas.openxmlformats.org/officeDocument/2006/relationships/hyperlink" Target="https://www.opportunityvillage.org/ovevents/magical-forest" TargetMode="External"/><Relationship Id="rId13" Type="http://schemas.openxmlformats.org/officeDocument/2006/relationships/hyperlink" Target="https://thesmithcenter.com/tickets/2627/the-nutcracker/" TargetMode="External"/><Relationship Id="rId14" Type="http://schemas.openxmlformats.org/officeDocument/2006/relationships/hyperlink" Target="https://thesmithcenter.com/tickets/2627/a-very-vegas-christmas/" TargetMode="External"/><Relationship Id="rId15" Type="http://schemas.openxmlformats.org/officeDocument/2006/relationships/hyperlink" Target="https://www.cityofhenderson.com/residents/special-interest/winterfe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