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Anime to Watch for Romance, Drama and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looking for the best gay anime will find far more than one kind of love story. From the bright rush of competitive skating to a tender school romance, a sapphic mecha adventure or a Christmas-night tale about chosen family, these series and films offer different moods, genres and approaches to queer representation.</w:t>
      </w:r>
      <w:r/>
    </w:p>
    <w:p>
      <w:pPr>
        <w:pStyle w:val="Heading2"/>
      </w:pPr>
      <w:r>
        <w:t>Essential Takeaways</w:t>
      </w:r>
      <w:r/>
      <w:r/>
    </w:p>
    <w:p>
      <w:pPr>
        <w:pStyle w:val="ListBullet"/>
        <w:spacing w:line="240" w:lineRule="auto"/>
        <w:ind w:left="720"/>
      </w:pPr>
      <w:r/>
      <w:r>
        <w:rPr>
          <w:b/>
        </w:rPr>
        <w:t>For an upbeat starting point:</w:t>
      </w:r>
      <w:r>
        <w:t xml:space="preserve"> </w:t>
      </w:r>
      <w:r>
        <w:rPr>
          <w:i/>
        </w:rPr>
        <w:t>Yuri!!! on Ice</w:t>
      </w:r>
      <w:r>
        <w:t xml:space="preserve"> combines adult figure skaters, competition and romance.</w:t>
      </w:r>
      <w:r/>
    </w:p>
    <w:p>
      <w:pPr>
        <w:pStyle w:val="ListBullet"/>
        <w:spacing w:line="240" w:lineRule="auto"/>
        <w:ind w:left="720"/>
      </w:pPr>
      <w:r/>
      <w:r>
        <w:rPr>
          <w:b/>
        </w:rPr>
        <w:t>For a gentle first love:</w:t>
      </w:r>
      <w:r>
        <w:t xml:space="preserve"> </w:t>
      </w:r>
      <w:r>
        <w:rPr>
          <w:i/>
        </w:rPr>
        <w:t>Sasaki and Miyano</w:t>
      </w:r>
      <w:r>
        <w:t xml:space="preserve"> lets a school relationship unfold through everyday conversations.</w:t>
      </w:r>
      <w:r/>
    </w:p>
    <w:p>
      <w:pPr>
        <w:pStyle w:val="ListBullet"/>
        <w:spacing w:line="240" w:lineRule="auto"/>
        <w:ind w:left="720"/>
      </w:pPr>
      <w:r/>
      <w:r>
        <w:rPr>
          <w:b/>
        </w:rPr>
        <w:t>For a film night:</w:t>
      </w:r>
      <w:r>
        <w:t xml:space="preserve"> </w:t>
      </w:r>
      <w:r>
        <w:rPr>
          <w:i/>
        </w:rPr>
        <w:t>Tokyo Godfathers</w:t>
      </w:r>
      <w:r>
        <w:t xml:space="preserve"> follows a found family through a chaotic Christmas Eve in Tokyo.</w:t>
      </w:r>
      <w:r/>
    </w:p>
    <w:p>
      <w:pPr>
        <w:pStyle w:val="ListBullet"/>
        <w:spacing w:line="240" w:lineRule="auto"/>
        <w:ind w:left="720"/>
      </w:pPr>
      <w:r/>
      <w:r>
        <w:rPr>
          <w:b/>
        </w:rPr>
        <w:t>For sapphic stories:</w:t>
      </w:r>
      <w:r>
        <w:t xml:space="preserve"> Try </w:t>
      </w:r>
      <w:r>
        <w:rPr>
          <w:i/>
        </w:rPr>
        <w:t>Bloom Into You</w:t>
      </w:r>
      <w:r>
        <w:t xml:space="preserve"> for introspective romance or </w:t>
      </w:r>
      <w:r>
        <w:rPr>
          <w:i/>
        </w:rPr>
        <w:t>The Witch from Mercury</w:t>
      </w:r>
      <w:r>
        <w:t xml:space="preserve"> for mecha action.</w:t>
      </w:r>
      <w:r/>
    </w:p>
    <w:p>
      <w:pPr>
        <w:pStyle w:val="ListBullet"/>
        <w:spacing w:line="240" w:lineRule="auto"/>
        <w:ind w:left="720"/>
      </w:pPr>
      <w:r/>
      <w:r>
        <w:rPr>
          <w:b/>
        </w:rPr>
        <w:t>Check the mood first:</w:t>
      </w:r>
      <w:r>
        <w:t xml:space="preserve"> </w:t>
      </w:r>
      <w:r>
        <w:rPr>
          <w:i/>
        </w:rPr>
        <w:t>Banana Fish</w:t>
      </w:r>
      <w:r>
        <w:t xml:space="preserve"> is a violent crime drama, while </w:t>
      </w:r>
      <w:r>
        <w:rPr>
          <w:i/>
        </w:rPr>
        <w:t>Given</w:t>
      </w:r>
      <w:r>
        <w:t xml:space="preserve"> deals with bereavement and suicide.</w:t>
      </w:r>
      <w:r/>
      <w:r/>
    </w:p>
    <w:p>
      <w:pPr>
        <w:pStyle w:val="Heading2"/>
      </w:pPr>
      <w:r>
        <w:t>Start with the mood, not just the label</w:t>
      </w:r>
      <w:r/>
    </w:p>
    <w:p>
      <w:r/>
      <w:r>
        <w:t xml:space="preserve">The best gay anime can look very different from one title to the next. </w:t>
      </w:r>
      <w:r>
        <w:rPr>
          <w:i/>
        </w:rPr>
        <w:t>Yuri!!! on Ice</w:t>
      </w:r>
      <w:r>
        <w:t xml:space="preserve"> pairs the nerves and spectacle of figure skating with a growing bond between adult characters, while </w:t>
      </w:r>
      <w:r>
        <w:rPr>
          <w:i/>
        </w:rPr>
        <w:t>Given</w:t>
      </w:r>
      <w:r>
        <w:t xml:space="preserve"> brings romance into a band story shaped by music and grief.</w:t>
      </w:r>
      <w:r/>
    </w:p>
    <w:p>
      <w:r/>
      <w:r>
        <w:t xml:space="preserve">For a softer evening, </w:t>
      </w:r>
      <w:r>
        <w:rPr>
          <w:i/>
        </w:rPr>
        <w:t>Sasaki and Miyano</w:t>
      </w:r>
      <w:r>
        <w:t xml:space="preserve"> takes its time with the uncertainty of a school crush. Want a film instead? </w:t>
      </w:r>
      <w:r>
        <w:rPr>
          <w:i/>
        </w:rPr>
        <w:t>Tokyo Godfathers</w:t>
      </w:r>
      <w:r>
        <w:t xml:space="preserve"> is a lively found-family adventure about Hana, a trans woman, and her companions as they try to help an abandoned baby. GKIDS presents the film as a story centred on this unlikely trio. (Sources: Gayety; GKIDS.)</w:t>
      </w:r>
      <w:r/>
    </w:p>
    <w:p>
      <w:pPr>
        <w:pStyle w:val="Heading2"/>
      </w:pPr>
      <w:r>
        <w:t>BL, yaoi and yuri aren't interchangeable mood guides</w:t>
      </w:r>
      <w:r/>
    </w:p>
    <w:p>
      <w:r/>
      <w:r>
        <w:t>BL, short for “boys' love”, is a broad label for stories about romance between male characters. Yaoi overlaps with BL, but its meaning varies across communities and is often associated with more sexually explicit material. Neither label tells you everything you need to know about a title's age suitability, tone or portrayal of consent.</w:t>
      </w:r>
      <w:r/>
    </w:p>
    <w:p>
      <w:r/>
      <w:r>
        <w:t xml:space="preserve">Yuri and girls' love, often shortened to GL, refer to stories about relationships between female characters. Some make the romance explicit; others leave more room for interpretation. And a queer story doesn't have to be a romance at all: </w:t>
      </w:r>
      <w:r>
        <w:rPr>
          <w:i/>
        </w:rPr>
        <w:t>Tokyo Godfathers</w:t>
      </w:r>
      <w:r>
        <w:t>, for example, centres on family, hardship and an urgent search through the city. (Sources: Gayety; GKIDS.)</w:t>
      </w:r>
      <w:r/>
    </w:p>
    <w:p>
      <w:pPr>
        <w:pStyle w:val="Heading2"/>
      </w:pPr>
      <w:r>
        <w:t>Choose a romance that fits your evening</w:t>
      </w:r>
      <w:r/>
    </w:p>
    <w:p>
      <w:r/>
      <w:r>
        <w:t xml:space="preserve">If you want warmth and momentum, </w:t>
      </w:r>
      <w:r>
        <w:rPr>
          <w:i/>
        </w:rPr>
        <w:t>Yuri!!! on Ice</w:t>
      </w:r>
      <w:r>
        <w:t xml:space="preserve"> is an inviting starting point: its adult leads balance high-pressure skating with an evolving relationship. </w:t>
      </w:r>
      <w:r>
        <w:rPr>
          <w:i/>
        </w:rPr>
        <w:t>Given</w:t>
      </w:r>
      <w:r>
        <w:t xml:space="preserve"> is another strong pick, especially if you enjoy music-driven stories, though Crunchyroll's series listing is a useful reminder to check details before settling in. Its story includes grief and suicide, so it's not the lightest choice. (Sources: Gayety; Crunchyroll.)</w:t>
      </w:r>
      <w:r/>
    </w:p>
    <w:p>
      <w:r/>
      <w:r>
        <w:t xml:space="preserve">For a quieter romance, </w:t>
      </w:r>
      <w:r>
        <w:rPr>
          <w:i/>
        </w:rPr>
        <w:t>Sasaki and Miyano</w:t>
      </w:r>
      <w:r>
        <w:t xml:space="preserve"> builds its affection through small moments rather than grand declarations. </w:t>
      </w:r>
      <w:r>
        <w:rPr>
          <w:i/>
        </w:rPr>
        <w:t>Bloom Into You</w:t>
      </w:r>
      <w:r>
        <w:t xml:space="preserve"> is more reflective, exploring what people expect love to feel like and what happens when their own emotions don't match the script. The anime's announcement coverage framed it around the connection between Yuu and Touko, making it a natural pick for viewers after a thoughtful sapphic story. (Sources: Gayety; Crunchyroll News.)</w:t>
      </w:r>
      <w:r/>
    </w:p>
    <w:p>
      <w:pPr>
        <w:pStyle w:val="Heading2"/>
      </w:pPr>
      <w:r>
        <w:t>Want action, crime or a film instead?</w:t>
      </w:r>
      <w:r/>
    </w:p>
    <w:p>
      <w:r/>
      <w:r>
        <w:rPr>
          <w:i/>
        </w:rPr>
        <w:t>The Witch from Mercury</w:t>
      </w:r>
      <w:r>
        <w:t xml:space="preserve"> brings sapphic romance into a world of mobile suits, school rivalries and corporate power. It offers a lively change of pace from intimate school dramas, and you don't need to work through earlier </w:t>
      </w:r>
      <w:r>
        <w:rPr>
          <w:i/>
        </w:rPr>
        <w:t>Gundam</w:t>
      </w:r>
      <w:r>
        <w:t xml:space="preserve"> series to begin. Crunchyroll's episode listing gives viewers a place to check the series before watching. (Sources: Gayety; Crunchyroll.)</w:t>
      </w:r>
      <w:r/>
    </w:p>
    <w:p>
      <w:r/>
      <w:r>
        <w:t xml:space="preserve">For a self-contained film, </w:t>
      </w:r>
      <w:r>
        <w:rPr>
          <w:i/>
        </w:rPr>
        <w:t>Tokyo Godfathers</w:t>
      </w:r>
      <w:r>
        <w:t xml:space="preserve"> mixes comedy, adventure and found-family warmth, though some jokes and language around Hana's gender may feel dated. </w:t>
      </w:r>
      <w:r>
        <w:rPr>
          <w:i/>
        </w:rPr>
        <w:t>Banana Fish</w:t>
      </w:r>
      <w:r>
        <w:t>, by contrast, is a crime thriller with a deep emotional bond at its centre. Its violence, abuse and grief make it a very different night in, so don't mistake emotional closeness for a promise of cosy romance. (Sources: Gayety; GKIDS.)</w:t>
      </w:r>
      <w:r/>
    </w:p>
    <w:p>
      <w:pPr>
        <w:pStyle w:val="Heading2"/>
      </w:pPr>
      <w:r>
        <w:t>A quick way to pick your first watch</w:t>
      </w:r>
      <w:r/>
    </w:p>
    <w:p>
      <w:r/>
      <w:r>
        <w:t xml:space="preserve">Start with </w:t>
      </w:r>
      <w:r>
        <w:rPr>
          <w:i/>
        </w:rPr>
        <w:t>Yuri!!! on Ice</w:t>
      </w:r>
      <w:r>
        <w:t xml:space="preserve"> for adult romance and sport, </w:t>
      </w:r>
      <w:r>
        <w:rPr>
          <w:i/>
        </w:rPr>
        <w:t>Sasaki and Miyano</w:t>
      </w:r>
      <w:r>
        <w:t xml:space="preserve"> for a gentle school story, or </w:t>
      </w:r>
      <w:r>
        <w:rPr>
          <w:i/>
        </w:rPr>
        <w:t>Tokyo Godfathers</w:t>
      </w:r>
      <w:r>
        <w:t xml:space="preserve"> for a film with heart and momentum. If you want something more introspective, choose </w:t>
      </w:r>
      <w:r>
        <w:rPr>
          <w:i/>
        </w:rPr>
        <w:t>Bloom Into You</w:t>
      </w:r>
      <w:r>
        <w:t xml:space="preserve">; if you'd rather have danger and devastation, </w:t>
      </w:r>
      <w:r>
        <w:rPr>
          <w:i/>
        </w:rPr>
        <w:t>Banana Fish</w:t>
      </w:r>
      <w:r>
        <w:t xml:space="preserve"> is the heavier option. (Sources: Gayety; GKIDS; Crunchyroll; Crunchyroll News.)</w:t>
      </w:r>
      <w:r/>
    </w:p>
    <w:p>
      <w:r/>
      <w:r>
        <w:t>One practical tip: look up the premise and content notes before pressing play, particularly for older BL series or stories that tackle trauma. Streaming availability also changes by country, so check the current listing where you watch. (Sources: Gayety; Crunchyroll.)</w:t>
      </w:r>
      <w:r/>
    </w:p>
    <w:p>
      <w:pPr>
        <w:pStyle w:val="Heading2"/>
      </w:pPr>
      <w:r>
        <w:t>Closing Line</w:t>
      </w:r>
      <w:r/>
    </w:p>
    <w:p>
      <w:r/>
      <w:r>
        <w:t>Pick the story that fits your mood, and let the genre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 xml:space="preserve">- Paragraph 7: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https://gayety.com/gay-anime</w:t>
        </w:r>
      </w:hyperlink>
      <w:r>
        <w:t xml:space="preserve"> - Please view link - unable to able to access data</w:t>
      </w:r>
      <w:r/>
    </w:p>
    <w:p>
      <w:pPr>
        <w:pStyle w:val="ListNumber"/>
        <w:spacing w:line="240" w:lineRule="auto"/>
        <w:ind w:left="720"/>
      </w:pPr>
      <w:r/>
      <w:hyperlink r:id="rId9">
        <w:r>
          <w:rPr>
            <w:color w:val="0000EE"/>
            <w:u w:val="single"/>
          </w:rPr>
          <w:t>https://gayety.com/gay-anime</w:t>
        </w:r>
      </w:hyperlink>
      <w:r>
        <w:t xml:space="preserve"> - Gayety’s guide surveys fifteen anime titles spanning boys’ love, girls’ love, queer subtext and trans narratives. It explains how BL, yaoi, yuri and GL are used, while cautioning that labels alone do not establish age suitability or consent. Individual entries introduce stories including Yuri!!! on Ice, Given, Tokyo Godfathers, Banana Fish, Bloom Into You and Wandering Son, with release formats and content considerations. The guide distinguishes explicit romances from works open to queer interpretation and flags heavier themes such as grief, abuse, sexual exploitation, bullying and dysphoria. It also offers suggestions for choosing a first watch according to mood and genre.</w:t>
      </w:r>
      <w:r/>
    </w:p>
    <w:p>
      <w:pPr>
        <w:pStyle w:val="ListNumber"/>
        <w:spacing w:line="240" w:lineRule="auto"/>
        <w:ind w:left="720"/>
      </w:pPr>
      <w:r/>
      <w:hyperlink r:id="rId10">
        <w:r>
          <w:rPr>
            <w:color w:val="0000EE"/>
            <w:u w:val="single"/>
          </w:rPr>
          <w:t>https://gkids.com/films/tokyo-godfathers/</w:t>
        </w:r>
      </w:hyperlink>
      <w:r>
        <w:t xml:space="preserve"> - GKIDS presents Tokyo Godfathers as a holiday film directed by Satoshi Kon. Its synopsis follows three homeless people in modern Tokyo who discover an abandoned baby girl on Christmas Eve. As the New Year approaches, the trio search for the child’s parents, encountering people and events that bring their own difficult histories into view. The distributor describes the film as a heartfelt, humorous story about hope, redemption and facing the future together. The page identifies the film’s creative contributors and provides viewing and purchase options, including Blu-ray, DVD and several on-demand services. It supports the article’s description of the film as a found-family adventure.</w:t>
      </w:r>
      <w:r/>
    </w:p>
    <w:p>
      <w:pPr>
        <w:pStyle w:val="ListNumber"/>
        <w:spacing w:line="240" w:lineRule="auto"/>
        <w:ind w:left="720"/>
      </w:pPr>
      <w:r/>
      <w:hyperlink r:id="rId11">
        <w:r>
          <w:rPr>
            <w:color w:val="0000EE"/>
            <w:u w:val="single"/>
          </w:rPr>
          <w:t>https://www.crunchyroll.com/series/GRG5WWD4R/given</w:t>
        </w:r>
      </w:hyperlink>
      <w:r>
        <w:t xml:space="preserve"> - Crunchyroll’s listing describes Given as a music-centred drama and romance. Guitarist Ritsuka Uenoyama has begun losing interest in the activities he once enjoyed when he encounters Mafuyu Sato, a shy student with a damaged instrument. After hearing Mafuyu sing, Ritsuka becomes determined to bring him into his band as its lead vocalist. The series follows their growing connection alongside the band’s musical ambitions. The listing identifies the programme’s genres and includes a content advisory noting sexual content, profanity, smoking and adult themes. This synopsis supports the guide’s recommendation of Given for viewers seeking music, developing attraction and emotionally weighty storytelling.</w:t>
      </w:r>
      <w:r/>
    </w:p>
    <w:p>
      <w:pPr>
        <w:pStyle w:val="ListNumber"/>
        <w:spacing w:line="240" w:lineRule="auto"/>
        <w:ind w:left="720"/>
      </w:pPr>
      <w:r/>
      <w:hyperlink r:id="rId14">
        <w:r>
          <w:rPr>
            <w:color w:val="0000EE"/>
            <w:u w:val="single"/>
          </w:rPr>
          <w:t>https://www.netflix.com/ca/title/81218604</w:t>
        </w:r>
      </w:hyperlink>
      <w:r>
        <w:t xml:space="preserve"> - Netflix classifies Banana Fish as a 2018 anime series with 24 episodes and a TV-14 rating. Its synopsis centres on Ash, a teenage New York gang leader confronting an abuser and rival gangs while investigating a deadly drug with a Japanese photojournalist. Episode descriptions add kidnappings, gun violence, criminal conspiracies and Ash’s efforts to protect Eiji and others. Netflix places the programme among action, mystery, thriller, crime and drama titles, and describes its tone as gritty and suspenseful. The listing supports the guide’s warning that Banana Fish is a violent crime story with substantial trauma, rather than a gentle school romance.</w:t>
      </w:r>
      <w:r/>
    </w:p>
    <w:p>
      <w:pPr>
        <w:pStyle w:val="ListNumber"/>
        <w:spacing w:line="240" w:lineRule="auto"/>
        <w:ind w:left="720"/>
      </w:pPr>
      <w:r/>
      <w:hyperlink r:id="rId13">
        <w:r>
          <w:rPr>
            <w:color w:val="0000EE"/>
            <w:u w:val="single"/>
          </w:rPr>
          <w:t>https://www.crunchyroll.com/watch/GMKUX2G9E/the-witch-and-the-bride</w:t>
        </w:r>
      </w:hyperlink>
      <w:r>
        <w:t xml:space="preserve"> - Crunchyroll’s episode page introduces Mobile Suit Gundam: The Witch from Mercury through its first episode, released in October 2022. Suletta Mercury transfers from the distant planet Mercury to Asticassia School of Technology, an institution controlled by the powerful Benerit Group. Before arriving, she notices a solitary figure floating in space. The page identifies the episode and its release date, provides audio and subtitle details, and lists violence and profanity in its content advisory. This information supports the guide’s description of the title as a science-fiction school story featuring mobile suits and corporate power, while signalling that its dramatic stakes include action and violence.</w:t>
      </w:r>
      <w:r/>
    </w:p>
    <w:p>
      <w:pPr>
        <w:pStyle w:val="ListNumber"/>
        <w:spacing w:line="240" w:lineRule="auto"/>
        <w:ind w:left="720"/>
      </w:pPr>
      <w:r/>
      <w:hyperlink r:id="rId12">
        <w:r>
          <w:rPr>
            <w:color w:val="0000EE"/>
            <w:u w:val="single"/>
          </w:rPr>
          <w:t>https://www.crunchyroll.com/news/latest/2018/7/27/romance-begins-in-bloom-into-you-tv-anime-key-visual</w:t>
        </w:r>
      </w:hyperlink>
      <w:r>
        <w:t xml:space="preserve"> - Crunchyroll’s announcement introduces the television adaptation of Bloom Into You, based on Nio Nakatani’s yuri romance manga. It describes Yuu as someone who expects romantic feelings to resemble the confessions in girls’ comics, but feels uncertain when a boy confesses to her. At high school, Yuu meets student council president Nanami, whose response to a suitor prompts Yuu to seek her advice. Nanami then confesses to Yuu, complicating Yuu’s expectations further. The article identifies the adaptation’s director, animation studio and planned 2018 Japanese broadcast. Its premise supports the guide’s emphasis on self-discovery and the gap between imagined and experienced romance.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ay-anime" TargetMode="External"/><Relationship Id="rId10" Type="http://schemas.openxmlformats.org/officeDocument/2006/relationships/hyperlink" Target="https://gkids.com/films/tokyo-godfathers/" TargetMode="External"/><Relationship Id="rId11" Type="http://schemas.openxmlformats.org/officeDocument/2006/relationships/hyperlink" Target="https://www.crunchyroll.com/series/GRG5WWD4R/given" TargetMode="External"/><Relationship Id="rId12" Type="http://schemas.openxmlformats.org/officeDocument/2006/relationships/hyperlink" Target="https://www.crunchyroll.com/news/latest/2018/7/27/romance-begins-in-bloom-into-you-tv-anime-key-visual" TargetMode="External"/><Relationship Id="rId13" Type="http://schemas.openxmlformats.org/officeDocument/2006/relationships/hyperlink" Target="https://www.crunchyroll.com/watch/GMKUX2G9E/the-witch-and-the-bride" TargetMode="External"/><Relationship Id="rId14" Type="http://schemas.openxmlformats.org/officeDocument/2006/relationships/hyperlink" Target="https://www.netflix.com/ca/title/812186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