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Events in Los Angeles: A November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Los Angeles is making room for culture, community and a good day out this November. BLK Events LA’s roundup lists 139 events, from a free, family-friendly gathering in Leimert Park to a moving Black queer and trans-led procession in Santa Monica. Here’s what stands out, and how to make the most of the city’s busy calendar.</w:t>
      </w:r>
      <w:r/>
    </w:p>
    <w:p>
      <w:pPr>
        <w:pStyle w:val="Heading2"/>
      </w:pPr>
      <w:r>
        <w:t>139 events put Black LA culture in the spotlight</w:t>
      </w:r>
      <w:r/>
    </w:p>
    <w:p>
      <w:r/>
      <w:r>
        <w:t>A packed calendar can make choosing what to do feel like a task in itself. BLK Events LA brings 139 November events together in one roundup, organised by date and category, with links to help readers find details and plan ahead.</w:t>
      </w:r>
      <w:r/>
    </w:p>
    <w:p>
      <w:r/>
      <w:r>
        <w:t>The listings span art, community events, live music and parties. The roundup also flags events that are free, family-friendly, queer-centred or recurring, making it easier to spot something that fits your plans. (BLK Events LA)</w:t>
      </w:r>
      <w:r/>
    </w:p>
    <w:p>
      <w:pPr>
        <w:pStyle w:val="Heading2"/>
      </w:pPr>
      <w:r>
        <w:t>Leimert Park’s first-Saturday gathering is free and family-friendly</w:t>
      </w:r>
      <w:r/>
    </w:p>
    <w:p>
      <w:r/>
      <w:r>
        <w:t>On 7 November, Leimert Park Village business owners are bringing the community together for a free day themed around health and wellness. The programme is described as including a vendor marketplace, games, workshops, food, drinks and live music, alongside one-day-only offers from local businesses. (BLK Events LA; Leimert Park Village)</w:t>
      </w:r>
      <w:r/>
    </w:p>
    <w:p>
      <w:r/>
      <w:r>
        <w:t>It’s a welcome reminder that supporting independent businesses doesn’t have to mean a big shopping trip. You can browse, join an activity, grab something to eat and enjoy the neighbourhood atmosphere. The roundup also invites people to volunteer, so those who’d rather lend a hand than simply attend have a way to get involved. (BLK Events LA; Leimert Park Village)</w:t>
      </w:r>
      <w:r/>
    </w:p>
    <w:p>
      <w:pPr>
        <w:pStyle w:val="Heading2"/>
      </w:pPr>
      <w:r>
        <w:t>A two-mile procession brings history into the present</w:t>
      </w:r>
      <w:r/>
    </w:p>
    <w:p>
      <w:r/>
      <w:r>
        <w:t>Revival_ _Revival invites participants to move through historic sites in Santa Monica that were once part of a predominantly Black community. Conceived and led by artist Sage Ni’Ja Whitson, the event uses music, movement and ritual traditions shaped by Black queer and transgender communities to reconnect with places changed by time and gentrification. (BLK Events LA; Humanitix)</w:t>
      </w:r>
      <w:r/>
    </w:p>
    <w:p>
      <w:r/>
      <w:r>
        <w:t>The two-mile procession is set to a live score blending gospel, house, hip hop and voice, and ends at Bay Street Beach. There, the gathering opens into a shared meal, music and ritual. Organisers encourage attendees to wear white clothing and masks, and say accessibility and mobility support will be available. The event is planned to go ahead rain or shine. (BLK Events LA; Humanitix)</w:t>
      </w:r>
      <w:r/>
    </w:p>
    <w:p>
      <w:pPr>
        <w:pStyle w:val="Heading2"/>
      </w:pPr>
      <w:r>
        <w:t>More than nights out: grants, theatre and exhibitions</w:t>
      </w:r>
      <w:r/>
    </w:p>
    <w:p>
      <w:r/>
      <w:r>
        <w:t>The roundup includes practical opportunities as well as performances. The Divine Motherhood Grant is offering $500 to a single mother, with applications open from 1 November to 11 December. It’s a small but meaningful form of support in a calendar otherwise full of events to attend. (BLK Events LA; application form)</w:t>
      </w:r>
      <w:r/>
    </w:p>
    <w:p>
      <w:r/>
      <w:r>
        <w:t xml:space="preserve">For theatre fans, </w:t>
      </w:r>
      <w:r>
        <w:rPr>
          <w:i/>
        </w:rPr>
        <w:t>Passing Strange</w:t>
      </w:r>
      <w:r>
        <w:t xml:space="preserve"> is listed at Pasadena Playhouse from 4 to 29 November. The month’s art listings also include an exhibition by Reggie Burrows Hodges at the California African American Museum, giving visitors another reason to make room for culture beyond the weekend. Check each venue’s listing for current ticket and access details before setting off. (BLK Events LA; Pasadena Playhouse; California African American Museum)</w:t>
      </w:r>
      <w:r/>
    </w:p>
    <w:p>
      <w:pPr>
        <w:pStyle w:val="Heading2"/>
      </w:pPr>
      <w:r>
        <w:t>Find the right event for your November</w:t>
      </w:r>
      <w:r/>
    </w:p>
    <w:p>
      <w:r/>
      <w:r>
        <w:t>Start with the roundup’s date and category links, then use its event markers to narrow the options. If you’re going with children, looking for a free activity or hoping to find a queer-centred gathering, those labels can save time before you click through to the organiser’s page. (BLK Events LA)</w:t>
      </w:r>
      <w:r/>
    </w:p>
    <w:p>
      <w:r/>
      <w:r>
        <w:t>For the Leimert Park gathering, consider arriving with time to browse and take part in more than one activity. For the Santa Monica procession, check the event page for the latest access information and practical guidance. A little planning leaves more room for the part that matters: showing up, meeting people and experiencing the city together. (BLK Events LA; Leimert Park Village; Humanitix)</w:t>
      </w:r>
      <w:r/>
    </w:p>
    <w:p>
      <w:r/>
      <w:r>
        <w:t>Los Angeles has plenty on this November; choose an event, bring a friend and show up for the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https://blackeventsla.substack.com/p/the-roundup-by-blk-events-la-november-718</w:t>
        </w:r>
      </w:hyperlink>
      <w:r>
        <w:t xml:space="preserve"> - Please view link - unable to able to access data</w:t>
      </w:r>
      <w:r/>
    </w:p>
    <w:p>
      <w:pPr>
        <w:pStyle w:val="ListNumber"/>
        <w:spacing w:line="240" w:lineRule="auto"/>
        <w:ind w:left="720"/>
      </w:pPr>
      <w:r/>
      <w:hyperlink r:id="rId9">
        <w:r>
          <w:rPr>
            <w:color w:val="0000EE"/>
            <w:u w:val="single"/>
          </w:rPr>
          <w:t>https://blackeventsla.substack.com/p/the-roundup-by-blk-events-la-november-718</w:t>
        </w:r>
      </w:hyperlink>
      <w:r>
        <w:t xml:space="preserve"> - BLK Events LA’s November calendar presents itself as a guide to 139 events across Los Angeles, organised by date and category. It highlights Black cultural life, community activities, art exhibitions, live music and parties, and uses symbols to flag features such as queer-centred events, free entry, family suitability, mutual aid and the organisers’ attendance. Featured listings include First Saturdays in Leimert Park Village, a Black trans processional in Santa Monica, a grant for single mothers and the Pasadena Playhouse production of Passing Strange. The roundup also directs readers to event pages and invites Black queer organisers to submit events for free promotion.</w:t>
      </w:r>
      <w:r/>
    </w:p>
    <w:p>
      <w:pPr>
        <w:pStyle w:val="ListNumber"/>
        <w:spacing w:line="240" w:lineRule="auto"/>
        <w:ind w:left="720"/>
      </w:pPr>
      <w:r/>
      <w:hyperlink r:id="rId10">
        <w:r>
          <w:rPr>
            <w:color w:val="0000EE"/>
            <w:u w:val="single"/>
          </w:rPr>
          <w:t>https://leimertvillage.lovable.app/</w:t>
        </w:r>
      </w:hyperlink>
      <w:r>
        <w:t xml:space="preserve"> - The Leimert Park Village First Saturdays page describes a recurring community event presented by the village’s merchants. It promotes shopping locally and supporting Black-owned businesses, and lists free, all-ages activities such as live music, food and drink, a vendor marketplace, children’s activities and workshops. The page includes a programme of activities hosted by participating businesses, with examples ranging from story time and craft sessions to music workshops and family karaoke. It also provides information about local shops and community venues. The specific date and programme displayed on the page may differ from the November listing in the roundup, so check the organiser’s current details before attending.</w:t>
      </w:r>
      <w:r/>
    </w:p>
    <w:p>
      <w:pPr>
        <w:pStyle w:val="ListNumber"/>
        <w:spacing w:line="240" w:lineRule="auto"/>
        <w:ind w:left="720"/>
      </w:pPr>
      <w:r/>
      <w:hyperlink r:id="rId11">
        <w:r>
          <w:rPr>
            <w:color w:val="0000EE"/>
            <w:u w:val="single"/>
          </w:rPr>
          <w:t>https://events.humanitix.com/revival_-_revival-black-trans-processional</w:t>
        </w:r>
      </w:hyperlink>
      <w:r>
        <w:t xml:space="preserve"> - The Humanitix listing describes Revival_ _Revival, a Black trans processional presented by 18th Street Arts Center and led by artist Sage Ni’Ja Whitson. The event moves through historic sites in Santa Monica’s once predominantly Black community, using spiritual music, movement and ritual to engage with places affected by erasure and gentrification. Its live score combines gospel, house, hip hop and voice, and the procession concludes with a fellowship meal by the beach. The listing encourages attendees to wear white clothing and masks and says the route will be accessible. It gives the event time, location and ticket information; check the page for updates.</w:t>
      </w:r>
      <w:r/>
    </w:p>
    <w:p>
      <w:pPr>
        <w:pStyle w:val="ListNumber"/>
        <w:spacing w:line="240" w:lineRule="auto"/>
        <w:ind w:left="720"/>
      </w:pPr>
      <w:r/>
      <w:hyperlink r:id="rId12">
        <w:r>
          <w:rPr>
            <w:color w:val="0000EE"/>
            <w:u w:val="single"/>
          </w:rPr>
          <w:t>https://docs.google.com/forms/d/e/1FAIpQLSf5Z2kHk4gBFIsz4r5vggfZlBu3Mo5p9sTXU314YuhRHiQQ7A/viewform?syclid=dbl1s3ss8hfs73b78820</w:t>
        </w:r>
      </w:hyperlink>
      <w:r>
        <w:t xml:space="preserve"> - This application form presents the Divine Motherhood Grant as a $500 award from She’So Divine for an eligible single mother. The stated purpose is to support personal wellbeing, family needs, education, business goals or progress towards financial stability. Applicants are asked for contact and household information, including confirmation that they are adults, single mothers and residents of Los Angeles County. The form also asks about dependent children, their motherhood journey and how they would use the funding. It frames the grant as both financial assistance and recognition of mothers’ need for care and opportunities to thrive. Check the form for current rules and deadlines.</w:t>
      </w:r>
      <w:r/>
    </w:p>
    <w:p>
      <w:pPr>
        <w:pStyle w:val="ListNumber"/>
        <w:spacing w:line="240" w:lineRule="auto"/>
        <w:ind w:left="720"/>
      </w:pPr>
      <w:r/>
      <w:hyperlink r:id="rId13">
        <w:r>
          <w:rPr>
            <w:color w:val="0000EE"/>
            <w:u w:val="single"/>
          </w:rPr>
          <w:t>https://www.pasadenaplayhouse.org/event/passing-strange/</w:t>
        </w:r>
      </w:hyperlink>
      <w:r>
        <w:t xml:space="preserve"> - Pasadena Playhouse’s official page describes Passing Strange, a coming-of-age musical centred on a young artist from South Central Los Angeles searching for identity and a life beyond home. The character’s journey takes him across continents and is shaped by sex, drugs and rock ’n’ roll. The production is based on the life of singer-songwriter Stew and features a score by Stew and Heidi Rodewald. The page credits Zhailon Levingston as director and describes the show as the musical’s long-awaited Los Angeles premiere, celebrating twenty years since its world premiere. It lists a run from 4 to 29 November and a running time of two and a half hours.</w:t>
      </w:r>
      <w:r/>
    </w:p>
    <w:p>
      <w:pPr>
        <w:pStyle w:val="ListNumber"/>
        <w:spacing w:line="240" w:lineRule="auto"/>
        <w:ind w:left="720"/>
      </w:pPr>
      <w:r/>
      <w:hyperlink r:id="rId14">
        <w:r>
          <w:rPr>
            <w:color w:val="0000EE"/>
            <w:u w:val="single"/>
          </w:rPr>
          <w:t>https://caamuseum.org/exhibitions/2026/reggie-burrows-hodges-a-theater-of-miracles</w:t>
        </w:r>
      </w:hyperlink>
      <w:r>
        <w:t xml:space="preserve"> - The California African American Museum’s exhibition page is the museum’s listing for Reggie Burrows Hodges: A Theater of Miracles, one of the exhibitions included in the BLK Events LA roundup. The page identifies the artist and exhibition and provides an official museum source for checking its presentation and visitor information. As an institutional listing, it supports the roundup’s identification of the California African American Museum as the venue, rather than serving as a general account of every event in the article. Consult the page directly for exhibition details, opening information and any changes to dates or access arrangements before planning a visit.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ackeventsla.substack.com/p/the-roundup-by-blk-events-la-november-718" TargetMode="External"/><Relationship Id="rId10" Type="http://schemas.openxmlformats.org/officeDocument/2006/relationships/hyperlink" Target="https://leimertvillage.lovable.app/" TargetMode="External"/><Relationship Id="rId11" Type="http://schemas.openxmlformats.org/officeDocument/2006/relationships/hyperlink" Target="https://events.humanitix.com/revival_-_revival-black-trans-processional" TargetMode="External"/><Relationship Id="rId12" Type="http://schemas.openxmlformats.org/officeDocument/2006/relationships/hyperlink" Target="https://docs.google.com/forms/d/e/1FAIpQLSf5Z2kHk4gBFIsz4r5vggfZlBu3Mo5p9sTXU314YuhRHiQQ7A/viewform?syclid=dbl1s3ss8hfs73b78820" TargetMode="External"/><Relationship Id="rId13" Type="http://schemas.openxmlformats.org/officeDocument/2006/relationships/hyperlink" Target="https://www.pasadenaplayhouse.org/event/passing-strange/" TargetMode="External"/><Relationship Id="rId14" Type="http://schemas.openxmlformats.org/officeDocument/2006/relationships/hyperlink" Target="https://caamuseum.org/exhibitions/2026/reggie-burrows-hodges-a-theater-of-mirac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