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Amber Glenn Makes DWTS History With a Female-Led Quickstep</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bold quickstep, a sparkling Disney Night costume and a confident change of roles put figure skater Amber Glenn in the spotlight on Dancing with the Stars. Her performance with professional dancer Pasha Pashkov marked a first for the US show, while fans celebrated a moment that felt both athletic and refreshingly queer.</w:t>
      </w:r>
      <w:r/>
    </w:p>
    <w:p>
      <w:pPr>
        <w:pStyle w:val="Heading2"/>
      </w:pPr>
      <w:r>
        <w:t>Essential Takeaways</w:t>
      </w:r>
      <w:r/>
      <w:r/>
    </w:p>
    <w:p>
      <w:pPr>
        <w:pStyle w:val="ListBullet"/>
        <w:spacing w:line="240" w:lineRule="auto"/>
        <w:ind w:left="720"/>
      </w:pPr>
      <w:r/>
      <w:r>
        <w:rPr>
          <w:b/>
        </w:rPr>
        <w:t>A DWTS first:</w:t>
      </w:r>
      <w:r>
        <w:t xml:space="preserve"> Glenn took the lead from her male professional partner during their Disney Night quickstep.</w:t>
      </w:r>
      <w:r/>
    </w:p>
    <w:p>
      <w:pPr>
        <w:pStyle w:val="ListBullet"/>
        <w:spacing w:line="240" w:lineRule="auto"/>
        <w:ind w:left="720"/>
      </w:pPr>
      <w:r/>
      <w:r>
        <w:rPr>
          <w:b/>
        </w:rPr>
        <w:t>A musical moment:</w:t>
      </w:r>
      <w:r>
        <w:t xml:space="preserve"> The pair danced to “A Star Is Born” from </w:t>
      </w:r>
      <w:r>
        <w:rPr>
          <w:i/>
        </w:rPr>
        <w:t>Hercules</w:t>
      </w:r>
      <w:r>
        <w:t>.</w:t>
      </w:r>
      <w:r/>
    </w:p>
    <w:p>
      <w:pPr>
        <w:pStyle w:val="ListBullet"/>
        <w:spacing w:line="240" w:lineRule="auto"/>
        <w:ind w:left="720"/>
      </w:pPr>
      <w:r/>
      <w:r>
        <w:rPr>
          <w:b/>
        </w:rPr>
        <w:t>Fans noticed the look:</w:t>
      </w:r>
      <w:r>
        <w:t xml:space="preserve"> Glenn’s performance outfit showed off her powerful back muscles, drawing excited reactions online.</w:t>
      </w:r>
      <w:r/>
    </w:p>
    <w:p>
      <w:pPr>
        <w:pStyle w:val="ListBullet"/>
        <w:spacing w:line="240" w:lineRule="auto"/>
        <w:ind w:left="720"/>
      </w:pPr>
      <w:r/>
      <w:r>
        <w:rPr>
          <w:b/>
        </w:rPr>
        <w:t>A wider shift:</w:t>
      </w:r>
      <w:r>
        <w:t xml:space="preserve"> Same-sex partnerships and more flexible dance roles are bringing fresh visibility to televised competitions.</w:t>
      </w:r>
      <w:r/>
      <w:r/>
    </w:p>
    <w:p>
      <w:pPr>
        <w:pStyle w:val="Heading2"/>
      </w:pPr>
      <w:r>
        <w:t>Amber Glenn’s quickstep changed the usual script</w:t>
      </w:r>
      <w:r/>
    </w:p>
    <w:p>
      <w:r/>
      <w:r>
        <w:t xml:space="preserve">On Disney Night, Amber Glenn wasn’t simply keeping pace with her professional partner. In a quickstep to “A Star Is Born” from </w:t>
      </w:r>
      <w:r>
        <w:rPr>
          <w:i/>
        </w:rPr>
        <w:t>Hercules</w:t>
      </w:r>
      <w:r>
        <w:t xml:space="preserve">, the figure skater took the lead from Pasha Pashkov, creating a first for </w:t>
      </w:r>
      <w:r>
        <w:rPr>
          <w:i/>
        </w:rPr>
        <w:t>Dancing with the Stars</w:t>
      </w:r>
      <w:r>
        <w:t>, according to ABC13. The routine made a clear impression: she looked commanding, quick and entirely at home out front.</w:t>
      </w:r>
      <w:r/>
    </w:p>
    <w:p>
      <w:r/>
      <w:r>
        <w:t>The change matters because ballroom choreography often defaults to a male lead and a female follow. Glenn’s performance briefly flipped that familiar arrangement, showing how a dance can feel newly charged when its roles shift. (ABC13; them.)</w:t>
      </w:r>
      <w:r/>
    </w:p>
    <w:p>
      <w:pPr>
        <w:pStyle w:val="Heading2"/>
      </w:pPr>
      <w:r>
        <w:t>Strong lines, sharp footwork and a fan-favourite look</w:t>
      </w:r>
      <w:r/>
    </w:p>
    <w:p>
      <w:r/>
      <w:r>
        <w:t>The quickstep had plenty of pace, but Glenn’s athletic presence was part of the appeal. Her outfit left her muscular back visible, and she played to the moment with a confident flex that had sapphic fans cheering online, as DIVA reported.</w:t>
      </w:r>
      <w:r/>
    </w:p>
    <w:p>
      <w:r/>
      <w:r>
        <w:t>There’s a pleasing contrast in watching a figure skater bring the strength and control of the rink to a fast ballroom routine. Glenn’s performance made that physicality part of the show, rather than something hidden behind the choreography. (ABC13; them.)</w:t>
      </w:r>
      <w:r/>
    </w:p>
    <w:p>
      <w:pPr>
        <w:pStyle w:val="Heading2"/>
      </w:pPr>
      <w:r>
        <w:t>Queer representation is finding room on the dancefloor</w:t>
      </w:r>
      <w:r/>
    </w:p>
    <w:p>
      <w:r/>
      <w:r>
        <w:t>Glenn’s moment landed during a season with more than one queer story. This year’s US competition included a same-sex pairing between bisexual model Sarah Jane Nadar and professional dancer Hailey Bills; the partnership was eliminated early, according to AOL.</w:t>
      </w:r>
      <w:r/>
    </w:p>
    <w:p>
      <w:r/>
      <w:r>
        <w:t xml:space="preserve">Meanwhile, the UK’s </w:t>
      </w:r>
      <w:r>
        <w:rPr>
          <w:i/>
        </w:rPr>
        <w:t>Strictly Come Dancing</w:t>
      </w:r>
      <w:r>
        <w:t xml:space="preserve"> featured a same-sex partnership between actor Bethany Antonia and professional dancer Nancy Xu. Radio Times covered the pairing, which offered another welcome reminder that dance partnerships needn’t follow the traditional boy-meets-girl template. (AOL; Radio Times; Associated Press)</w:t>
      </w:r>
      <w:r/>
    </w:p>
    <w:p>
      <w:pPr>
        <w:pStyle w:val="Heading2"/>
      </w:pPr>
      <w:r>
        <w:t>A skating career meets reality TV</w:t>
      </w:r>
      <w:r/>
    </w:p>
    <w:p>
      <w:r/>
      <w:r>
        <w:t xml:space="preserve">Glenn came to the ballroom with a high-profile sporting career already behind her. US Figure Skating announced that she would compete on </w:t>
      </w:r>
      <w:r>
        <w:rPr>
          <w:i/>
        </w:rPr>
        <w:t>Dancing with the Stars</w:t>
      </w:r>
      <w:r>
        <w:t>, bringing an elite skater’s balance, timing and performance instincts to a very different stage.</w:t>
      </w:r>
      <w:r/>
    </w:p>
    <w:p>
      <w:r/>
      <w:r>
        <w:t>That background doesn’t make ballroom an easy glide. Skating and dancing share musicality and precision, but each has its own technique, so adapting those strengths takes work. Still, Glenn’s quickstep showed how a familiar talent can take on a new shape under the bright lights. (US Figure Skating; them.)</w:t>
      </w:r>
      <w:r/>
    </w:p>
    <w:p>
      <w:pPr>
        <w:pStyle w:val="Heading2"/>
      </w:pPr>
      <w:r>
        <w:t>What might Amber Glenn bring next?</w:t>
      </w:r>
      <w:r/>
    </w:p>
    <w:p>
      <w:r/>
      <w:r>
        <w:t>The episode’s history-making choreography and lively online response have given viewers plenty to talk about beyond the final score. A change in who leads can seem small on paper, but on a live dance floor it alters the whole picture.</w:t>
      </w:r>
      <w:r/>
    </w:p>
    <w:p>
      <w:r/>
      <w:r>
        <w:t>For anyone tuning in for the next performance, watch how the pair share the space and how Glenn uses her athletic strength without losing the quickstep’s light touch. Sometimes the most memorable part of a routine is the moment it breaks with expectation. (ABC13; them.)</w:t>
      </w:r>
      <w:r/>
    </w:p>
    <w:p>
      <w:r/>
      <w:r>
        <w:t>A little role reversal can make a familiar dance feel new again.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0">
        <w:r>
          <w:rPr>
            <w:color w:val="0000EE"/>
            <w:u w:val="single"/>
          </w:rPr>
          <w:t>[2]</w:t>
        </w:r>
      </w:hyperlink>
      <w:r>
        <w:t xml:space="preserve">- Paragraph 5: </w:t>
      </w:r>
      <w:hyperlink r:id="rId12">
        <w:r>
          <w:rPr>
            <w:color w:val="0000EE"/>
            <w:u w:val="single"/>
          </w:rPr>
          <w:t>[6]</w:t>
        </w:r>
      </w:hyperlink>
      <w:r>
        <w:t xml:space="preserve">- Paragraph 6: </w:t>
      </w:r>
      <w:hyperlink r:id="rId13">
        <w:r>
          <w:rPr>
            <w:color w:val="0000EE"/>
            <w:u w:val="single"/>
          </w:rPr>
          <w:t>[4]</w:t>
        </w:r>
      </w:hyperlink>
      <w:r>
        <w:t xml:space="preserve">- Paragraph 7: </w:t>
      </w:r>
      <w:hyperlink r:id="rId14">
        <w:r>
          <w:rPr>
            <w:color w:val="0000EE"/>
            <w:u w:val="single"/>
          </w:rPr>
          <w:t>[5]</w:t>
        </w:r>
      </w:hyperlink>
      <w:r>
        <w:t xml:space="preserve">- Paragraph 8: </w:t>
      </w:r>
      <w:hyperlink r:id="rId14">
        <w:r>
          <w:rPr>
            <w:color w:val="0000EE"/>
            <w:u w:val="single"/>
          </w:rPr>
          <w:t>[5]</w:t>
        </w:r>
      </w:hyperlink>
      <w:r>
        <w:t xml:space="preserve">, </w:t>
      </w:r>
      <w:hyperlink r:id="rId10">
        <w:r>
          <w:rPr>
            <w:color w:val="0000EE"/>
            <w:u w:val="single"/>
          </w:rPr>
          <w:t>[2]</w:t>
        </w:r>
      </w:hyperlink>
      <w:r>
        <w:t xml:space="preserve">- Paragraph 9: </w:t>
      </w:r>
      <w:hyperlink r:id="rId11">
        <w:r>
          <w:rPr>
            <w:color w:val="0000EE"/>
            <w:u w:val="single"/>
          </w:rPr>
          <w:t>[3]</w:t>
        </w:r>
      </w:hyperlink>
      <w:r>
        <w:t xml:space="preserve">, </w:t>
      </w:r>
      <w:hyperlink r:id="rId10">
        <w:r>
          <w:rPr>
            <w:color w:val="0000EE"/>
            <w:u w:val="single"/>
          </w:rPr>
          <w:t>[2]</w:t>
        </w:r>
      </w:hyperlink>
      <w:r>
        <w:t xml:space="preserve">- Paragraph 10: </w:t>
      </w:r>
      <w:hyperlink r:id="rId11">
        <w:r>
          <w:rPr>
            <w:color w:val="0000EE"/>
            <w:u w:val="single"/>
          </w:rPr>
          <w:t>[3]</w:t>
        </w:r>
      </w:hyperlink>
      <w:r>
        <w:t xml:space="preserve">,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https://diva-magazine.com/2026/11/04/amber-glenn-made-history-on-dancing-with-the-stars/?utm_source=rss&amp;utm_medium=rss&amp;utm_campaign=amber-glenn-made-history-on-dancing-with-the-stars</w:t>
        </w:r>
      </w:hyperlink>
      <w:r>
        <w:t xml:space="preserve"> - Please view link - unable to able to access data</w:t>
      </w:r>
      <w:r/>
    </w:p>
    <w:p>
      <w:pPr>
        <w:pStyle w:val="ListNumber"/>
        <w:spacing w:line="240" w:lineRule="auto"/>
        <w:ind w:left="720"/>
      </w:pPr>
      <w:r/>
      <w:hyperlink r:id="rId10">
        <w:r>
          <w:rPr>
            <w:color w:val="0000EE"/>
            <w:u w:val="single"/>
          </w:rPr>
          <w:t>https://www.them.us/entertainment/tv-and-movies/amber-glenn-dwts-competition</w:t>
        </w:r>
      </w:hyperlink>
      <w:r>
        <w:t xml:space="preserve"> - Them reports on Amber Glenn’s Disney Night performance on Dancing with the Stars, where she quickstepped with professional partner Pasha Pashkov to “A Star Is Born” from Hercules. Her costume revealed her notably muscular back, prompting enthusiastic reactions from sapphic viewers online. The article also describes Glenn’s historic role reversal: she became the first woman in the programme’s history to lead her male professional partner during a dance. It notes their score of 34 out of 40 and looks ahead to Grammy Night, scheduled for 10 November. The piece celebrates Glenn’s athleticism, confident stage presence and appeal to queer audiences.</w:t>
      </w:r>
      <w:r/>
    </w:p>
    <w:p>
      <w:pPr>
        <w:pStyle w:val="ListNumber"/>
        <w:spacing w:line="240" w:lineRule="auto"/>
        <w:ind w:left="720"/>
      </w:pPr>
      <w:r/>
      <w:hyperlink r:id="rId11">
        <w:r>
          <w:rPr>
            <w:color w:val="0000EE"/>
            <w:u w:val="single"/>
          </w:rPr>
          <w:t>https://abc13.com/post/dancing-stars-disney-night-sees-perfect-scores-emotional-elimination/20010216/</w:t>
        </w:r>
      </w:hyperlink>
      <w:r>
        <w:t xml:space="preserve"> - ABC13’s recap covers the Disney Night episode of Dancing with the Stars, which featured performances inspired by Disney on Broadway. Amber Glenn and Pasha Pashkov performed a quickstep to “A Star Is Born” from Hercules. The judges praised the routine, and Carrie Ann Inaba noted that Glenn led her male partner during the dance. The pair received 34 out of 40 points. The report also lists the other couples’ dances and scores, describes special appearances and guest judge Cynthia Erivo, and explains that the episode aired on Monday because of Election Day.</w:t>
      </w:r>
      <w:r/>
    </w:p>
    <w:p>
      <w:pPr>
        <w:pStyle w:val="ListNumber"/>
        <w:spacing w:line="240" w:lineRule="auto"/>
        <w:ind w:left="720"/>
      </w:pPr>
      <w:r/>
      <w:hyperlink r:id="rId13">
        <w:r>
          <w:rPr>
            <w:color w:val="0000EE"/>
            <w:u w:val="single"/>
          </w:rPr>
          <w:t>https://www.radiotimes.com/tv/entertainment/bethany-antonia-nancy-xu-same-sex-pairing-exclusive-newsupdate/</w:t>
        </w:r>
      </w:hyperlink>
      <w:r>
        <w:t xml:space="preserve"> - Radio Times interviews actor Bethany Antonia about her same-sex pairing with professional dancer Nancy Xu on Strictly Come Dancing. The article says the pair are the programme’s third all-female same-sex partnership and the first since Jayde Adams and Karen Hauer danced together in 2022. Antonia describes the opportunity as a privilege and recalls how earlier same-sex partnerships helped her family embrace the show. She also explains that she had hoped to appear on Strictly with a woman. The report provides context on the partnership’s significance and Antonia’s public identification as gay.</w:t>
      </w:r>
      <w:r/>
    </w:p>
    <w:p>
      <w:pPr>
        <w:pStyle w:val="ListNumber"/>
        <w:spacing w:line="240" w:lineRule="auto"/>
        <w:ind w:left="720"/>
      </w:pPr>
      <w:r/>
      <w:hyperlink r:id="rId14">
        <w:r>
          <w:rPr>
            <w:color w:val="0000EE"/>
            <w:u w:val="single"/>
          </w:rPr>
          <w:t>https://usfigureskating.org/news/2026/9/7/national-team-figure-skating-amber-glenn-to-compete-on-dancing-with-the-stars.aspx</w:t>
        </w:r>
      </w:hyperlink>
      <w:r>
        <w:t xml:space="preserve"> - U.S. Figure Skating profiles Amber Glenn’s move from competitive skating to Dancing with the Stars. The article identifies her as a three-time U.S. women’s champion and a gold medallist in the 2026 Olympic team event, and confirms that she partnered with professional dancer Pasha Pashkov. Glenn discusses learning ballroom and Latin styles, adapting to partnered dancing and drawing on her skating experience. She also describes the challenge and excitement of starting as a beginner in a different discipline. The report gives background on the season’s launch and her intention to continue training on the ice.</w:t>
      </w:r>
      <w:r/>
    </w:p>
    <w:p>
      <w:pPr>
        <w:pStyle w:val="ListNumber"/>
        <w:spacing w:line="240" w:lineRule="auto"/>
        <w:ind w:left="720"/>
      </w:pPr>
      <w:r/>
      <w:hyperlink r:id="rId12">
        <w:r>
          <w:rPr>
            <w:color w:val="0000EE"/>
            <w:u w:val="single"/>
          </w:rPr>
          <w:t>https://www.aol.com/articles/voted-off-dwts-ladies-night-124112000.html</w:t>
        </w:r>
      </w:hyperlink>
      <w:r>
        <w:t xml:space="preserve"> - This recap reports that Sarah Jane Nader and professional dancer Hailey Bills were eliminated during the second night of the Dancing with the Stars season premiere on 16 September 2026. The pair danced a jive to Avril Lavigne’s “Sk8er Boi” and earned 14 out of 30 points. The article describes the other contestants’ performances and scores from the episode, including Amber Glenn and Pasha Pashkov’s cha-cha. It also explains that the premiere used a two-night format before the programme returned to its regular weekly schedule. Nader is identified as the sister of former contestant Brooks Nader.</w:t>
      </w:r>
      <w:r/>
    </w:p>
    <w:p>
      <w:pPr>
        <w:pStyle w:val="ListNumber"/>
        <w:spacing w:line="240" w:lineRule="auto"/>
        <w:ind w:left="720"/>
      </w:pPr>
      <w:r/>
      <w:hyperlink r:id="rId15">
        <w:r>
          <w:rPr>
            <w:color w:val="0000EE"/>
            <w:u w:val="single"/>
          </w:rPr>
          <w:t>https://www.apnews.com/article/f1d587db5657824343c2b258b0695695</w:t>
        </w:r>
      </w:hyperlink>
      <w:r>
        <w:t xml:space="preserve"> - The Associated Press introduces the celebrity contestants and professional pairings for the 2026 season of Dancing with the Stars. The cast includes Olympic figure skater Amber Glenn, who is partnered with Pasha Pashkov, and reality television personality Sarah Jane Nader, who is paired with Hailey Bills. The report describes Nader and Bills as the programme’s third same-sex pairing. It also outlines other contestants’ backgrounds and highlights the range of performers joining the season. This cast announcement provides context for the article’s references to Glenn’s participation and to the same-sex partnership elsewhere in the competition.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va-magazine.com/2026/11/04/amber-glenn-made-history-on-dancing-with-the-stars/?utm_source=rss&amp;utm_medium=rss&amp;utm_campaign=amber-glenn-made-history-on-dancing-with-the-stars" TargetMode="External"/><Relationship Id="rId10" Type="http://schemas.openxmlformats.org/officeDocument/2006/relationships/hyperlink" Target="https://www.them.us/entertainment/tv-and-movies/amber-glenn-dwts-competition" TargetMode="External"/><Relationship Id="rId11" Type="http://schemas.openxmlformats.org/officeDocument/2006/relationships/hyperlink" Target="https://abc13.com/post/dancing-stars-disney-night-sees-perfect-scores-emotional-elimination/20010216/" TargetMode="External"/><Relationship Id="rId12" Type="http://schemas.openxmlformats.org/officeDocument/2006/relationships/hyperlink" Target="https://www.aol.com/articles/voted-off-dwts-ladies-night-124112000.html" TargetMode="External"/><Relationship Id="rId13" Type="http://schemas.openxmlformats.org/officeDocument/2006/relationships/hyperlink" Target="https://www.radiotimes.com/tv/entertainment/bethany-antonia-nancy-xu-same-sex-pairing-exclusive-newsupdate/" TargetMode="External"/><Relationship Id="rId14" Type="http://schemas.openxmlformats.org/officeDocument/2006/relationships/hyperlink" Target="https://usfigureskating.org/news/2026/9/7/national-team-figure-skating-amber-glenn-to-compete-on-dancing-with-the-stars.aspx" TargetMode="External"/><Relationship Id="rId15" Type="http://schemas.openxmlformats.org/officeDocument/2006/relationships/hyperlink" Target="https://www.apnews.com/article/f1d587db5657824343c2b258b069569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