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Bay Area LGBTQ Fans Are Choosing the Valkyries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Bay Area fans are weighing more than wins as they choose where to spend their sports nights. The Golden State Valkyries’ reported Game 7 triumph and the San Francisco Giants’ troubled Pride Night have sharpened a contrast in inclusion, trust and team direction. For LGBTQ supporters, that difference can feel as important as the score.</w:t>
      </w:r>
      <w:r/>
    </w:p>
    <w:p>
      <w:pPr>
        <w:pStyle w:val="Heading2"/>
      </w:pPr>
      <w:r>
        <w:t>Essential Takeaways</w:t>
      </w:r>
      <w:r/>
      <w:r/>
    </w:p>
    <w:p>
      <w:pPr>
        <w:pStyle w:val="ListBullet"/>
        <w:spacing w:line="240" w:lineRule="auto"/>
        <w:ind w:left="720"/>
      </w:pPr>
      <w:r/>
      <w:r>
        <w:rPr>
          <w:b/>
        </w:rPr>
        <w:t>A landmark finish:</w:t>
      </w:r>
      <w:r>
        <w:t xml:space="preserve"> The Valkyries reportedly won the first Game 7 in WNBA Finals history.</w:t>
      </w:r>
      <w:r/>
    </w:p>
    <w:p>
      <w:pPr>
        <w:pStyle w:val="ListBullet"/>
        <w:spacing w:line="240" w:lineRule="auto"/>
        <w:ind w:left="720"/>
      </w:pPr>
      <w:r/>
      <w:r>
        <w:rPr>
          <w:b/>
        </w:rPr>
        <w:t>A Pride Night controversy:</w:t>
      </w:r>
      <w:r>
        <w:t xml:space="preserve"> The Giants faced criticism after players altered Pride caps, according to the Associated Press.</w:t>
      </w:r>
      <w:r/>
    </w:p>
    <w:p>
      <w:pPr>
        <w:pStyle w:val="ListBullet"/>
        <w:spacing w:line="240" w:lineRule="auto"/>
        <w:ind w:left="720"/>
      </w:pPr>
      <w:r/>
      <w:r>
        <w:rPr>
          <w:b/>
        </w:rPr>
        <w:t>Different team trajectories:</w:t>
      </w:r>
      <w:r>
        <w:t xml:space="preserve"> The Valkyries have reached the playoffs in their first two seasons, while the Giants have not returned since 2021.</w:t>
      </w:r>
      <w:r/>
    </w:p>
    <w:p>
      <w:pPr>
        <w:pStyle w:val="ListBullet"/>
        <w:spacing w:line="240" w:lineRule="auto"/>
        <w:ind w:left="720"/>
      </w:pPr>
      <w:r/>
      <w:r>
        <w:rPr>
          <w:b/>
        </w:rPr>
        <w:t>A choice beyond the scoreboard:</w:t>
      </w:r>
      <w:r>
        <w:t xml:space="preserve"> The teams’ approaches to LGBTQ inclusion may influence where some Bay Area fans feel welcome.</w:t>
      </w:r>
      <w:r/>
      <w:r/>
    </w:p>
    <w:p>
      <w:pPr>
        <w:pStyle w:val="Heading2"/>
      </w:pPr>
      <w:r>
        <w:t>A Game 7 win made the contrast impossible to miss</w:t>
      </w:r>
      <w:r/>
    </w:p>
    <w:p>
      <w:r/>
      <w:r>
        <w:t>The Valkyries’ reported comeback victory in the first Game 7 of the WNBA Finals gave Bay Area supporters a bright, noisy reason to celebrate. The WNBA’s recap describes a decisive finish, while the team’s strong start to its young history has helped make it a compelling local alternative.</w:t>
      </w:r>
      <w:r/>
    </w:p>
    <w:p>
      <w:r/>
      <w:r>
        <w:t>That triumph landed against a rough backdrop for the Giants, whose season was described in the lead report as one of the franchise’s poorest. But this isn’t simply a tale of one team winning and another losing. For some supporters, the difference is also about which club seems to understand and welcome them.</w:t>
      </w:r>
      <w:r/>
    </w:p>
    <w:p>
      <w:pPr>
        <w:pStyle w:val="Heading2"/>
      </w:pPr>
      <w:r>
        <w:t>The Giants’ Pride Night left a trust problem</w:t>
      </w:r>
      <w:r/>
    </w:p>
    <w:p>
      <w:r/>
      <w:r>
        <w:t>The Giants have a long record of public support for LGBTQ causes, including Pride-themed uniforms. Yet their Pride Night became a source of controversy after several players altered their caps, prompting criticism and questions about the club’s response.</w:t>
      </w:r>
      <w:r/>
    </w:p>
    <w:p>
      <w:r/>
      <w:r>
        <w:t>The Associated Press reported on the cap dispute, while the Giants’ own Pride uniform announcement shows that the team has previously made visible gestures of support. That history makes the fallout more complicated: fans may judge a club not only by what it has done, but by how it responds when something goes wrong.</w:t>
      </w:r>
      <w:r/>
    </w:p>
    <w:p>
      <w:pPr>
        <w:pStyle w:val="Heading2"/>
      </w:pPr>
      <w:r>
        <w:t>Inclusion is becoming part of the fan experience</w:t>
      </w:r>
      <w:r/>
    </w:p>
    <w:p>
      <w:r/>
      <w:r>
        <w:t>For LGBTQ supporters, a team’s stance can shape the whole evening, from the welcome at the arena to the feeling of belonging in the stands. The Valkyries have built a profile around an inclusive environment, and their roster has included openly LGBTQ players, giving fans a connection that goes beyond the result.</w:t>
      </w:r>
      <w:r/>
    </w:p>
    <w:p>
      <w:r/>
      <w:r>
        <w:t>Meanwhile, the Giants controversy has prompted questions about accountability and trust. SFGate’s reporting on the Pride Night dispute reflects how closely supporters are watching the club’s handling of the issue. A game can be thrilling, but a fan’s sense of welcome often lasts longer than the final buzzer.</w:t>
      </w:r>
      <w:r/>
    </w:p>
    <w:p>
      <w:pPr>
        <w:pStyle w:val="Heading2"/>
      </w:pPr>
      <w:r>
        <w:t>Wins matter, but so does a team’s direction</w:t>
      </w:r>
      <w:r/>
    </w:p>
    <w:p>
      <w:r/>
      <w:r>
        <w:t>The Valkyries have reached the playoffs in each of their first two seasons, according to the lead report, while the Giants have not made the post-season since 2021. Those records offer a straightforward sports comparison, although the teams play in different leagues with very different histories and audiences.</w:t>
      </w:r>
      <w:r/>
    </w:p>
    <w:p>
      <w:r/>
      <w:r>
        <w:t>The Valkyries are not likely to match the Giants’ scale overnight. MLB has a longer season and broader reach, while the WNBA is still growing its audience. But a newer club can still earn attention by making fans feel involved, especially when its on-court progress gives them something exciting to rally around.</w:t>
      </w:r>
      <w:r/>
    </w:p>
    <w:p>
      <w:pPr>
        <w:pStyle w:val="Heading2"/>
      </w:pPr>
      <w:r>
        <w:t>What fans can look for next</w:t>
      </w:r>
      <w:r/>
    </w:p>
    <w:p>
      <w:r/>
      <w:r>
        <w:t>For supporters deciding where to spend their time and money, it’s worth watching how each team acts after the headlines fade. Look for clear communication, meaningful engagement with LGBTQ groups and consistent support beyond a single themed night. Those signals can say more than a one-off statement.</w:t>
      </w:r>
      <w:r/>
    </w:p>
    <w:p>
      <w:r/>
      <w:r>
        <w:t>The Giants’ response will matter if the club hopes to rebuild confidence among alienated fans. The Valkyries, meanwhile, have an opportunity to turn early enthusiasm into a lasting community. In sport, belonging isn’t a bonus feature; for many fans, it’s part of the reason to show up.</w:t>
      </w:r>
      <w:r/>
    </w:p>
    <w:p>
      <w:r/>
      <w:r>
        <w:t>Explore the team and community that make you feel most at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4">
        <w:r>
          <w:rPr>
            <w:color w:val="0000EE"/>
            <w:u w:val="single"/>
          </w:rPr>
          <w:t>[5]</w:t>
        </w:r>
      </w:hyperlink>
      <w:r>
        <w:t xml:space="preserve">, </w:t>
      </w:r>
      <w:hyperlink r:id="rId13">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[6]</w:t>
        </w:r>
      </w:hyperlink>
      <w:r>
        <w:t xml:space="preserve">- Paragraph 10: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https://www.outsports.com/2026/11/2/24146610/golden-state-valkyries-sf-giants-fans/</w:t>
        </w:r>
      </w:hyperlink>
      <w:r>
        <w:t xml:space="preserve"> - Please view link - unable to able to access data</w:t>
      </w:r>
      <w:r/>
    </w:p>
    <w:p>
      <w:pPr>
        <w:pStyle w:val="ListNumber"/>
        <w:spacing w:line="240" w:lineRule="auto"/>
        <w:ind w:left="720"/>
      </w:pPr>
      <w:r/>
      <w:hyperlink r:id="rId9">
        <w:r>
          <w:rPr>
            <w:color w:val="0000EE"/>
            <w:u w:val="single"/>
          </w:rPr>
          <w:t>https://www.outsports.com/2026/11/2/24146610/golden-state-valkyries-sf-giants-fans/</w:t>
        </w:r>
      </w:hyperlink>
      <w:r>
        <w:t xml:space="preserve"> - The article contrasts the Golden State Valkyries’ championship success and enthusiastic welcome for LGBTQ+ fans with the San Francisco Giants’ poor season and Pride Night controversy. It recounts how Giants pitchers wrote Bible references on rainbow caps, and argues that the team’s response damaged trust among LGBTQ+ supporters and other fans. The writer says some supporters have shifted their attention and spending towards the Valkyries, whose Pride celebration and community atmosphere drew praise. It also compares the teams’ recent results, playoff records and out LGBTQ+ representation, while noting that the Giants remain much larger in overall reach. The central argument is that inclusion and accountability shape fans’ loyalty.</w:t>
      </w:r>
      <w:r/>
    </w:p>
    <w:p>
      <w:pPr>
        <w:pStyle w:val="ListNumber"/>
        <w:spacing w:line="240" w:lineRule="auto"/>
        <w:ind w:left="720"/>
      </w:pPr>
      <w:r/>
      <w:hyperlink r:id="rId10">
        <w:r>
          <w:rPr>
            <w:color w:val="0000EE"/>
            <w:u w:val="single"/>
          </w:rPr>
          <w:t>https://www.wnba.com/news/2026-finals-valkyries-dream-game-7-recap</w:t>
        </w:r>
      </w:hyperlink>
      <w:r>
        <w:t xml:space="preserve"> - The WNBA’s recap, republished from the Associated Press, covers Golden State’s 68–63 victory over Atlanta in the first WNBA Finals Game 7. It reports that the Valkyries won the championship in only their second season, led by Gabby Williams, who scored 30 points and was named Finals MVP. Williams helped turn the game around with a decisive scoring run late in the third quarter and continued to influence the fourth. The report also describes the celebrations after the game and quotes coach Natalie Nakase praising Williams’ patience and finishing ability. It supports the article’s claims about the historic final, the Valkyries’ rapid success and Williams’ award.</w:t>
      </w:r>
      <w:r/>
    </w:p>
    <w:p>
      <w:pPr>
        <w:pStyle w:val="ListNumber"/>
        <w:spacing w:line="240" w:lineRule="auto"/>
        <w:ind w:left="720"/>
      </w:pPr>
      <w:r/>
      <w:hyperlink r:id="rId11">
        <w:r>
          <w:rPr>
            <w:color w:val="0000EE"/>
            <w:u w:val="single"/>
          </w:rPr>
          <w:t>https://apnews.com/article/giants-mlb-caps-pride-night-2055e9e6cadb11033c0afcee68fd66bc</w:t>
        </w:r>
      </w:hyperlink>
      <w:r>
        <w:t xml:space="preserve"> - The Associated Press reports that three San Francisco Giants pitchers wrote Bible verse references on rainbow Pride Night caps, while another pitcher wore the standard team cap. Major League Baseball warned the players that writing on uniforms violated its rules, which prohibit messages on apparel regardless of their content. The league said the warning was routine and did not concern the religious message itself. The article includes comments from one pitcher explaining his beliefs and from manager Tony Vitello, who said the matter had not been discussed with the players beforehand. It provides factual background on the cap protest, MLB’s response and the team’s handling of the incident.</w:t>
      </w:r>
      <w:r/>
    </w:p>
    <w:p>
      <w:pPr>
        <w:pStyle w:val="ListNumber"/>
        <w:spacing w:line="240" w:lineRule="auto"/>
        <w:ind w:left="720"/>
      </w:pPr>
      <w:r/>
      <w:hyperlink r:id="rId14">
        <w:r>
          <w:rPr>
            <w:color w:val="0000EE"/>
            <w:u w:val="single"/>
          </w:rPr>
          <w:t>https://www.mlb.com/news/commissioner-rob-manfred-responds-to-letter-from-senator-josh-hawley</w:t>
        </w:r>
      </w:hyperlink>
      <w:r>
        <w:t xml:space="preserve"> - MLB Commissioner Rob Manfred’s letter explains the league’s policy on Pride-themed uniforms and the Giants’ cap controversy. The Giants and Dodgers had received an exception to use Pride emblems, but players were not required to wear the special items and clubs were expected to explain that choice clearly. Manfred says the Giants’ communication was inadequate, that some players apparently did not understand they could wear their regular uniforms, and that the altered caps violated the league’s rule against written messages on equipment. The letter clarifies both the team’s responsibility to communicate the opt-out and MLB’s rationale for warning the players, supporting key details in the article.</w:t>
      </w:r>
      <w:r/>
    </w:p>
    <w:p>
      <w:pPr>
        <w:pStyle w:val="ListNumber"/>
        <w:spacing w:line="240" w:lineRule="auto"/>
        <w:ind w:left="720"/>
      </w:pPr>
      <w:r/>
      <w:hyperlink r:id="rId12">
        <w:r>
          <w:rPr>
            <w:color w:val="0000EE"/>
            <w:u w:val="single"/>
          </w:rPr>
          <w:t>https://www.mlb.com/giants/press-release/press-release-pride-uniforms?t=giants-press-releases</w:t>
        </w:r>
      </w:hyperlink>
      <w:r>
        <w:t xml:space="preserve"> - In this Giants press release, the team describes its Pride-related events and its history of LGBTQ+ community support. It announces Pride Day activities, partnerships with San Francisco Pride and local organisations, recognition of LGBTQ+ figures, and Pride-themed displays at Oracle Park. The release also says the Giants hosted an HIV/AIDS awareness game in 1994, became the first professional sports team to join the It Gets Better campaign, and signed a marriage-equality amicus brief in 2015. This is the club’s own account rather than independent reporting, but it documents the history the article invokes when contrasting the Giants’ longstanding public commitments with the controversy surrounding their 2026 Pride Night.</w:t>
      </w:r>
      <w:r/>
    </w:p>
    <w:p>
      <w:pPr>
        <w:pStyle w:val="ListNumber"/>
        <w:spacing w:line="240" w:lineRule="auto"/>
        <w:ind w:left="720"/>
      </w:pPr>
      <w:r/>
      <w:hyperlink r:id="rId13">
        <w:r>
          <w:rPr>
            <w:color w:val="0000EE"/>
            <w:u w:val="single"/>
          </w:rPr>
          <w:t>https://www.sfgate.com/giants/article/sf-giants-pride-night-22455246.php</w:t>
        </w:r>
      </w:hyperlink>
      <w:r>
        <w:t xml:space="preserve"> - SFGATE reports that the Giants declined to say whether they would continue wearing rainbow-coloured caps at future Pride Nights after the 2026 season. It recounts how three pitchers wrote Bible references on their caps and another wore a standard cap, prompting an MLB reprimand and widespread criticism. The report says Commissioner Rob Manfred blamed unclear communication by the Giants, while team leaders faced questions about their response and what they had learned. It also describes the franchise’s earlier LGBTQ+ outreach, including its adoption of Pride caps and HIV/AIDS fundraising. The article provides follow-up reporting on accountability, fan reaction and uncertainty about the team’s future Pride celebrations.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1/2/24146610/golden-state-valkyries-sf-giants-fans/" TargetMode="External"/><Relationship Id="rId10" Type="http://schemas.openxmlformats.org/officeDocument/2006/relationships/hyperlink" Target="https://www.wnba.com/news/2026-finals-valkyries-dream-game-7-recap" TargetMode="External"/><Relationship Id="rId11" Type="http://schemas.openxmlformats.org/officeDocument/2006/relationships/hyperlink" Target="https://apnews.com/article/giants-mlb-caps-pride-night-2055e9e6cadb11033c0afcee68fd66bc" TargetMode="External"/><Relationship Id="rId12" Type="http://schemas.openxmlformats.org/officeDocument/2006/relationships/hyperlink" Target="https://www.mlb.com/giants/press-release/press-release-pride-uniforms?t=giants-press-releases" TargetMode="External"/><Relationship Id="rId13" Type="http://schemas.openxmlformats.org/officeDocument/2006/relationships/hyperlink" Target="https://www.sfgate.com/giants/article/sf-giants-pride-night-22455246.php" TargetMode="External"/><Relationship Id="rId14" Type="http://schemas.openxmlformats.org/officeDocument/2006/relationships/hyperlink" Target="https://www.mlb.com/news/commissioner-rob-manfred-responds-to-letter-from-senator-josh-hawle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