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Utah Queer Film Festival 2026: Films That Celebrate Queer Futures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film fans in Salt Lake City have 11 features and 25 shorts to look forward to at the 23rd Utah Queer Film Festival. With in-person screenings at the Utah Film Center and an online programme to follow, this year’s line-up pairs joyful storytelling with films that preserve queer history and make room for fresh perspectives.</w:t>
      </w:r>
      <w:r>
        <w:t xml:space="preserve"> </w:t>
      </w:r>
      <w:hyperlink r:id="rId9">
        <w:r>
          <w:rPr>
            <w:color w:val="0000EE"/>
            <w:u w:val="single"/>
          </w:rPr>
          <w:t>[2]</w:t>
        </w:r>
      </w:hyperlink>
      <w:r>
        <w:t xml:space="preserve">, </w:t>
      </w:r>
      <w:hyperlink r:id="rId10">
        <w:r>
          <w:rPr>
            <w:color w:val="0000EE"/>
            <w:u w:val="single"/>
          </w:rPr>
          <w:t>[3]</w:t>
        </w:r>
      </w:hyperlink>
      <w:r/>
    </w:p>
    <w:p>
      <w:pPr>
        <w:pStyle w:val="Heading2"/>
      </w:pPr>
      <w:r>
        <w:t>Essential takeaways</w:t>
      </w:r>
      <w:r/>
      <w:r/>
    </w:p>
    <w:p>
      <w:pPr>
        <w:pStyle w:val="ListBullet"/>
        <w:spacing w:line="240" w:lineRule="auto"/>
        <w:ind w:left="720"/>
      </w:pPr>
      <w:r/>
      <w:r>
        <w:rPr>
          <w:b/>
        </w:rPr>
        <w:t>A big programme:</w:t>
      </w:r>
      <w:r>
        <w:t xml:space="preserve"> The festival features 11 feature-length films and 25 shorts across three curated programmes. </w:t>
      </w:r>
      <w:hyperlink r:id="rId9">
        <w:r>
          <w:rPr>
            <w:color w:val="0000EE"/>
            <w:u w:val="single"/>
          </w:rPr>
          <w:t>[2]</w:t>
        </w:r>
      </w:hyperlink>
      <w:r>
        <w:t xml:space="preserve">, </w:t>
      </w:r>
      <w:hyperlink r:id="rId10">
        <w:r>
          <w:rPr>
            <w:color w:val="0000EE"/>
            <w:u w:val="single"/>
          </w:rPr>
          <w:t>[3]</w:t>
        </w:r>
      </w:hyperlink>
      <w:r/>
    </w:p>
    <w:p>
      <w:pPr>
        <w:pStyle w:val="ListBullet"/>
        <w:spacing w:line="240" w:lineRule="auto"/>
        <w:ind w:left="720"/>
      </w:pPr>
      <w:r/>
      <w:r>
        <w:rPr>
          <w:b/>
        </w:rPr>
        <w:t>Two ways to watch:</w:t>
      </w:r>
      <w:r>
        <w:t xml:space="preserve"> Screenings take place at the Utah Film Center in Salt Lake City, with an online programme afterwards. </w:t>
      </w:r>
      <w:hyperlink r:id="rId9">
        <w:r>
          <w:rPr>
            <w:color w:val="0000EE"/>
            <w:u w:val="single"/>
          </w:rPr>
          <w:t>[2]</w:t>
        </w:r>
      </w:hyperlink>
      <w:r>
        <w:t xml:space="preserve">, </w:t>
      </w:r>
      <w:hyperlink r:id="rId10">
        <w:r>
          <w:rPr>
            <w:color w:val="0000EE"/>
            <w:u w:val="single"/>
          </w:rPr>
          <w:t>[3]</w:t>
        </w:r>
      </w:hyperlink>
      <w:r/>
    </w:p>
    <w:p>
      <w:pPr>
        <w:pStyle w:val="ListBullet"/>
        <w:spacing w:line="240" w:lineRule="auto"/>
        <w:ind w:left="720"/>
      </w:pPr>
      <w:r/>
      <w:r>
        <w:rPr>
          <w:b/>
        </w:rPr>
        <w:t>A hopeful theme:</w:t>
      </w:r>
      <w:r>
        <w:t xml:space="preserve"> The line-up celebrates queer stories, community, history and possibility. </w:t>
      </w:r>
      <w:hyperlink r:id="rId9">
        <w:r>
          <w:rPr>
            <w:color w:val="0000EE"/>
            <w:u w:val="single"/>
          </w:rPr>
          <w:t>[2]</w:t>
        </w:r>
      </w:hyperlink>
      <w:r>
        <w:t xml:space="preserve">, </w:t>
      </w:r>
      <w:hyperlink r:id="rId10">
        <w:r>
          <w:rPr>
            <w:color w:val="0000EE"/>
            <w:u w:val="single"/>
          </w:rPr>
          <w:t>[3]</w:t>
        </w:r>
      </w:hyperlink>
      <w:r/>
    </w:p>
    <w:p>
      <w:pPr>
        <w:pStyle w:val="ListBullet"/>
        <w:spacing w:line="240" w:lineRule="auto"/>
        <w:ind w:left="720"/>
      </w:pPr>
      <w:r/>
      <w:r>
        <w:rPr>
          <w:b/>
        </w:rPr>
        <w:t>A nature-minded opener:</w:t>
      </w:r>
      <w:r>
        <w:t xml:space="preserve"> </w:t>
      </w:r>
      <w:r>
        <w:rPr>
          <w:i/>
        </w:rPr>
        <w:t>Second Nature</w:t>
      </w:r>
      <w:r>
        <w:t xml:space="preserve"> explores same-sex behaviour and other forms of diversity in the animal world. </w:t>
      </w:r>
      <w:hyperlink r:id="rId10">
        <w:r>
          <w:rPr>
            <w:color w:val="0000EE"/>
            <w:u w:val="single"/>
          </w:rPr>
          <w:t>[3]</w:t>
        </w:r>
      </w:hyperlink>
      <w:r>
        <w:t xml:space="preserve">, </w:t>
      </w:r>
      <w:hyperlink r:id="rId11">
        <w:r>
          <w:rPr>
            <w:color w:val="0000EE"/>
            <w:u w:val="single"/>
          </w:rPr>
          <w:t>[4]</w:t>
        </w:r>
      </w:hyperlink>
      <w:r/>
    </w:p>
    <w:p>
      <w:pPr>
        <w:pStyle w:val="ListBullet"/>
        <w:spacing w:line="240" w:lineRule="auto"/>
        <w:ind w:left="720"/>
      </w:pPr>
      <w:r/>
      <w:r>
        <w:rPr>
          <w:b/>
        </w:rPr>
        <w:t>A cult-film finale:</w:t>
      </w:r>
      <w:r>
        <w:t xml:space="preserve"> </w:t>
      </w:r>
      <w:r>
        <w:rPr>
          <w:i/>
        </w:rPr>
        <w:t>Strange Journey: The Story of Rocky Horror</w:t>
      </w:r>
      <w:r>
        <w:t xml:space="preserve"> closes the festival with a look at the enduring film phenomenon. </w:t>
      </w:r>
      <w:hyperlink r:id="rId10">
        <w:r>
          <w:rPr>
            <w:color w:val="0000EE"/>
            <w:u w:val="single"/>
          </w:rPr>
          <w:t>[3]</w:t>
        </w:r>
      </w:hyperlink>
      <w:r>
        <w:t xml:space="preserve">, </w:t>
      </w:r>
      <w:hyperlink r:id="rId12">
        <w:r>
          <w:rPr>
            <w:color w:val="0000EE"/>
            <w:u w:val="single"/>
          </w:rPr>
          <w:t>[7]</w:t>
        </w:r>
      </w:hyperlink>
      <w:r/>
      <w:r/>
    </w:p>
    <w:p>
      <w:pPr>
        <w:pStyle w:val="Heading2"/>
      </w:pPr>
      <w:r>
        <w:t>Queer stories take centre stage in Salt Lake City</w:t>
      </w:r>
      <w:r/>
    </w:p>
    <w:p>
      <w:r/>
      <w:r>
        <w:t xml:space="preserve">The Utah Queer Film Festival makes a strong case for storytelling as a way to connect, remember and imagine what comes next. This year’s programme includes 11 features and 25 short films, with international work alongside a showcase for Utah filmmakers. </w:t>
      </w:r>
      <w:hyperlink r:id="rId9">
        <w:r>
          <w:rPr>
            <w:color w:val="0000EE"/>
            <w:u w:val="single"/>
          </w:rPr>
          <w:t>[2]</w:t>
        </w:r>
      </w:hyperlink>
      <w:r>
        <w:t xml:space="preserve">, </w:t>
      </w:r>
      <w:hyperlink r:id="rId10">
        <w:r>
          <w:rPr>
            <w:color w:val="0000EE"/>
            <w:u w:val="single"/>
          </w:rPr>
          <w:t>[3]</w:t>
        </w:r>
      </w:hyperlink>
      <w:r/>
    </w:p>
    <w:p>
      <w:r/>
      <w:r>
        <w:t xml:space="preserve">For the first time, all in-person screenings are scheduled at the Utah Film Center’s Geralyn White Dreyfous Building in Salt Lake City’s Marmalade District. The festival also offers an online programme, giving audiences another way to catch selected films beyond the cinema. </w:t>
      </w:r>
      <w:hyperlink r:id="rId9">
        <w:r>
          <w:rPr>
            <w:color w:val="0000EE"/>
            <w:u w:val="single"/>
          </w:rPr>
          <w:t>[2]</w:t>
        </w:r>
      </w:hyperlink>
      <w:r>
        <w:t xml:space="preserve">, </w:t>
      </w:r>
      <w:hyperlink r:id="rId10">
        <w:r>
          <w:rPr>
            <w:color w:val="0000EE"/>
            <w:u w:val="single"/>
          </w:rPr>
          <w:t>[3]</w:t>
        </w:r>
      </w:hyperlink>
      <w:r/>
    </w:p>
    <w:p>
      <w:pPr>
        <w:pStyle w:val="Heading2"/>
      </w:pPr>
      <w:r>
        <w:t>A hopeful line-up, from nature to family</w:t>
      </w:r>
      <w:r/>
    </w:p>
    <w:p>
      <w:r/>
      <w:r>
        <w:t xml:space="preserve">Opening the festival is </w:t>
      </w:r>
      <w:r>
        <w:rPr>
          <w:i/>
        </w:rPr>
        <w:t>Second Nature</w:t>
      </w:r>
      <w:r>
        <w:t xml:space="preserve">, a documentary narrated by Elliot Page. It draws on research into animal behaviour to challenge assumptions about what is “natural”, offering a lively, accessible start to a programme built around broader ideas of identity and belonging. </w:t>
      </w:r>
      <w:hyperlink r:id="rId10">
        <w:r>
          <w:rPr>
            <w:color w:val="0000EE"/>
            <w:u w:val="single"/>
          </w:rPr>
          <w:t>[3]</w:t>
        </w:r>
      </w:hyperlink>
      <w:r>
        <w:t xml:space="preserve">, </w:t>
      </w:r>
      <w:hyperlink r:id="rId11">
        <w:r>
          <w:rPr>
            <w:color w:val="0000EE"/>
            <w:u w:val="single"/>
          </w:rPr>
          <w:t>[4]</w:t>
        </w:r>
      </w:hyperlink>
      <w:r/>
    </w:p>
    <w:p>
      <w:r/>
      <w:r>
        <w:t xml:space="preserve">Elsewhere, Brazilian documentary </w:t>
      </w:r>
      <w:r>
        <w:rPr>
          <w:i/>
        </w:rPr>
        <w:t>Apolo</w:t>
      </w:r>
      <w:r>
        <w:t xml:space="preserve"> follows a transgender couple as they navigate parenthood and the obstacles society places in their way. The story gives the festival’s theme of queer futures a particularly intimate shape: not an abstract possibility, but a family making a life together. </w:t>
      </w:r>
      <w:hyperlink r:id="rId10">
        <w:r>
          <w:rPr>
            <w:color w:val="0000EE"/>
            <w:u w:val="single"/>
          </w:rPr>
          <w:t>[3]</w:t>
        </w:r>
      </w:hyperlink>
      <w:r/>
    </w:p>
    <w:p>
      <w:pPr>
        <w:pStyle w:val="Heading2"/>
      </w:pPr>
      <w:r>
        <w:t>Films that keep queer history in view</w:t>
      </w:r>
      <w:r/>
    </w:p>
    <w:p>
      <w:r/>
      <w:r>
        <w:t xml:space="preserve">The programme also looks backwards, and for good reason. </w:t>
      </w:r>
      <w:r>
        <w:rPr>
          <w:i/>
        </w:rPr>
        <w:t>By Hook or By Crook</w:t>
      </w:r>
      <w:r>
        <w:t xml:space="preserve">, the 2002 feature at the festival’s centre, returns to a San Francisco whose neighbourhoods have changed dramatically. Its archival value comes not only from the story on screen, but from the city it captures. </w:t>
      </w:r>
      <w:hyperlink r:id="rId10">
        <w:r>
          <w:rPr>
            <w:color w:val="0000EE"/>
            <w:u w:val="single"/>
          </w:rPr>
          <w:t>[3]</w:t>
        </w:r>
      </w:hyperlink>
      <w:r/>
    </w:p>
    <w:p>
      <w:r/>
      <w:r>
        <w:t xml:space="preserve">Closing-night documentary </w:t>
      </w:r>
      <w:r>
        <w:rPr>
          <w:i/>
        </w:rPr>
        <w:t>Strange Journey: The Story of Rocky Horror</w:t>
      </w:r>
      <w:r>
        <w:t xml:space="preserve"> explores the film’s long cultural life and the communities that have gathered around it. The director, Linus O’Brien, is expected to take part in a post-screening conversation, adding a personal perspective to the festival’s final screening. </w:t>
      </w:r>
      <w:hyperlink r:id="rId10">
        <w:r>
          <w:rPr>
            <w:color w:val="0000EE"/>
            <w:u w:val="single"/>
          </w:rPr>
          <w:t>[3]</w:t>
        </w:r>
      </w:hyperlink>
      <w:r>
        <w:t xml:space="preserve">, </w:t>
      </w:r>
      <w:hyperlink r:id="rId12">
        <w:r>
          <w:rPr>
            <w:color w:val="0000EE"/>
            <w:u w:val="single"/>
          </w:rPr>
          <w:t>[7]</w:t>
        </w:r>
      </w:hyperlink>
      <w:r/>
    </w:p>
    <w:p>
      <w:pPr>
        <w:pStyle w:val="Heading2"/>
      </w:pPr>
      <w:r>
        <w:t>Short films give local voices room to shine</w:t>
      </w:r>
      <w:r/>
    </w:p>
    <w:p>
      <w:r/>
      <w:r>
        <w:t xml:space="preserve">The Utah Filmmaker Showcase Queer Shorts brings locally made work into the mix, including stories about friendship, recovery, family and love. Among them is </w:t>
      </w:r>
      <w:r>
        <w:rPr>
          <w:i/>
        </w:rPr>
        <w:t>After You Get Back</w:t>
      </w:r>
      <w:r>
        <w:t xml:space="preserve">, a short about the fragile period after a friend leaves hospital following a suicide attempt. Its subject is difficult, but its focus on care and connection sounds quietly powerful. </w:t>
      </w:r>
      <w:hyperlink r:id="rId10">
        <w:r>
          <w:rPr>
            <w:color w:val="0000EE"/>
            <w:u w:val="single"/>
          </w:rPr>
          <w:t>[3]</w:t>
        </w:r>
      </w:hyperlink>
      <w:r/>
    </w:p>
    <w:p>
      <w:r/>
      <w:r>
        <w:t xml:space="preserve">Two further programmes widen the lens: International Queer Shorts and Sapphic &amp; Trans Shorts. Together, they offer a brisk way to discover emerging filmmakers and varied styles, from magical realism to music video and intimate character studies. </w:t>
      </w:r>
      <w:hyperlink r:id="rId9">
        <w:r>
          <w:rPr>
            <w:color w:val="0000EE"/>
            <w:u w:val="single"/>
          </w:rPr>
          <w:t>[2]</w:t>
        </w:r>
      </w:hyperlink>
      <w:r>
        <w:t xml:space="preserve">, </w:t>
      </w:r>
      <w:hyperlink r:id="rId10">
        <w:r>
          <w:rPr>
            <w:color w:val="0000EE"/>
            <w:u w:val="single"/>
          </w:rPr>
          <w:t>[3]</w:t>
        </w:r>
      </w:hyperlink>
      <w:r/>
    </w:p>
    <w:p>
      <w:pPr>
        <w:pStyle w:val="Heading2"/>
      </w:pPr>
      <w:r>
        <w:t>Make the most of the festival</w:t>
      </w:r>
      <w:r/>
    </w:p>
    <w:p>
      <w:r/>
      <w:r>
        <w:t xml:space="preserve">With features, shorts and post-screening discussions on the schedule, it’s worth checking the official programme before choosing a session. Look out for talkbacks if you enjoy hearing filmmakers explain how a story came together, and consider mixing a feature with a shorts programme for a fuller sense of the festival’s range. </w:t>
      </w:r>
      <w:hyperlink r:id="rId9">
        <w:r>
          <w:rPr>
            <w:color w:val="0000EE"/>
            <w:u w:val="single"/>
          </w:rPr>
          <w:t>[2]</w:t>
        </w:r>
      </w:hyperlink>
      <w:r>
        <w:t xml:space="preserve">, </w:t>
      </w:r>
      <w:hyperlink r:id="rId10">
        <w:r>
          <w:rPr>
            <w:color w:val="0000EE"/>
            <w:u w:val="single"/>
          </w:rPr>
          <w:t>[3]</w:t>
        </w:r>
      </w:hyperlink>
      <w:r/>
    </w:p>
    <w:p>
      <w:r/>
      <w:r>
        <w:t xml:space="preserve">The best starting point may simply be the film that catches your eye. Whether you’re drawn to documentary, narrative fiction or a cult classic, this year’s programme treats queer cinema as more than a night out: it’s a chance to share stories and find your people. </w:t>
      </w:r>
      <w:hyperlink r:id="rId9">
        <w:r>
          <w:rPr>
            <w:color w:val="0000EE"/>
            <w:u w:val="single"/>
          </w:rPr>
          <w:t>[2]</w:t>
        </w:r>
      </w:hyperlink>
      <w:r>
        <w:t xml:space="preserve">, </w:t>
      </w:r>
      <w:hyperlink r:id="rId10">
        <w:r>
          <w:rPr>
            <w:color w:val="0000EE"/>
            <w:u w:val="single"/>
          </w:rPr>
          <w:t>[3]</w:t>
        </w:r>
      </w:hyperlink>
      <w:r/>
    </w:p>
    <w:p>
      <w:r/>
      <w:r>
        <w:t>It’s a festival with plenty to watch, and plenty to talk about afterwards.</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Paragraph 6: </w:t>
      </w:r>
      <w:hyperlink r:id="rId10">
        <w:r>
          <w:rPr>
            <w:color w:val="0000EE"/>
            <w:u w:val="single"/>
          </w:rPr>
          <w:t>[3]</w:t>
        </w:r>
      </w:hyperlink>
      <w:r>
        <w:t xml:space="preserve">, </w:t>
      </w:r>
      <w:hyperlink r:id="rId12">
        <w:r>
          <w:rPr>
            <w:color w:val="0000EE"/>
            <w:u w:val="single"/>
          </w:rPr>
          <w:t>[7]</w:t>
        </w:r>
      </w:hyperlink>
      <w:r>
        <w:t xml:space="preserve">- Paragraph 7: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https://www.theutahreview.com/a-future-looking-brighter-than-ever-23rd-utah-queer-film-festivals-international-slate-set-with-11-feature-length-films-25-shorts-nov-6-8/</w:t>
        </w:r>
      </w:hyperlink>
      <w:r>
        <w:t xml:space="preserve"> - Please view link - unable to able to access data</w:t>
      </w:r>
      <w:r/>
    </w:p>
    <w:p>
      <w:pPr>
        <w:pStyle w:val="ListNumber"/>
        <w:spacing w:line="240" w:lineRule="auto"/>
        <w:ind w:left="720"/>
      </w:pPr>
      <w:r/>
      <w:hyperlink r:id="rId9">
        <w:r>
          <w:rPr>
            <w:color w:val="0000EE"/>
            <w:u w:val="single"/>
          </w:rPr>
          <w:t>https://utahfilmcenter.org/film/utah-queer-film-festival-2026/</w:t>
        </w:r>
      </w:hyperlink>
      <w:r>
        <w:t xml:space="preserve"> - The Utah Film Center’s official festival page presents the 2026 Utah Queer Film Festival under the theme “Queer Films, Queer Futures”. It confirms the festival runs from 6 to 8 November 2026 and features 35 LGBTQIA+ independent films from local, national and international filmmakers. The page also states that, for the first time, all in-person screenings, discussions and artist performances will be held at the Geralyn White Dreyfous Building in Salt Lake City’s Marmalade District. Selected films are scheduled to be available online from 9 to 15 November. This official source supports the article’s central festival details, dates, venue and overall theme.</w:t>
      </w:r>
      <w:r/>
    </w:p>
    <w:p>
      <w:pPr>
        <w:pStyle w:val="ListNumber"/>
        <w:spacing w:line="240" w:lineRule="auto"/>
        <w:ind w:left="720"/>
      </w:pPr>
      <w:r/>
      <w:hyperlink r:id="rId10">
        <w:r>
          <w:rPr>
            <w:color w:val="0000EE"/>
            <w:u w:val="single"/>
          </w:rPr>
          <w:t>https://www.theutahreview.com/a-future-looking-brighter-than-ever-23rd-utah-queer-film-festivals-international-slate-set-with-11-feature-length-films-25-shorts-nov-6-8/</w:t>
        </w:r>
      </w:hyperlink>
      <w:r>
        <w:t xml:space="preserve"> - The article surveys the Utah Queer Film Festival’s international programme, describing its 11 feature films, 25 short films and three programming tracks. It outlines the festival’s dates, Salt Lake City venue, online screenings, opening and closing events, and the wider emphasis on queer community, history and positive futures. It also reviews selected documentaries, narrative features and short films, including Second Nature, By Hook or By Crook, Strange Journey: The Story of Rocky Horror, Apolo and Barbara Forever. Interviews and programme notes provide context for the filmmakers’ aims and the festival’s curation. This is the original source for the claims and titles in the supplied text.</w:t>
      </w:r>
      <w:r/>
    </w:p>
    <w:p>
      <w:pPr>
        <w:pStyle w:val="ListNumber"/>
        <w:spacing w:line="240" w:lineRule="auto"/>
        <w:ind w:left="720"/>
      </w:pPr>
      <w:r/>
      <w:hyperlink r:id="rId11">
        <w:r>
          <w:rPr>
            <w:color w:val="0000EE"/>
            <w:u w:val="single"/>
          </w:rPr>
          <w:t>https://www.pageboyprod.com/second-nature</w:t>
        </w:r>
      </w:hyperlink>
      <w:r>
        <w:t xml:space="preserve"> - PageBoy Productions describes Second Nature as a documentary directed by Drew Denny and narrated and co-executive produced by Elliot Page. It says the film explores and challenges assumptions about gender and sexuality in the animal kingdom, drawing on examples from more than 1,500 species. The production page highlights same-sex behaviour, parenting and gender fluidity as subjects of the documentary. This supports the article’s description of the film’s scientific focus and Page’s role, while providing a production-company source rather than relying solely on festival commentary. The page is specifically about the documentary discussed as the festival’s opening-night selection.</w:t>
      </w:r>
      <w:r/>
    </w:p>
    <w:p>
      <w:pPr>
        <w:pStyle w:val="ListNumber"/>
        <w:spacing w:line="240" w:lineRule="auto"/>
        <w:ind w:left="720"/>
      </w:pPr>
      <w:r/>
      <w:hyperlink r:id="rId13">
        <w:r>
          <w:rPr>
            <w:color w:val="0000EE"/>
            <w:u w:val="single"/>
          </w:rPr>
          <w:t>https://www.abodytolivein.com/</w:t>
        </w:r>
      </w:hyperlink>
      <w:r>
        <w:t xml:space="preserve"> - The official A Body to Live In website describes Angelo Madsen’s documentary about Fakir Musafar, BDSM performance art, body modification and the modern primitives movement. It explains that the film combines archival footage with interviews and explores how pain, ritual and transformation have served as forms of identity, survival and self-expression. The project is placed within a broader history of queer artists, subculture, the AIDS crisis and spiritual reinvention. This material supports the article’s account of the documentary’s subject matter and its use of archival materials. The site also provides information about the film’s release and screening opportunities.</w:t>
      </w:r>
      <w:r/>
    </w:p>
    <w:p>
      <w:pPr>
        <w:pStyle w:val="ListNumber"/>
        <w:spacing w:line="240" w:lineRule="auto"/>
        <w:ind w:left="720"/>
      </w:pPr>
      <w:r/>
      <w:hyperlink r:id="rId14">
        <w:r>
          <w:rPr>
            <w:color w:val="0000EE"/>
            <w:u w:val="single"/>
          </w:rPr>
          <w:t>https://www.sxsw.com/wp-content/uploads/2026/02/Press-Release-SXSW-2026-2nd-Wave-Film-TV-Programming.pdf</w:t>
        </w:r>
      </w:hyperlink>
      <w:r>
        <w:t xml:space="preserve"> - SXSW’s official 2026 programming announcement lists Apolo and identifies Isis Broken and Tainá Müller as its directors. Its description follows the pregnancy of a transgender couple, Isis Broken and Lourenzo Gabriel, and notes that the father is giving birth while society struggles to understand their circumstances. This primary festival source corroborates the central premise and principal filmmakers described in the supplied article. The document is part of SXSW’s published Film and TV programme announcement and places the documentary within the festival’s 2026 selection. It provides independent confirmation of key information about Apolo without repeating the review’s personal evaluation.</w:t>
      </w:r>
      <w:r/>
    </w:p>
    <w:p>
      <w:pPr>
        <w:pStyle w:val="ListNumber"/>
        <w:spacing w:line="240" w:lineRule="auto"/>
        <w:ind w:left="720"/>
      </w:pPr>
      <w:r/>
      <w:hyperlink r:id="rId12">
        <w:r>
          <w:rPr>
            <w:color w:val="0000EE"/>
            <w:u w:val="single"/>
          </w:rPr>
          <w:t>https://www.frameline.org/films/frameline49/strange-journey-the-story-of-rocky-horror</w:t>
        </w:r>
      </w:hyperlink>
      <w:r>
        <w:t xml:space="preserve"> - Frameline’s film entry identifies Strange Journey: The Story of Rocky Horror as a 2025 documentary directed by Linus O’Brien. It characterises the film as a tribute to Rocky Horror and its enduring role as a welcoming space for outsiders, describing how the work has sustained audiences around the world. The entry supports the supplied article’s identification of the documentary, its director and its connection to queer community and belonging. It also provides a separate queer-film-festival perspective on the film’s themes and cultural legacy, making it relevant to the article’s account of the festival’s closing feature.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utahfilmcenter.org/film/utah-queer-film-festival-2026/" TargetMode="External"/><Relationship Id="rId10" Type="http://schemas.openxmlformats.org/officeDocument/2006/relationships/hyperlink" Target="https://www.theutahreview.com/a-future-looking-brighter-than-ever-23rd-utah-queer-film-festivals-international-slate-set-with-11-feature-length-films-25-shorts-nov-6-8/" TargetMode="External"/><Relationship Id="rId11" Type="http://schemas.openxmlformats.org/officeDocument/2006/relationships/hyperlink" Target="https://www.pageboyprod.com/second-nature" TargetMode="External"/><Relationship Id="rId12" Type="http://schemas.openxmlformats.org/officeDocument/2006/relationships/hyperlink" Target="https://www.frameline.org/films/frameline49/strange-journey-the-story-of-rocky-horror" TargetMode="External"/><Relationship Id="rId13" Type="http://schemas.openxmlformats.org/officeDocument/2006/relationships/hyperlink" Target="https://www.abodytolivein.com/" TargetMode="External"/><Relationship Id="rId14" Type="http://schemas.openxmlformats.org/officeDocument/2006/relationships/hyperlink" Target="https://www.sxsw.com/wp-content/uploads/2026/02/Press-Release-SXSW-2026-2nd-Wave-Film-TV-Programmin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