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Divine Tragedy: Watch the Mexican LGBTQ+ Comedy-Drama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long relationship ends, a former telenovela star loses his footing, and an unlikely family reunion begins. Mexican LGBTQ+ comedy-drama The Divine Tragedy is available from 3 November 2026 on digital platforms and DVD, giving viewers a lively story of heartbreak, clashing personalities and starting over.</w:t>
      </w:r>
      <w:r/>
    </w:p>
    <w:p>
      <w:pPr>
        <w:pStyle w:val="Heading2"/>
      </w:pPr>
      <w:r>
        <w:t>A breakup sends Cristián into unfamiliar territory</w:t>
      </w:r>
      <w:r/>
    </w:p>
    <w:p>
      <w:r/>
      <w:r>
        <w:t xml:space="preserve">Cristián's carefully ordered life is upended when his 24-year relationship ends. The former telenovela actor is left with few options, and his next move is hardly a quiet retreat: he goes to live with Roy, his hedonistic half-brother and complete opposite. </w:t>
      </w:r>
      <w:hyperlink r:id="rId9">
        <w:r>
          <w:rPr>
            <w:color w:val="0000EE"/>
            <w:u w:val="single"/>
          </w:rPr>
          <w:t>[2]</w:t>
        </w:r>
      </w:hyperlink>
      <w:r/>
    </w:p>
    <w:p>
      <w:r/>
      <w:r>
        <w:t xml:space="preserve">That contrast gives The Divine Tragedy its comic spark. A man used to structure suddenly has to share space with someone who appears to favour spontaneity, making the household an ideal setting for friction, fresh perspective and, perhaps, a little self-discovery. </w:t>
      </w:r>
      <w:hyperlink r:id="rId10">
        <w:r>
          <w:rPr>
            <w:color w:val="0000EE"/>
            <w:u w:val="single"/>
          </w:rPr>
          <w:t>[3]</w:t>
        </w:r>
      </w:hyperlink>
      <w:r/>
    </w:p>
    <w:p>
      <w:pPr>
        <w:pStyle w:val="Heading2"/>
      </w:pPr>
      <w:r>
        <w:t>A Mexican LGBTQ+ film about family and reinvention</w:t>
      </w:r>
      <w:r/>
    </w:p>
    <w:p>
      <w:r/>
      <w:r>
        <w:t xml:space="preserve">Written and directed by Sergio Tovar Velarde, the comedy-drama looks at generational clashes, family chaos and personal reinvention. Its starting point is familiar - the end of a relationship - but the half-brother living arrangement gives that emotional reset a lively twist. </w:t>
      </w:r>
      <w:hyperlink r:id="rId9">
        <w:r>
          <w:rPr>
            <w:color w:val="0000EE"/>
            <w:u w:val="single"/>
          </w:rPr>
          <w:t>[2]</w:t>
        </w:r>
      </w:hyperlink>
      <w:r>
        <w:t xml:space="preserve">, </w:t>
      </w:r>
      <w:hyperlink r:id="rId10">
        <w:r>
          <w:rPr>
            <w:color w:val="0000EE"/>
            <w:u w:val="single"/>
          </w:rPr>
          <w:t>[3]</w:t>
        </w:r>
      </w:hyperlink>
      <w:r/>
    </w:p>
    <w:p>
      <w:r/>
      <w:r>
        <w:t xml:space="preserve">The film also arrives with a festival accolade behind it: it won the Audience Award for Best Feature at Wicked Queer, Boston's LGBTQ+ Film Festival. That gives curious viewers a useful sign of its reception, while the premise promises a mix of humour and more tender family drama. </w:t>
      </w:r>
      <w:hyperlink r:id="rId9">
        <w:r>
          <w:rPr>
            <w:color w:val="0000EE"/>
            <w:u w:val="single"/>
          </w:rPr>
          <w:t>[2]</w:t>
        </w:r>
      </w:hyperlink>
      <w:r/>
    </w:p>
    <w:p>
      <w:pPr>
        <w:pStyle w:val="Heading2"/>
      </w:pPr>
      <w:r>
        <w:t>Where to watch The Divine Tragedy</w:t>
      </w:r>
      <w:r/>
    </w:p>
    <w:p>
      <w:r/>
      <w:r>
        <w:t xml:space="preserve">The film is available from Tuesday, 3 November 2026, through Video-on-Demand and specialist digital independent platforms, including Habanero PLAY. Physical DVD is also an option for viewers who prefer a shelf-ready copy to another title in their streaming queue.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p>
    <w:p>
      <w:r/>
      <w:r>
        <w:t xml:space="preserve">Availability can vary by region and service, so check the platform listings where you live. JustWatch and MUBI are among the places mentioned for regional availability updates, while Habanero Films lists the film in its catalogue. </w:t>
      </w:r>
      <w:hyperlink r:id="rId9">
        <w:r>
          <w:rPr>
            <w:color w:val="0000EE"/>
            <w:u w:val="single"/>
          </w:rPr>
          <w:t>[2]</w:t>
        </w:r>
      </w:hyperlink>
      <w:r>
        <w:t xml:space="preserve">, </w:t>
      </w:r>
      <w:hyperlink r:id="rId10">
        <w:r>
          <w:rPr>
            <w:color w:val="0000EE"/>
            <w:u w:val="single"/>
          </w:rPr>
          <w:t>[3]</w:t>
        </w:r>
      </w:hyperlink>
      <w:r/>
    </w:p>
    <w:p>
      <w:pPr>
        <w:pStyle w:val="Heading2"/>
      </w:pPr>
      <w:r>
        <w:t>Is this the right film for your watchlist?</w:t>
      </w:r>
      <w:r/>
    </w:p>
    <w:p>
      <w:r/>
      <w:r>
        <w:t xml:space="preserve">If you enjoy character-led comedies where family members bring out each other's worst and best, the central pairing should be a draw. Cristián's sudden change of circumstances and Roy's very different outlook create room for both comic clashes and a story about rebuilding a life. </w:t>
      </w:r>
      <w:hyperlink r:id="rId9">
        <w:r>
          <w:rPr>
            <w:color w:val="0000EE"/>
            <w:u w:val="single"/>
          </w:rPr>
          <w:t>[2]</w:t>
        </w:r>
      </w:hyperlink>
      <w:r>
        <w:t xml:space="preserve">, </w:t>
      </w:r>
      <w:hyperlink r:id="rId10">
        <w:r>
          <w:rPr>
            <w:color w:val="0000EE"/>
            <w:u w:val="single"/>
          </w:rPr>
          <w:t>[3]</w:t>
        </w:r>
      </w:hyperlink>
      <w:r/>
    </w:p>
    <w:p>
      <w:r/>
      <w:r>
        <w:t xml:space="preserve">For a straightforward way to choose, check which services carry the title in your region, then compare digital rental or purchase options with the DVD. The format choice is practical, but the real appeal is watching a former TV star try to find his feet in a home that runs by someone else's rules. </w:t>
      </w:r>
      <w:hyperlink r:id="rId9">
        <w:r>
          <w:rPr>
            <w:color w:val="0000EE"/>
            <w:u w:val="single"/>
          </w:rPr>
          <w:t>[2]</w:t>
        </w:r>
      </w:hyperlink>
      <w:r>
        <w:t xml:space="preserve">, </w:t>
      </w:r>
      <w:hyperlink r:id="rId11">
        <w:r>
          <w:rPr>
            <w:color w:val="0000EE"/>
            <w:u w:val="single"/>
          </w:rPr>
          <w:t>[6]</w:t>
        </w:r>
      </w:hyperlink>
      <w:r/>
    </w:p>
    <w:p>
      <w:pPr>
        <w:pStyle w:val="Heading2"/>
      </w:pPr>
      <w:r>
        <w:t>A festival-backed story of starting again</w:t>
      </w:r>
      <w:r/>
    </w:p>
    <w:p>
      <w:r/>
      <w:r>
        <w:t xml:space="preserve">The Divine Tragedy blends a recognisable emotional upheaval with a distinctly messy family setup. Its festival success and digital-plus-DVD release make it easier for audiences to discover, whether they fancy a one-night rental or a physical copy to keep.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p>
    <w:p>
      <w:r/>
      <w:r>
        <w:t xml:space="preserve">And while a sudden move in with a free-spirited half-brother may not be everyone's idea of recovery, it makes for a promising route into comedy, conflict and change. </w:t>
      </w:r>
      <w:hyperlink r:id="rId9">
        <w:r>
          <w:rPr>
            <w:color w:val="0000EE"/>
            <w:u w:val="single"/>
          </w:rPr>
          <w:t>[2]</w:t>
        </w:r>
      </w:hyperlink>
      <w:r>
        <w:t xml:space="preserve">, </w:t>
      </w:r>
      <w:hyperlink r:id="rId10">
        <w:r>
          <w:rPr>
            <w:color w:val="0000EE"/>
            <w:u w:val="single"/>
          </w:rPr>
          <w:t>[3]</w:t>
        </w:r>
      </w:hyperlink>
      <w:r/>
    </w:p>
    <w:p>
      <w:r/>
      <w:r>
        <w:t>Check regional listings to find the viewing option that suits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https://thefightmag.com/2026/11/mexican-lgbtq-comedy-drama-the-divine-tragedy-premieres-digitally-and-on-dvd-watch/</w:t>
        </w:r>
      </w:hyperlink>
      <w:r>
        <w:t xml:space="preserve"> - Please view link - unable to able to access data</w:t>
      </w:r>
      <w:r/>
    </w:p>
    <w:p>
      <w:pPr>
        <w:pStyle w:val="ListNumber"/>
        <w:spacing w:line="240" w:lineRule="auto"/>
        <w:ind w:left="720"/>
      </w:pPr>
      <w:r/>
      <w:hyperlink r:id="rId9">
        <w:r>
          <w:rPr>
            <w:color w:val="0000EE"/>
            <w:u w:val="single"/>
          </w:rPr>
          <w:t>https://thefightmag.com/2026/11/mexican-lgbtq-comedy-drama-the-divine-tragedy-premieres-digitally-and-on-dvd-watch/</w:t>
        </w:r>
      </w:hyperlink>
      <w:r>
        <w:t xml:space="preserve"> - The article announces the 3 November 2026 digital and DVD release of Mexican LGBTQ+ comedy-drama The Divine Tragedy, written and directed by Sergio Tovar Velarde. Artús Chávez plays Cristián, a former telenovela actor whose 24-year relationship ends, forcing him to move in with his hedonistic half-brother Roy. The story explores family tensions, generational differences and personal reinvention. The article notes the film’s Audience Award for Best Feature at Wicked Queer: Boston’s LGBTQ+ Film Festival. It says viewers can find the film through video-on-demand, Habanero PLAY and DVD, and points readers to JustWatch and MUBI for availability updates. A trailer is also included.</w:t>
      </w:r>
      <w:r/>
    </w:p>
    <w:p>
      <w:pPr>
        <w:pStyle w:val="ListNumber"/>
        <w:spacing w:line="240" w:lineRule="auto"/>
        <w:ind w:left="720"/>
      </w:pPr>
      <w:r/>
      <w:hyperlink r:id="rId10">
        <w:r>
          <w:rPr>
            <w:color w:val="0000EE"/>
            <w:u w:val="single"/>
          </w:rPr>
          <w:t>https://habanerofilmsales.com/portfolio/la-divina-tragedia</w:t>
        </w:r>
      </w:hyperlink>
      <w:r>
        <w:t xml:space="preserve"> - Habanero Film Sales presents La divina tragedia, internationally titled The Divine Tragedy, as a 2026 Mexican LGBTQ+ comedy-drama written and directed by Sergio Tovar Velarde. Its synopsis follows Cristian, whose 25-year partnership abruptly ends, compelling him to give up his luxurious life and move in with his chaotic, younger half-brother Roy. Their contrasting personalities make cohabitation difficult, but both attempt to rebuild their lives. The listing identifies Artús Chávez as Cristian and Pablo Gómez as Roy, and supplies the film’s cast and production details. It records the Audience Award for Best Feature at Wicked Queer Boston’s 2026 festival, plus selections at OUTShine and Festival MIX Mexico.</w:t>
      </w:r>
      <w:r/>
    </w:p>
    <w:p>
      <w:pPr>
        <w:pStyle w:val="ListNumber"/>
        <w:spacing w:line="240" w:lineRule="auto"/>
        <w:ind w:left="720"/>
      </w:pPr>
      <w:r/>
      <w:hyperlink r:id="rId12">
        <w:r>
          <w:rPr>
            <w:color w:val="0000EE"/>
            <w:u w:val="single"/>
          </w:rPr>
          <w:t>https://www.48hills.org/2026/10/screen-grabs-rsvp-to-william-greaves-elbow-throwing-harlem-renaissance-after-party/</w:t>
        </w:r>
      </w:hyperlink>
      <w:r>
        <w:t xml:space="preserve"> - This film review discusses Sergio Tovar Velarde’s The Divine Tragedy, describing Cristian as a middle-aged former actor whose partner ends their relationship. With nowhere else to go, Cristian moves in with Roy, his sexually adventurous, disorderly younger relative. Their opposing habits and outlooks create domestic conflict, which gradually gives way to mutual learning. The reviewer characterises the film as a raunchy, funny and touching seriocomedy, praising its screenplay and direction while criticising the ending. The article also states that Cinephobia Releasing planned to make the film available on demand and through digital platforms on 3 November. Its account supports the plot, creative team and release information.</w:t>
      </w:r>
      <w:r/>
    </w:p>
    <w:p>
      <w:pPr>
        <w:pStyle w:val="ListNumber"/>
        <w:spacing w:line="240" w:lineRule="auto"/>
        <w:ind w:left="720"/>
      </w:pPr>
      <w:r/>
      <w:hyperlink r:id="rId13">
        <w:r>
          <w:rPr>
            <w:color w:val="0000EE"/>
            <w:u w:val="single"/>
          </w:rPr>
          <w:t>https://www.slantmagazine.com/release-schedule/</w:t>
        </w:r>
      </w:hyperlink>
      <w:r>
        <w:t xml:space="preserve"> - Slant Magazine’s release schedule lists The Divine Tragedy among forthcoming film releases in November 2026. It identifies Cinephobia Releasing as the distributor and gives 3 November 2026 as the release date, with a limited release designation. The schedule places the film alongside other titles assigned that date and distinguishes it from later November releases. This listing provides independent corroboration of the reported timing and distributor, though it does not give a plot synopsis, cast information, festival history or details of the film’s digital and DVD formats. The page functions as a broad release calendar, rather than a review or dedicated film profile.</w:t>
      </w:r>
      <w:r/>
    </w:p>
    <w:p>
      <w:pPr>
        <w:pStyle w:val="ListNumber"/>
        <w:spacing w:line="240" w:lineRule="auto"/>
        <w:ind w:left="720"/>
      </w:pPr>
      <w:r/>
      <w:hyperlink r:id="rId11">
        <w:r>
          <w:rPr>
            <w:color w:val="0000EE"/>
            <w:u w:val="single"/>
          </w:rPr>
          <w:t>https://www.moviesunlimited.com/products/the-divine-tragedy-743407567379</w:t>
        </w:r>
      </w:hyperlink>
      <w:r>
        <w:t xml:space="preserve"> - Movies Unlimited lists The Divine Tragedy as a 2026 DVD in its LGBTQ+ and comedy categories. The product description follows Cristián, a former actor who gave up his career to live as a househusband, until his wealthy partner decides to separate. With his usual life disrupted, Cristián moves in with his flamboyant, sexually adventurous half-brother Roy, and their different lifestyles generate comic clashes. The listing names Artús Chávez, Pablo Gómez, Eduardo España, Helena Puig and Mónica Dionne among the cast, identifies Cinephobia Releasing as the studio, and gives 3 November 2026 as the DVD release date. It also describes the Spanish-language presentation and English subtitles.</w:t>
      </w:r>
      <w:r/>
    </w:p>
    <w:p>
      <w:pPr>
        <w:pStyle w:val="ListNumber"/>
        <w:spacing w:line="240" w:lineRule="auto"/>
        <w:ind w:left="720"/>
      </w:pPr>
      <w:r/>
      <w:hyperlink r:id="rId10">
        <w:r>
          <w:rPr>
            <w:color w:val="0000EE"/>
            <w:u w:val="single"/>
          </w:rPr>
          <w:t>https://habanerofilmsales.com/portfolio/la-divina-tragedia</w:t>
        </w:r>
      </w:hyperlink>
      <w:r>
        <w:t xml:space="preserve"> - The film’s Habanero Film Sales page provides the official international title, The Divine Tragedy, and identifies Sergio Tovar Velarde as its writer-director. It describes a Mexican LGBT+ drama-comedy about Cristian, whose long relationship ends and whose comfortable lifestyle gives way to an awkward move in with his chaotic half-brother Roy. The listing names Artús Chávez and Pablo Gómez in the leading roles and includes production credits and further cast members. It also records the 2026 Audience Award for Best Feature at Wicked Queer Boston’s LGBTQ+ Film Festival, as well as festival selections. Its viewing section points audiences towards Habanero PLAY and JustWatch to check rental, purchase and regional streaming availability.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11/mexican-lgbtq-comedy-drama-the-divine-tragedy-premieres-digitally-and-on-dvd-watch/" TargetMode="External"/><Relationship Id="rId10" Type="http://schemas.openxmlformats.org/officeDocument/2006/relationships/hyperlink" Target="https://habanerofilmsales.com/portfolio/la-divina-tragedia" TargetMode="External"/><Relationship Id="rId11" Type="http://schemas.openxmlformats.org/officeDocument/2006/relationships/hyperlink" Target="https://www.moviesunlimited.com/products/the-divine-tragedy-743407567379" TargetMode="External"/><Relationship Id="rId12" Type="http://schemas.openxmlformats.org/officeDocument/2006/relationships/hyperlink" Target="https://www.48hills.org/2026/10/screen-grabs-rsvp-to-william-greaves-elbow-throwing-harlem-renaissance-after-party/" TargetMode="External"/><Relationship Id="rId13" Type="http://schemas.openxmlformats.org/officeDocument/2006/relationships/hyperlink" Target="https://www.slantmagazine.com/release-schedu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