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Queering Wikipedia: How Volunteers Preserve LGBTQ+ History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Volunteers are working to make LGBTQ+ history easier to find on Wikipedia, where gaps in the record can shape what people and artificial intelligence learn. A Montreal gathering brought together more than 150 people to discuss safer, more inclusive ways to document queer lives, at a time when public information is under pressure and online visibility matters.</w:t>
      </w:r>
      <w:r/>
    </w:p>
    <w:p>
      <w:pPr>
        <w:pStyle w:val="Heading2"/>
      </w:pPr>
      <w:r>
        <w:t>More than 150 people gathered to queer Wikipedia</w:t>
      </w:r>
      <w:r/>
    </w:p>
    <w:p>
      <w:r/>
      <w:r>
        <w:t xml:space="preserve">In Montreal, more than 150 people came together for the Queering Wiki conference, sharing ideas about how Wikipedia can better represent LGBTQ+ lives and history. The event’s theme, “Knowledge Without Borders: Queer History and Queer Futures”, put a clear question on the table: how can a widely used online encyclopaedia help preserve stories that are often overlooked? </w:t>
      </w:r>
      <w:hyperlink r:id="rId9">
        <w:r>
          <w:rPr>
            <w:color w:val="0000EE"/>
            <w:u w:val="single"/>
          </w:rPr>
          <w:t>[2]</w:t>
        </w:r>
      </w:hyperlink>
      <w:r>
        <w:t xml:space="preserve">, </w:t>
      </w:r>
      <w:hyperlink r:id="rId10">
        <w:r>
          <w:rPr>
            <w:color w:val="0000EE"/>
            <w:u w:val="single"/>
          </w:rPr>
          <w:t>[5]</w:t>
        </w:r>
      </w:hyperlink>
      <w:r/>
    </w:p>
    <w:p>
      <w:r/>
      <w:r>
        <w:t xml:space="preserve">The gathering was organised by Wikimedia LGBT+ and supported by the Wikimedia Foundation. For contributors, editing can be more than a volunteer task; in some countries, documenting LGBTQ+ communities may carry personal or legal risks. That makes safety and care part of the work, not an afterthought. </w:t>
      </w:r>
      <w:hyperlink r:id="rId9">
        <w:r>
          <w:rPr>
            <w:color w:val="0000EE"/>
            <w:u w:val="single"/>
          </w:rPr>
          <w:t>[2]</w:t>
        </w:r>
      </w:hyperlink>
      <w:r>
        <w:t xml:space="preserve">, </w:t>
      </w:r>
      <w:hyperlink r:id="rId11">
        <w:r>
          <w:rPr>
            <w:color w:val="0000EE"/>
            <w:u w:val="single"/>
          </w:rPr>
          <w:t>[3]</w:t>
        </w:r>
      </w:hyperlink>
      <w:r/>
    </w:p>
    <w:p>
      <w:pPr>
        <w:pStyle w:val="Heading2"/>
      </w:pPr>
      <w:r>
        <w:t>Why online records matter beyond the screen</w:t>
      </w:r>
      <w:r/>
    </w:p>
    <w:p>
      <w:r/>
      <w:r>
        <w:t xml:space="preserve">Wikipedia is often where readers begin looking for reliable background, and its content can influence what other information systems learn. Wikimedia Foundation Gender Lead Bridgit Kurgat warned that when queer histories are absent from Wikipedia, the same gaps can appear in AI-generated accounts of the world. </w:t>
      </w:r>
      <w:hyperlink r:id="rId9">
        <w:r>
          <w:rPr>
            <w:color w:val="0000EE"/>
            <w:u w:val="single"/>
          </w:rPr>
          <w:t>[2]</w:t>
        </w:r>
      </w:hyperlink>
      <w:r>
        <w:t xml:space="preserve">, </w:t>
      </w:r>
      <w:hyperlink r:id="rId12">
        <w:r>
          <w:rPr>
            <w:color w:val="0000EE"/>
            <w:u w:val="single"/>
          </w:rPr>
          <w:t>[4]</w:t>
        </w:r>
      </w:hyperlink>
      <w:r/>
    </w:p>
    <w:p>
      <w:r/>
      <w:r>
        <w:t xml:space="preserve">That concern feels increasingly immediate as public information comes under pressure. PBS NewsHour reported that health information was removed from some federal websites following a Trump administration order targeting transgender rights, underlining how quickly official online records can change. </w:t>
      </w:r>
      <w:hyperlink r:id="rId13">
        <w:r>
          <w:rPr>
            <w:color w:val="0000EE"/>
            <w:u w:val="single"/>
          </w:rPr>
          <w:t>[6]</w:t>
        </w:r>
      </w:hyperlink>
      <w:r/>
    </w:p>
    <w:p>
      <w:pPr>
        <w:pStyle w:val="Heading2"/>
      </w:pPr>
      <w:r>
        <w:t>Community archives are helping fill the gaps</w:t>
      </w:r>
      <w:r/>
    </w:p>
    <w:p>
      <w:r/>
      <w:r>
        <w:t xml:space="preserve">Wikipedia isn't the only place doing this work. The Lesbian Herstory Archives, a community archive dedicated to preserving lesbian history, has hosted edit-a-thons where participants learn to create and improve pages about lesbians and lesbian organisations. </w:t>
      </w:r>
      <w:hyperlink r:id="rId14">
        <w:r>
          <w:rPr>
            <w:color w:val="0000EE"/>
            <w:u w:val="single"/>
          </w:rPr>
          <w:t>[7]</w:t>
        </w:r>
      </w:hyperlink>
      <w:r/>
    </w:p>
    <w:p>
      <w:r/>
      <w:r>
        <w:t xml:space="preserve">These sessions bring together people with knowledge of the material and those learning how to make it easier to find online. It's a practical partnership: archives preserve sources, while Wikipedia can help readers discover them. </w:t>
      </w:r>
      <w:hyperlink r:id="rId9">
        <w:r>
          <w:rPr>
            <w:color w:val="0000EE"/>
            <w:u w:val="single"/>
          </w:rPr>
          <w:t>[2]</w:t>
        </w:r>
      </w:hyperlink>
      <w:r>
        <w:t xml:space="preserve">, </w:t>
      </w:r>
      <w:hyperlink r:id="rId14">
        <w:r>
          <w:rPr>
            <w:color w:val="0000EE"/>
            <w:u w:val="single"/>
          </w:rPr>
          <w:t>[7]</w:t>
        </w:r>
      </w:hyperlink>
      <w:r/>
    </w:p>
    <w:p>
      <w:pPr>
        <w:pStyle w:val="Heading2"/>
      </w:pPr>
      <w:r>
        <w:t>How to contribute thoughtfully and safely</w:t>
      </w:r>
      <w:r/>
    </w:p>
    <w:p>
      <w:r/>
      <w:r>
        <w:t xml:space="preserve">For anyone hoping to help preserve LGBTQ+ history on Wikipedia, a useful first step is to look for dependable published sources and check what a page already covers. Clear, neutral writing matters, especially when describing communities whose experiences are often misrepresented or missing from mainstream records. </w:t>
      </w:r>
      <w:hyperlink r:id="rId9">
        <w:r>
          <w:rPr>
            <w:color w:val="0000EE"/>
            <w:u w:val="single"/>
          </w:rPr>
          <w:t>[2]</w:t>
        </w:r>
      </w:hyperlink>
      <w:r>
        <w:t xml:space="preserve">, </w:t>
      </w:r>
      <w:hyperlink r:id="rId11">
        <w:r>
          <w:rPr>
            <w:color w:val="0000EE"/>
            <w:u w:val="single"/>
          </w:rPr>
          <w:t>[3]</w:t>
        </w:r>
      </w:hyperlink>
      <w:r/>
    </w:p>
    <w:p>
      <w:r/>
      <w:r>
        <w:t xml:space="preserve">Safety matters too. Contributors should consider whether editing or sharing personal information could put them or others at risk, particularly where LGBTQ+ identities are criminalised or heavily restricted. The Montreal conference placed that reality alongside the value of creating a fuller public record. </w:t>
      </w:r>
      <w:hyperlink r:id="rId9">
        <w:r>
          <w:rPr>
            <w:color w:val="0000EE"/>
            <w:u w:val="single"/>
          </w:rPr>
          <w:t>[2]</w:t>
        </w:r>
      </w:hyperlink>
      <w:r>
        <w:t xml:space="preserve">, </w:t>
      </w:r>
      <w:hyperlink r:id="rId11">
        <w:r>
          <w:rPr>
            <w:color w:val="0000EE"/>
            <w:u w:val="single"/>
          </w:rPr>
          <w:t>[3]</w:t>
        </w:r>
      </w:hyperlink>
      <w:r/>
    </w:p>
    <w:p>
      <w:pPr>
        <w:pStyle w:val="Heading2"/>
      </w:pPr>
      <w:r>
        <w:t>A fuller record takes people, not just platforms</w:t>
      </w:r>
      <w:r/>
    </w:p>
    <w:p>
      <w:r/>
      <w:r>
        <w:t xml:space="preserve">The conference offered participants a chance to meet others who care about queer history and online knowledge. As one attendee told The Advocate, Wikipedia can help people write their own history, rather than leaving that work entirely to others. </w:t>
      </w:r>
      <w:hyperlink r:id="rId9">
        <w:r>
          <w:rPr>
            <w:color w:val="0000EE"/>
            <w:u w:val="single"/>
          </w:rPr>
          <w:t>[2]</w:t>
        </w:r>
      </w:hyperlink>
      <w:r/>
    </w:p>
    <w:p>
      <w:r/>
      <w:r>
        <w:t xml:space="preserve">No single edit can close every gap, but small, well-sourced contributions can add up. And when future readers search for queer lives and communities, what they find should reflect more than the stories that were easiest to record. </w:t>
      </w:r>
      <w:hyperlink r:id="rId9">
        <w:r>
          <w:rPr>
            <w:color w:val="0000EE"/>
            <w:u w:val="single"/>
          </w:rPr>
          <w:t>[2]</w:t>
        </w:r>
      </w:hyperlink>
      <w:r>
        <w:t xml:space="preserve">, </w:t>
      </w:r>
      <w:hyperlink r:id="rId12">
        <w:r>
          <w:rPr>
            <w:color w:val="0000EE"/>
            <w:u w:val="single"/>
          </w:rPr>
          <w:t>[4]</w:t>
        </w:r>
      </w:hyperlink>
      <w:r/>
    </w:p>
    <w:p>
      <w:r/>
      <w:r>
        <w:t>A more inclusive record starts with careful contributions and the people willing to make them.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9">
        <w:r>
          <w:rPr>
            <w:color w:val="0000EE"/>
            <w:u w:val="single"/>
          </w:rPr>
          <w:t>[2]</w:t>
        </w:r>
      </w:hyperlink>
      <w:r>
        <w:t xml:space="preserve">, </w:t>
      </w:r>
      <w:hyperlink r:id="rId11">
        <w:r>
          <w:rPr>
            <w:color w:val="0000EE"/>
            <w:u w:val="single"/>
          </w:rPr>
          <w:t>[3]</w:t>
        </w:r>
      </w:hyperlink>
      <w:r>
        <w:t xml:space="preserve">- Paragraph 3: </w:t>
      </w:r>
      <w:hyperlink r:id="rId9">
        <w:r>
          <w:rPr>
            <w:color w:val="0000EE"/>
            <w:u w:val="single"/>
          </w:rPr>
          <w:t>[2]</w:t>
        </w:r>
      </w:hyperlink>
      <w:r>
        <w:t xml:space="preserve">, </w:t>
      </w:r>
      <w:hyperlink r:id="rId12">
        <w:r>
          <w:rPr>
            <w:color w:val="0000EE"/>
            <w:u w:val="single"/>
          </w:rPr>
          <w:t>[4]</w:t>
        </w:r>
      </w:hyperlink>
      <w:r>
        <w:t xml:space="preserve">- Paragraph 4: </w:t>
      </w:r>
      <w:hyperlink r:id="rId13">
        <w:r>
          <w:rPr>
            <w:color w:val="0000EE"/>
            <w:u w:val="single"/>
          </w:rPr>
          <w:t>[6]</w:t>
        </w:r>
      </w:hyperlink>
      <w:r>
        <w:t xml:space="preserve">- Paragraph 5: </w:t>
      </w:r>
      <w:hyperlink r:id="rId14">
        <w:r>
          <w:rPr>
            <w:color w:val="0000EE"/>
            <w:u w:val="single"/>
          </w:rPr>
          <w:t>[7]</w:t>
        </w:r>
      </w:hyperlink>
      <w:r>
        <w:t xml:space="preserve">- Paragraph 6: </w:t>
      </w:r>
      <w:hyperlink r:id="rId9">
        <w:r>
          <w:rPr>
            <w:color w:val="0000EE"/>
            <w:u w:val="single"/>
          </w:rPr>
          <w:t>[2]</w:t>
        </w:r>
      </w:hyperlink>
      <w:r>
        <w:t xml:space="preserve">, </w:t>
      </w:r>
      <w:hyperlink r:id="rId14">
        <w:r>
          <w:rPr>
            <w:color w:val="0000EE"/>
            <w:u w:val="single"/>
          </w:rPr>
          <w:t>[7]</w:t>
        </w:r>
      </w:hyperlink>
      <w:r>
        <w:t xml:space="preserve">- Paragraph 7: </w:t>
      </w:r>
      <w:hyperlink r:id="rId9">
        <w:r>
          <w:rPr>
            <w:color w:val="0000EE"/>
            <w:u w:val="single"/>
          </w:rPr>
          <w:t>[2]</w:t>
        </w:r>
      </w:hyperlink>
      <w:r>
        <w:t xml:space="preserve">, </w:t>
      </w:r>
      <w:hyperlink r:id="rId11">
        <w:r>
          <w:rPr>
            <w:color w:val="0000EE"/>
            <w:u w:val="single"/>
          </w:rPr>
          <w:t>[3]</w:t>
        </w:r>
      </w:hyperlink>
      <w:r>
        <w:t xml:space="preserve">- Paragraph 8: </w:t>
      </w:r>
      <w:hyperlink r:id="rId9">
        <w:r>
          <w:rPr>
            <w:color w:val="0000EE"/>
            <w:u w:val="single"/>
          </w:rPr>
          <w:t>[2]</w:t>
        </w:r>
      </w:hyperlink>
      <w:r>
        <w:t xml:space="preserve">, </w:t>
      </w:r>
      <w:hyperlink r:id="rId11">
        <w:r>
          <w:rPr>
            <w:color w:val="0000EE"/>
            <w:u w:val="single"/>
          </w:rPr>
          <w:t>[3]</w:t>
        </w:r>
      </w:hyperlink>
      <w:r>
        <w:t xml:space="preserve">- Paragraph 9: </w:t>
      </w:r>
      <w:hyperlink r:id="rId9">
        <w:r>
          <w:rPr>
            <w:color w:val="0000EE"/>
            <w:u w:val="single"/>
          </w:rPr>
          <w:t>[2]</w:t>
        </w:r>
      </w:hyperlink>
      <w:r>
        <w:t xml:space="preserve">- Paragraph 10: </w:t>
      </w:r>
      <w:hyperlink r:id="rId9">
        <w:r>
          <w:rPr>
            <w:color w:val="0000EE"/>
            <w:u w:val="single"/>
          </w:rPr>
          <w:t>[2]</w:t>
        </w:r>
      </w:hyperlink>
      <w:r>
        <w:t xml:space="preserve">, </w:t>
      </w:r>
      <w:hyperlink r:id="rId12">
        <w:r>
          <w:rPr>
            <w:color w:val="0000EE"/>
            <w:u w:val="single"/>
          </w:rPr>
          <w:t>[4]</w:t>
        </w:r>
      </w:hyperlink>
      <w:r>
        <w:t xml:space="preserve">- Paragraph 11: </w:t>
      </w:r>
      <w:hyperlink r:id="rId9">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https://gomag.com/article/these-people-are-preserving-queer-history-one-wikipedia-post-at-a-time/</w:t>
        </w:r>
      </w:hyperlink>
      <w:r>
        <w:t xml:space="preserve"> - Please view link - unable to able to access data</w:t>
      </w:r>
      <w:r/>
    </w:p>
    <w:p>
      <w:pPr>
        <w:pStyle w:val="ListNumber"/>
        <w:spacing w:line="240" w:lineRule="auto"/>
        <w:ind w:left="720"/>
      </w:pPr>
      <w:r/>
      <w:hyperlink r:id="rId9">
        <w:r>
          <w:rPr>
            <w:color w:val="0000EE"/>
            <w:u w:val="single"/>
          </w:rPr>
          <w:t>https://gomag.com/article/these-people-are-preserving-queer-history-one-wikipedia-post-at-a-time/</w:t>
        </w:r>
      </w:hyperlink>
      <w:r>
        <w:t xml:space="preserve"> - GO Magazine reports on Queering Wiki, an international conference held in Montreal to improve the representation of LGBTQ+ history on Wikipedia. It says more than 150 people attended, and describes the event’s theme, “Knowledge Without Borders: Queer History and Queer Futures”. Wikimedia LGBT+ organised the conference with Wikimedia Foundation funding. The article highlights Bisi Alimi’s comments about the risks some contributors face when documenting their communities, and Bridgit Kurgat’s warning that gaps in Wikipedia can flow into artificial intelligence systems. It also discusses Lesbian Herstory Archives’ editing events and quotes attendee Doja Ade on documenting queer history.</w:t>
      </w:r>
      <w:r/>
    </w:p>
    <w:p>
      <w:pPr>
        <w:pStyle w:val="ListNumber"/>
        <w:spacing w:line="240" w:lineRule="auto"/>
        <w:ind w:left="720"/>
      </w:pPr>
      <w:r/>
      <w:hyperlink r:id="rId11">
        <w:r>
          <w:rPr>
            <w:color w:val="0000EE"/>
            <w:u w:val="single"/>
          </w:rPr>
          <w:t>https://meta.wikimedia.org/wiki/Event%3AQueering_Wikipedia_2026</w:t>
        </w:r>
      </w:hyperlink>
      <w:r>
        <w:t xml:space="preserve"> - This official Wikimedia Meta-Wiki page describes Queering Wiki 2026 as a global gathering for queer contributors across Wikimedia projects and the wider free-knowledge movement. It records that the Montreal conference took place from 23 to 25 October 2026, and outlines its aims: building contributors’ skills, strengthening LGBTQ+ representation, fostering international connections and creating safer, more inclusive spaces. The page also provides conference information, including programme and registration details. It supports the article’s account of the event’s location, dates and broader purpose, while offering a primary-source overview of how organisers presented the gathering and its goals.</w:t>
      </w:r>
      <w:r/>
    </w:p>
    <w:p>
      <w:pPr>
        <w:pStyle w:val="ListNumber"/>
        <w:spacing w:line="240" w:lineRule="auto"/>
        <w:ind w:left="720"/>
      </w:pPr>
      <w:r/>
      <w:hyperlink r:id="rId12">
        <w:r>
          <w:rPr>
            <w:color w:val="0000EE"/>
            <w:u w:val="single"/>
          </w:rPr>
          <w:t>https://diff.wikimedia.org/2026/05/15/programme-submissions-call-for-speakers-for-the-queering-wiki-2026-conference-is-now-open/</w:t>
        </w:r>
      </w:hyperlink>
      <w:r>
        <w:t xml:space="preserve"> - This Wikimedia Diff announcement invites speakers to submit proposals for the Queering Wiki 2026 conference in Montreal. It gives the event theme as “Knowledge without Borders: Queer History and Queer Futures” and describes three programme areas: bridging geographies, languages and genders; queer histories and historical reparation; and queer futures and innovation. It lists possible formats, including presentations, panels, workshops and strategy sessions, and explains the proposal review process. The announcement corroborates the conference’s location and theme, and shows how organisers planned to bring contributors together to share knowledge and develop LGBTQ+ engagement across Wikimedia projects.</w:t>
      </w:r>
      <w:r/>
    </w:p>
    <w:p>
      <w:pPr>
        <w:pStyle w:val="ListNumber"/>
        <w:spacing w:line="240" w:lineRule="auto"/>
        <w:ind w:left="720"/>
      </w:pPr>
      <w:r/>
      <w:hyperlink r:id="rId10">
        <w:r>
          <w:rPr>
            <w:color w:val="0000EE"/>
            <w:u w:val="single"/>
          </w:rPr>
          <w:t>https://www.fugues.com/2026/10/28/queering-wiki-2026-a-montreal-preserver-la-memoire-lgbtq-a-lheure-de-lintelligence-artificielle/</w:t>
        </w:r>
      </w:hyperlink>
      <w:r>
        <w:t xml:space="preserve"> - Fugues reports on the Queering Wiki 2026 conference in Montreal, held from 23 to 25 October. The French-language article says participants from more than 30 countries gathered to improve LGBTQ+ representation in online knowledge and prevent queer histories from disappearing from digital archives. It describes the event’s organisers, funding and theme, and recounts Bisi Alimi’s comments about the personal and legal risks some contributors face. The report also discusses artificial intelligence, gaps in training information, archive work, safety and the conference’s programme. It provides local coverage of the gathering and its wider significance for preserving queer memory.</w:t>
      </w:r>
      <w:r/>
    </w:p>
    <w:p>
      <w:pPr>
        <w:pStyle w:val="ListNumber"/>
        <w:spacing w:line="240" w:lineRule="auto"/>
        <w:ind w:left="720"/>
      </w:pPr>
      <w:r/>
      <w:hyperlink r:id="rId13">
        <w:r>
          <w:rPr>
            <w:color w:val="0000EE"/>
            <w:u w:val="single"/>
          </w:rPr>
          <w:t>https://www.pbs.org/newshour/health/health-info-wiped-from-federal-websites-following-trump-order-targeting-transgender-rights</w:t>
        </w:r>
      </w:hyperlink>
      <w:r>
        <w:t xml:space="preserve"> - PBS NewsHour reports that federal agencies removed or altered health information from government websites while responding to directives associated with President Donald Trump’s executive order on transgender rights. The report describes pages and resources that became unavailable, including information about transgender health, HIV, school support and public-health data. It also notes instructions affecting language used in government materials and employee communications. This article supports the submitted text’s example of LGBTQ+-related information being removed from federal websites. Its focus is the immediate impact on public-health resources and federal communications, rather than the Montreal conference or Wikipedia preservation work.</w:t>
      </w:r>
      <w:r/>
    </w:p>
    <w:p>
      <w:pPr>
        <w:pStyle w:val="ListNumber"/>
        <w:spacing w:line="240" w:lineRule="auto"/>
        <w:ind w:left="720"/>
      </w:pPr>
      <w:r/>
      <w:hyperlink r:id="rId14">
        <w:r>
          <w:rPr>
            <w:color w:val="0000EE"/>
            <w:u w:val="single"/>
          </w:rPr>
          <w:t>https://www.lesbianherstoryarchives.org/</w:t>
        </w:r>
      </w:hyperlink>
      <w:r>
        <w:t xml:space="preserve"> - The Lesbian Herstory Archives’ official website introduces its mission to preserve lesbian history and the materials, memories and records created by lesbian communities. It explains that the archive began in the 1970s, when women involved in the Gay Academic Union recognised that lesbian history was disappearing. The site provides information about the organisation, its collections, access and activities. It offers primary-source context for the article’s discussion of the archives as a community institution devoted to safeguarding lesbian history. The website itself does not substantiate the specific claim about Wikipedia edit-a-thons, but it confirms the archives’ preservation role and historical focus.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omag.com/article/these-people-are-preserving-queer-history-one-wikipedia-post-at-a-time/" TargetMode="External"/><Relationship Id="rId10" Type="http://schemas.openxmlformats.org/officeDocument/2006/relationships/hyperlink" Target="https://www.fugues.com/2026/10/28/queering-wiki-2026-a-montreal-preserver-la-memoire-lgbtq-a-lheure-de-lintelligence-artificielle/" TargetMode="External"/><Relationship Id="rId11" Type="http://schemas.openxmlformats.org/officeDocument/2006/relationships/hyperlink" Target="https://meta.wikimedia.org/wiki/Event%3AQueering_Wikipedia_2026" TargetMode="External"/><Relationship Id="rId12" Type="http://schemas.openxmlformats.org/officeDocument/2006/relationships/hyperlink" Target="https://diff.wikimedia.org/2026/05/15/programme-submissions-call-for-speakers-for-the-queering-wiki-2026-conference-is-now-open/" TargetMode="External"/><Relationship Id="rId13" Type="http://schemas.openxmlformats.org/officeDocument/2006/relationships/hyperlink" Target="https://www.pbs.org/newshour/health/health-info-wiped-from-federal-websites-following-trump-order-targeting-transgender-rights" TargetMode="External"/><Relationship Id="rId14" Type="http://schemas.openxmlformats.org/officeDocument/2006/relationships/hyperlink" Target="https://www.lesbianherstoryarchives.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