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Queering Wiki 2026: Why LGBTQ+ Knowledge Needs More Editors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landmark gathering in Montreal brought together LGBTQ+ Wikimedia contributors from around the world to tackle gaps in online knowledge and celebrate queer leadership. But with African Pride events barely visible on Wikimedia projects, the conference also made clear why more editors, and a wider range of voices, matter.</w:t>
      </w:r>
      <w:r/>
    </w:p>
    <w:p>
      <w:pPr>
        <w:pStyle w:val="Heading2"/>
      </w:pPr>
      <w:r>
        <w:t>Essential takeaways</w:t>
      </w:r>
      <w:r/>
      <w:r/>
    </w:p>
    <w:p>
      <w:pPr>
        <w:pStyle w:val="ListBullet"/>
        <w:spacing w:line="240" w:lineRule="auto"/>
        <w:ind w:left="720"/>
      </w:pPr>
      <w:r/>
      <w:r>
        <w:rPr>
          <w:b/>
        </w:rPr>
        <w:t>A first for the conference:</w:t>
      </w:r>
      <w:r>
        <w:t xml:space="preserve"> Queering Wiki 2026 was held in person in Montreal from 23 to 25 October.</w:t>
      </w:r>
      <w:r/>
    </w:p>
    <w:p>
      <w:pPr>
        <w:pStyle w:val="ListBullet"/>
        <w:spacing w:line="240" w:lineRule="auto"/>
        <w:ind w:left="720"/>
      </w:pPr>
      <w:r/>
      <w:r>
        <w:rPr>
          <w:b/>
        </w:rPr>
        <w:t>A global gathering:</w:t>
      </w:r>
      <w:r>
        <w:t xml:space="preserve"> Around 150 LGBTQ+ Wikimedians, researchers and allies from 80 countries attended.</w:t>
      </w:r>
      <w:r/>
    </w:p>
    <w:p>
      <w:pPr>
        <w:pStyle w:val="ListBullet"/>
        <w:spacing w:line="240" w:lineRule="auto"/>
        <w:ind w:left="720"/>
      </w:pPr>
      <w:r/>
      <w:r>
        <w:rPr>
          <w:b/>
        </w:rPr>
        <w:t>Knowledge gaps remain:</w:t>
      </w:r>
      <w:r>
        <w:t xml:space="preserve"> Sessions addressed the limited coverage of LGBTQ+ history and events, including in the Global South.</w:t>
      </w:r>
      <w:r/>
    </w:p>
    <w:p>
      <w:pPr>
        <w:pStyle w:val="ListBullet"/>
        <w:spacing w:line="240" w:lineRule="auto"/>
        <w:ind w:left="720"/>
      </w:pPr>
      <w:r/>
      <w:r>
        <w:rPr>
          <w:b/>
        </w:rPr>
        <w:t>Editors can make a difference:</w:t>
      </w:r>
      <w:r>
        <w:t xml:space="preserve"> Spanish-language Wikipedia's LGBT WikiProject was recognised for its work creating new articles.</w:t>
      </w:r>
      <w:r/>
    </w:p>
    <w:p>
      <w:pPr>
        <w:pStyle w:val="ListBullet"/>
        <w:spacing w:line="240" w:lineRule="auto"/>
        <w:ind w:left="720"/>
      </w:pPr>
      <w:r/>
      <w:r>
        <w:rPr>
          <w:b/>
        </w:rPr>
        <w:t>The next edition is on the horizon:</w:t>
      </w:r>
      <w:r>
        <w:t xml:space="preserve"> Wikimedia affiliates can bid to host the 2028 conference until 30 November 2026.</w:t>
      </w:r>
      <w:r/>
      <w:r/>
    </w:p>
    <w:p>
      <w:pPr>
        <w:pStyle w:val="Heading2"/>
      </w:pPr>
      <w:r>
        <w:t>Montreal put queer knowledge in the spotlight</w:t>
      </w:r>
      <w:r/>
    </w:p>
    <w:p>
      <w:r/>
      <w:r>
        <w:t xml:space="preserve">The most striking thing about Queering Wiki 2026 wasn't just its scale. It was the mix of celebration and practical work: around 150 people from 80 countries gathered in Montreal to improve how LGBTQ+ people and histories are represented across Wikimedia projects. The event, held from 23 to 25 October, was the conference's first in-person edition. (According to the event's Wikimedia page and programme.) </w:t>
      </w:r>
      <w:hyperlink r:id="rId9">
        <w:r>
          <w:rPr>
            <w:color w:val="0000EE"/>
            <w:u w:val="single"/>
          </w:rPr>
          <w:t>[2]</w:t>
        </w:r>
      </w:hyperlink>
      <w:r>
        <w:t xml:space="preserve"> </w:t>
      </w:r>
      <w:hyperlink r:id="rId10">
        <w:r>
          <w:rPr>
            <w:color w:val="0000EE"/>
            <w:u w:val="single"/>
          </w:rPr>
          <w:t>[3]</w:t>
        </w:r>
      </w:hyperlink>
      <w:r/>
    </w:p>
    <w:p>
      <w:r/>
      <w:r>
        <w:t xml:space="preserve">Before sessions began, a guided Culture Crawl introduced attendees to landmarks around Montreal's Gay Village, including its LGBTQ+-themed metro station and the 50 Cakes of Gay mural. It's a reminder that history isn't always tucked away in an archive; sometimes it's painted across a wall or built into the daily journey through a city. (The event programme listed the conference activities and sessions.) </w:t>
      </w:r>
      <w:hyperlink r:id="rId10">
        <w:r>
          <w:rPr>
            <w:color w:val="0000EE"/>
            <w:u w:val="single"/>
          </w:rPr>
          <w:t>[3]</w:t>
        </w:r>
      </w:hyperlink>
      <w:r>
        <w:t xml:space="preserve"> </w:t>
      </w:r>
      <w:hyperlink r:id="rId11">
        <w:r>
          <w:rPr>
            <w:color w:val="0000EE"/>
            <w:u w:val="single"/>
          </w:rPr>
          <w:t>[7]</w:t>
        </w:r>
      </w:hyperlink>
      <w:r/>
    </w:p>
    <w:p>
      <w:pPr>
        <w:pStyle w:val="Heading2"/>
      </w:pPr>
      <w:r>
        <w:t>The work goes beyond adding more articles</w:t>
      </w:r>
      <w:r/>
    </w:p>
    <w:p>
      <w:r/>
      <w:r>
        <w:t xml:space="preserve">Across three days of talks, presentations and strategy sessions, contributors discussed how to create stronger LGBTQ+ content, support existing editors and bring new people into the movement. The questions were both practical and urgent: what gets documented, whose expertise is valued, and who has the time and support to keep contributing? (The event programme and schedule described the sessions.) </w:t>
      </w:r>
      <w:hyperlink r:id="rId10">
        <w:r>
          <w:rPr>
            <w:color w:val="0000EE"/>
            <w:u w:val="single"/>
          </w:rPr>
          <w:t>[3]</w:t>
        </w:r>
      </w:hyperlink>
      <w:r>
        <w:t xml:space="preserve"> </w:t>
      </w:r>
      <w:hyperlink r:id="rId11">
        <w:r>
          <w:rPr>
            <w:color w:val="0000EE"/>
            <w:u w:val="single"/>
          </w:rPr>
          <w:t>[7]</w:t>
        </w:r>
      </w:hyperlink>
      <w:r/>
    </w:p>
    <w:p>
      <w:r/>
      <w:r>
        <w:t xml:space="preserve">One session focused on the social history of the AIDS pandemic. While Wikimedia projects cover medical aspects of HIV and AIDS, the conference discussion highlighted gaps in accounts of the crisis's lived experience, in both the Global North and the Global South. That distinction matters: a subject can be well represented in one dimension while still missing the people, communities and events that give its history texture. (The schedule listed the session on documenting the social history of AIDS.) </w:t>
      </w:r>
      <w:hyperlink r:id="rId10">
        <w:r>
          <w:rPr>
            <w:color w:val="0000EE"/>
            <w:u w:val="single"/>
          </w:rPr>
          <w:t>[3]</w:t>
        </w:r>
      </w:hyperlink>
      <w:r>
        <w:t xml:space="preserve"> </w:t>
      </w:r>
      <w:hyperlink r:id="rId12">
        <w:r>
          <w:rPr>
            <w:color w:val="0000EE"/>
            <w:u w:val="single"/>
          </w:rPr>
          <w:t>[4]</w:t>
        </w:r>
      </w:hyperlink>
      <w:r/>
    </w:p>
    <w:p>
      <w:pPr>
        <w:pStyle w:val="Heading2"/>
      </w:pPr>
      <w:r>
        <w:t>A strong example from Spanish-language Wikipedia</w:t>
      </w:r>
      <w:r/>
    </w:p>
    <w:p>
      <w:r/>
      <w:r>
        <w:t xml:space="preserve">There was also a practical model for what committed editors can achieve. The Spanish-language Wikipedia group WikiProyecto LGBT was discussed for its effort to improve LGBTQ+ coverage, including a reported pace of 1,000 new articles a year. The group received one of the conference's Baby Globe awards, offering a lively counterpoint to the tougher conversations about what's missing. (The conference schedule and programme featured the project and its work.) </w:t>
      </w:r>
      <w:hyperlink r:id="rId10">
        <w:r>
          <w:rPr>
            <w:color w:val="0000EE"/>
            <w:u w:val="single"/>
          </w:rPr>
          <w:t>[3]</w:t>
        </w:r>
      </w:hyperlink>
      <w:r>
        <w:t xml:space="preserve"> </w:t>
      </w:r>
      <w:hyperlink r:id="rId11">
        <w:r>
          <w:rPr>
            <w:color w:val="0000EE"/>
            <w:u w:val="single"/>
          </w:rPr>
          <w:t>[7]</w:t>
        </w:r>
      </w:hyperlink>
      <w:r/>
    </w:p>
    <w:p>
      <w:r/>
      <w:r>
        <w:t xml:space="preserve">Behind those numbers are the less flashy parts of editing: finding reliable sources, checking detail and persuading others that a topic deserves careful coverage. Still, the example shows how a focused community can turn a broad ambition into steady, visible progress. (The programme included the WikiProyecto LGBT session.) </w:t>
      </w:r>
      <w:hyperlink r:id="rId10">
        <w:r>
          <w:rPr>
            <w:color w:val="0000EE"/>
            <w:u w:val="single"/>
          </w:rPr>
          <w:t>[3]</w:t>
        </w:r>
      </w:hyperlink>
      <w:r>
        <w:t xml:space="preserve"> </w:t>
      </w:r>
      <w:hyperlink r:id="rId11">
        <w:r>
          <w:rPr>
            <w:color w:val="0000EE"/>
            <w:u w:val="single"/>
          </w:rPr>
          <w:t>[7]</w:t>
        </w:r>
      </w:hyperlink>
      <w:r/>
    </w:p>
    <w:p>
      <w:pPr>
        <w:pStyle w:val="Heading2"/>
      </w:pPr>
      <w:r>
        <w:t>Why representation matters on Wikimedia</w:t>
      </w:r>
      <w:r/>
    </w:p>
    <w:p>
      <w:r/>
      <w:r>
        <w:t xml:space="preserve">Senior roles were part of the conversation, too. A panel brought together openly LGBTQ+ executive directors from Wikimedia affiliates, reflecting the growing visibility of queer leadership across the free knowledge movement. Representation at that level doesn't automatically fill content gaps, but it can help make room for different priorities and experiences. (The conference programme listed the panel.) </w:t>
      </w:r>
      <w:hyperlink r:id="rId10">
        <w:r>
          <w:rPr>
            <w:color w:val="0000EE"/>
            <w:u w:val="single"/>
          </w:rPr>
          <w:t>[3]</w:t>
        </w:r>
      </w:hyperlink>
      <w:r>
        <w:t xml:space="preserve"> </w:t>
      </w:r>
      <w:hyperlink r:id="rId11">
        <w:r>
          <w:rPr>
            <w:color w:val="0000EE"/>
            <w:u w:val="single"/>
          </w:rPr>
          <w:t>[7]</w:t>
        </w:r>
      </w:hyperlink>
      <w:r/>
    </w:p>
    <w:p>
      <w:r/>
      <w:r>
        <w:t xml:space="preserve">The need is especially clear when coverage is viewed geographically. At the conference, a map of documented Pride events reportedly showed African events to be conspicuously sparse. These events take place, but without enough editors gathering sources and recording them, they can remain largely invisible online. For LGBTQ+ contributors in South Africa and elsewhere, that isn't an abstract content issue; it's a question of whose community history can be found and remembered. (The programme addressed LGBTQ+ knowledge and editing; the conference organisers page provides context about the event.) </w:t>
      </w:r>
      <w:hyperlink r:id="rId13">
        <w:r>
          <w:rPr>
            <w:color w:val="0000EE"/>
            <w:u w:val="single"/>
          </w:rPr>
          <w:t>[5]</w:t>
        </w:r>
      </w:hyperlink>
      <w:r>
        <w:t xml:space="preserve"> </w:t>
      </w:r>
      <w:hyperlink r:id="rId11">
        <w:r>
          <w:rPr>
            <w:color w:val="0000EE"/>
            <w:u w:val="single"/>
          </w:rPr>
          <w:t>[7]</w:t>
        </w:r>
      </w:hyperlink>
      <w:r/>
    </w:p>
    <w:p>
      <w:pPr>
        <w:pStyle w:val="Heading2"/>
      </w:pPr>
      <w:r>
        <w:t>What comes next for Queering Wiki?</w:t>
      </w:r>
      <w:r/>
    </w:p>
    <w:p>
      <w:r/>
      <w:r>
        <w:t xml:space="preserve">The conference closed on 25 October, with Wikimedia affiliates invited to bid to host the next edition in 2028 by 30 November 2026. That gives groups time to consider not only where to hold the gathering, but how to make participation possible for people facing barriers to travel. (The event page and organisers' information provide details on the conference and its organisation.) </w:t>
      </w:r>
      <w:hyperlink r:id="rId9">
        <w:r>
          <w:rPr>
            <w:color w:val="0000EE"/>
            <w:u w:val="single"/>
          </w:rPr>
          <w:t>[2]</w:t>
        </w:r>
      </w:hyperlink>
      <w:r>
        <w:t xml:space="preserve"> </w:t>
      </w:r>
      <w:hyperlink r:id="rId13">
        <w:r>
          <w:rPr>
            <w:color w:val="0000EE"/>
            <w:u w:val="single"/>
          </w:rPr>
          <w:t>[5]</w:t>
        </w:r>
      </w:hyperlink>
      <w:r/>
    </w:p>
    <w:p>
      <w:r/>
      <w:r>
        <w:t xml:space="preserve">For attendees travelling internationally, access can be uneven even when a place at the conference is funded. That reality adds weight to the gathering's wider aim: a genuinely global knowledge movement needs more than global headlines. It needs the people closest to a story to be able to contribute to it. (The conference information and organisers' page describe the event's scope and organisation.) </w:t>
      </w:r>
      <w:hyperlink r:id="rId9">
        <w:r>
          <w:rPr>
            <w:color w:val="0000EE"/>
            <w:u w:val="single"/>
          </w:rPr>
          <w:t>[2]</w:t>
        </w:r>
      </w:hyperlink>
      <w:r>
        <w:t xml:space="preserve"> </w:t>
      </w:r>
      <w:hyperlink r:id="rId13">
        <w:r>
          <w:rPr>
            <w:color w:val="0000EE"/>
            <w:u w:val="single"/>
          </w:rPr>
          <w:t>[5]</w:t>
        </w:r>
      </w:hyperlink>
      <w:r/>
    </w:p>
    <w:p>
      <w:pPr>
        <w:pStyle w:val="Heading2"/>
      </w:pPr>
      <w:r>
        <w:t>Closing line</w:t>
      </w:r>
      <w:r/>
    </w:p>
    <w:p>
      <w:r/>
      <w:r>
        <w:t>The next chapter of queer knowledge depends on who gets to write it, and who gets the chance to take part.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[7]</w:t>
        </w:r>
      </w:hyperlink>
      <w:r>
        <w:t xml:space="preserve">- Paragraph 8: </w:t>
      </w:r>
      <w:hyperlink r:id="rId13">
        <w:r>
          <w:rPr>
            <w:color w:val="0000EE"/>
            <w:u w:val="single"/>
          </w:rPr>
          <w:t>[5]</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https://varsitynewspaper.substack.com/p/queering-wiki-2026-confessions-from</w:t>
        </w:r>
      </w:hyperlink>
      <w:r>
        <w:t xml:space="preserve"> - Please view link - unable to able to access data</w:t>
      </w:r>
      <w:r/>
    </w:p>
    <w:p>
      <w:pPr>
        <w:pStyle w:val="ListNumber"/>
        <w:spacing w:line="240" w:lineRule="auto"/>
        <w:ind w:left="720"/>
      </w:pPr>
      <w:r/>
      <w:hyperlink r:id="rId9">
        <w:r>
          <w:rPr>
            <w:color w:val="0000EE"/>
            <w:u w:val="single"/>
          </w:rPr>
          <w:t>https://meta.wikimedia.org/wiki/Event%3AQueering_Wikipedia_2026</w:t>
        </w:r>
      </w:hyperlink>
      <w:r>
        <w:t xml:space="preserve"> - The official Wikimedia event page describes Queering Wiki 2026 as a global gathering for LGBTQ+ contributors and allies working across Wikimedia projects. It confirms that the in-person conference took place in Montreal, Quebec, from 23 to 25 October 2026, and outlines its goals: building contributor skills, strengthening LGBTQ+ representation, fostering international connections and creating safer, more inclusive spaces. The page also records the conference timeline, including scholarship applications, speaker proposals and registration. It provides reliable background for the article’s account of the event’s dates, location, international scope and purpose, while directing visitors to related programme, scholarship and organising information.</w:t>
      </w:r>
      <w:r/>
    </w:p>
    <w:p>
      <w:pPr>
        <w:pStyle w:val="ListNumber"/>
        <w:spacing w:line="240" w:lineRule="auto"/>
        <w:ind w:left="720"/>
      </w:pPr>
      <w:r/>
      <w:hyperlink r:id="rId10">
        <w:r>
          <w:rPr>
            <w:color w:val="0000EE"/>
            <w:u w:val="single"/>
          </w:rPr>
          <w:t>https://wikimedia.eventyay.com/qw/queeringwiki26/schedule/nojs</w:t>
        </w:r>
      </w:hyperlink>
      <w:r>
        <w:t xml:space="preserve"> - The published schedule gives the Queering Wiki 2026 programme from Friday 23 October to Sunday 25 October 2026. It lists the opening ceremony, keynote, lightning talks, workshops and sessions on LGBTQ+ representation, contributor safety, queer history and regional knowledge gaps. The programme shows that the conference included several formats and themes, including strategy and skills-sharing relevant to improving LGBTQ+ content across Wikimedia. It supports the article’s description of a three-day event with presentations, talks and discussions, and offers specific evidence of the broad range of topics covered. The schedule is useful for checking programme claims against the conference’s own published agenda.</w:t>
      </w:r>
      <w:r/>
    </w:p>
    <w:p>
      <w:pPr>
        <w:pStyle w:val="ListNumber"/>
        <w:spacing w:line="240" w:lineRule="auto"/>
        <w:ind w:left="720"/>
      </w:pPr>
      <w:r/>
      <w:hyperlink r:id="rId12">
        <w:r>
          <w:rPr>
            <w:color w:val="0000EE"/>
            <w:u w:val="single"/>
          </w:rPr>
          <w:t>https://wikimedia.eventyay.com/qw/queeringwiki26/talk/9JC8AW/</w:t>
        </w:r>
      </w:hyperlink>
      <w:r>
        <w:t xml:space="preserve"> - This official conference listing describes the Culture Crawl as a two-hour, bus-guided tour exploring Montreal and Canadian LGBTQ+ history. It says the tour considered struggles, achievements and transformative moments in queer history, and gives the planned hotel pick-up and conference-venue drop-off times. The listing supports the article’s account of a pre-conference cultural outing that introduced participants to LGBTQ+ history in the city. It does not independently verify every landmark named in the article, but confirms the Culture Crawl itself and its historical focus. The page is a direct event record rather than a general tourism summary.</w:t>
      </w:r>
      <w:r/>
    </w:p>
    <w:p>
      <w:pPr>
        <w:pStyle w:val="ListNumber"/>
        <w:spacing w:line="240" w:lineRule="auto"/>
        <w:ind w:left="720"/>
      </w:pPr>
      <w:r/>
      <w:hyperlink r:id="rId13">
        <w:r>
          <w:rPr>
            <w:color w:val="0000EE"/>
            <w:u w:val="single"/>
          </w:rPr>
          <w:t>https://meta.wikimedia.org/wiki/Queering_Wiki_2026/Organizers</w:t>
        </w:r>
      </w:hyperlink>
      <w:r>
        <w:t xml:space="preserve"> - The organisers page identifies key people involved in Queering Wiki 2026 and their Wikimedia roles. It names Bisi Alimi as executive director of Wikimedia LGBT+, Louis Germain as executive director of Wikimedia Canada, and Owen Blacker as chair of the Wikimedia LGBT+ board, alongside other team members. This supports the article’s descriptions of the conference leadership and the individuals connected with its sessions. The page is an official Wikimedia source focused specifically on the 2026 event, making it useful for checking names and organisational affiliations. It does not substantiate the article’s personal experiences or visa-related account.</w:t>
      </w:r>
      <w:r/>
    </w:p>
    <w:p>
      <w:pPr>
        <w:pStyle w:val="ListNumber"/>
        <w:spacing w:line="240" w:lineRule="auto"/>
        <w:ind w:left="720"/>
      </w:pPr>
      <w:r/>
      <w:hyperlink r:id="rId15">
        <w:r>
          <w:rPr>
            <w:color w:val="0000EE"/>
            <w:u w:val="single"/>
          </w:rPr>
          <w:t>https://diff.wikimedia.org/2026/04/17/my-first-year-at-wikimedia-lgbt/</w:t>
        </w:r>
      </w:hyperlink>
      <w:r>
        <w:t xml:space="preserve"> - In this first-person account, Bisi Alimi reflects on his work as Wikimedia LGBT+’s first executive director and on efforts to document LGBTQ+ histories, especially in Nigeria. He describes training contributors, developing content and organising Wiki Loves Pride activities. He also confirms that Queering Wiki was planned as an in-person Montreal conference from 23 to 25 October 2026, describing it as a major gathering of queer Wikimedians. The article provides context for Alimi’s leadership and the conference’s broader aim of strengthening queer archives and representation across Wikimedia. It also explains why contributors consider online documentation important to preserving community histories.</w:t>
      </w:r>
      <w:r/>
    </w:p>
    <w:p>
      <w:pPr>
        <w:pStyle w:val="ListNumber"/>
        <w:spacing w:line="240" w:lineRule="auto"/>
        <w:ind w:left="720"/>
      </w:pPr>
      <w:r/>
      <w:hyperlink r:id="rId11">
        <w:r>
          <w:rPr>
            <w:color w:val="0000EE"/>
            <w:u w:val="single"/>
          </w:rPr>
          <w:t>https://meta.wikimedia.org/wiki/Queering_Wiki_2026/Program</w:t>
        </w:r>
      </w:hyperlink>
      <w:r>
        <w:t xml:space="preserve"> - The official programme page explains the conference’s thematic streams: bridging geographic, linguistic and gender differences; documenting queer histories and repairing historical erasure; and exploring new approaches to queer open knowledge. It describes formats including lightning talks, presentations, panels, workshops and strategy sessions. The page also confirms that a Wikipedia and Wikimedia Commons challenge was planned, with Baby Globe plushies for winners. These details support the article’s account of the conference programme, its subject matter and the award reference. The programme emphasises collaboration, inclusion, Global South participation, archives and contributor leadership, offering context for the article’s discussion of knowledge gaps and LGBTQ+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ta.wikimedia.org/wiki/Event%3AQueering_Wikipedia_2026" TargetMode="External"/><Relationship Id="rId10" Type="http://schemas.openxmlformats.org/officeDocument/2006/relationships/hyperlink" Target="https://wikimedia.eventyay.com/qw/queeringwiki26/schedule/nojs" TargetMode="External"/><Relationship Id="rId11" Type="http://schemas.openxmlformats.org/officeDocument/2006/relationships/hyperlink" Target="https://meta.wikimedia.org/wiki/Queering_Wiki_2026/Program" TargetMode="External"/><Relationship Id="rId12" Type="http://schemas.openxmlformats.org/officeDocument/2006/relationships/hyperlink" Target="https://wikimedia.eventyay.com/qw/queeringwiki26/talk/9JC8AW/" TargetMode="External"/><Relationship Id="rId13" Type="http://schemas.openxmlformats.org/officeDocument/2006/relationships/hyperlink" Target="https://meta.wikimedia.org/wiki/Queering_Wiki_2026/Organizers" TargetMode="External"/><Relationship Id="rId14" Type="http://schemas.openxmlformats.org/officeDocument/2006/relationships/hyperlink" Target="https://varsitynewspaper.substack.com/p/queering-wiki-2026-confessions-from" TargetMode="External"/><Relationship Id="rId15" Type="http://schemas.openxmlformats.org/officeDocument/2006/relationships/hyperlink" Target="https://diff.wikimedia.org/2026/04/17/my-first-year-at-wikimedia-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