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Portland Pride Plaza Reopens With a Colourful New Design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Portland’s Pride Plaza has reopened with a vibrant redesign that makes room for gathering, performance and everyday city life. At the downtown celebration, drag queens, musicians and neighbours marked the return of a much-loved public space, while the new layout reflects the area’s LGBTQ+ history and leaves space for its future.</w:t>
      </w:r>
      <w:r/>
    </w:p>
    <w:p>
      <w:pPr>
        <w:pStyle w:val="Heading2"/>
      </w:pPr>
      <w:r>
        <w:t>Essential takeaways</w:t>
      </w:r>
      <w:r/>
      <w:r/>
    </w:p>
    <w:p>
      <w:pPr>
        <w:pStyle w:val="ListBullet"/>
        <w:spacing w:line="240" w:lineRule="auto"/>
        <w:ind w:left="720"/>
      </w:pPr>
      <w:r/>
      <w:r>
        <w:rPr>
          <w:b/>
        </w:rPr>
        <w:t>A community celebration:</w:t>
      </w:r>
      <w:r>
        <w:t xml:space="preserve"> The reopening brought together local residents, performers and U.S. Senator Ron Wyden.</w:t>
      </w:r>
      <w:r/>
    </w:p>
    <w:p>
      <w:pPr>
        <w:pStyle w:val="ListBullet"/>
        <w:spacing w:line="240" w:lineRule="auto"/>
        <w:ind w:left="720"/>
      </w:pPr>
      <w:r/>
      <w:r>
        <w:rPr>
          <w:b/>
        </w:rPr>
        <w:t>A first for Portland:</w:t>
      </w:r>
      <w:r>
        <w:t xml:space="preserve"> The redesign is the first project to put the city’s Street Plaza Design Toolkit into practice.</w:t>
      </w:r>
      <w:r/>
    </w:p>
    <w:p>
      <w:pPr>
        <w:pStyle w:val="ListBullet"/>
        <w:spacing w:line="240" w:lineRule="auto"/>
        <w:ind w:left="720"/>
      </w:pPr>
      <w:r/>
      <w:r>
        <w:rPr>
          <w:b/>
        </w:rPr>
        <w:t>A Pride-inspired ribbon:</w:t>
      </w:r>
      <w:r>
        <w:t xml:space="preserve"> Colourful paving and patterns organise the plaza into social areas and provide a visual nod to the Pride flag.</w:t>
      </w:r>
      <w:r/>
    </w:p>
    <w:p>
      <w:pPr>
        <w:pStyle w:val="ListBullet"/>
        <w:spacing w:line="240" w:lineRule="auto"/>
        <w:ind w:left="720"/>
      </w:pPr>
      <w:r/>
      <w:r>
        <w:rPr>
          <w:b/>
        </w:rPr>
        <w:t>Made for access and activity:</w:t>
      </w:r>
      <w:r>
        <w:t xml:space="preserve"> The plan includes accessible crossings, playful furnishings and a bike hub.</w:t>
      </w:r>
      <w:r/>
    </w:p>
    <w:p>
      <w:pPr>
        <w:pStyle w:val="ListBullet"/>
        <w:spacing w:line="240" w:lineRule="auto"/>
        <w:ind w:left="720"/>
      </w:pPr>
      <w:r/>
      <w:r>
        <w:rPr>
          <w:b/>
        </w:rPr>
        <w:t>Room to evolve:</w:t>
      </w:r>
      <w:r>
        <w:t xml:space="preserve"> The design allows for future artwork, performances and other community activities.</w:t>
      </w:r>
      <w:r/>
      <w:r/>
    </w:p>
    <w:p>
      <w:pPr>
        <w:pStyle w:val="Heading2"/>
      </w:pPr>
      <w:r>
        <w:t>Pride Plaza returns with colour and a crowd</w:t>
      </w:r>
      <w:r/>
    </w:p>
    <w:p>
      <w:r/>
      <w:r>
        <w:t>The strongest impression at Pride Plaza is its confident burst of colour. A patterned ribbon, inspired by the Pride flag, winds through the downtown space, giving the plaza a lively feel while helping organise places to sit, meet and gather.</w:t>
      </w:r>
      <w:r/>
    </w:p>
    <w:p>
      <w:r/>
      <w:r>
        <w:t>The reopening celebration brought the design’s purpose to life. Drag performers and musicians took the stage as neighbours came together, with U.S. Senator Ron Wyden also sharing remarks. It was more than a ribbon-cutting: the event connected a renewed public space with the community whose history it honours.</w:t>
      </w:r>
      <w:r/>
    </w:p>
    <w:p>
      <w:pPr>
        <w:pStyle w:val="Heading2"/>
      </w:pPr>
      <w:r>
        <w:t>A street plaza shaped around people</w:t>
      </w:r>
      <w:r/>
    </w:p>
    <w:p>
      <w:r/>
      <w:r>
        <w:t>Mayer/Reed led the redesign, drawing on community feedback to explore what Pride should look and feel like in Portland. The answer wasn’t a fixed monument, but a flexible setting for everyday encounters and public events.</w:t>
      </w:r>
      <w:r/>
    </w:p>
    <w:p>
      <w:r/>
      <w:r>
        <w:t>The scheme is also the first implementation of Portland’s Street Plaza Design Toolkit, developed to help turn streets into welcoming places to spend time. That practical ambition matters: a plaza needs to work on an ordinary afternoon as well as during a celebration.</w:t>
      </w:r>
      <w:r/>
    </w:p>
    <w:p>
      <w:pPr>
        <w:pStyle w:val="Heading2"/>
      </w:pPr>
      <w:r>
        <w:t>What the Pride ribbon adds to the layout</w:t>
      </w:r>
      <w:r/>
    </w:p>
    <w:p>
      <w:r/>
      <w:r>
        <w:t>Rather than follow the street’s existing straight lines, the design introduces a more fluid pattern. That visual shift breaks up the space and helps define social zones, with playful furnishings adding a more relaxed, human scale.</w:t>
      </w:r>
      <w:r/>
    </w:p>
    <w:p>
      <w:r/>
      <w:r>
        <w:t>The layout also includes accessible crossings and a bike hub, so the plaza can serve people moving through the area as well as those stopping to meet. It’s a useful reminder that good public space isn’t only about how it looks; the details of access and movement shape who can use it comfortably.</w:t>
      </w:r>
      <w:r/>
    </w:p>
    <w:p>
      <w:pPr>
        <w:pStyle w:val="Heading2"/>
      </w:pPr>
      <w:r>
        <w:t>A public space designed to keep changing</w:t>
      </w:r>
      <w:r/>
    </w:p>
    <w:p>
      <w:r/>
      <w:r>
        <w:t>Pride Plaza is rooted in Portland’s LGBTQ+ history, but the new design also looks ahead. Space for future layers of art, performance and community activity means the plaza can change with the people who use it, rather than feeling finished on opening day.</w:t>
      </w:r>
      <w:r/>
    </w:p>
    <w:p>
      <w:r/>
      <w:r>
        <w:t>Portland’s public street plaza programme provides a wider framework for creating these places, while the city’s project information covers Pride Plaza and the nearby Darcelle XV plaza. The result is a design that balances a clear identity with room for local life to unfold.</w:t>
      </w:r>
      <w:r/>
    </w:p>
    <w:p>
      <w:pPr>
        <w:pStyle w:val="Heading2"/>
      </w:pPr>
      <w:r>
        <w:t>Why the reopening matters beyond one celebration</w:t>
      </w:r>
      <w:r/>
    </w:p>
    <w:p>
      <w:r/>
      <w:r>
        <w:t>Public spaces can make a city’s values visible in everyday life. Here, colour, access and flexible gathering areas work together to recognise LGBTQ+ history while inviting new stories and events.</w:t>
      </w:r>
      <w:r/>
    </w:p>
    <w:p>
      <w:r/>
      <w:r>
        <w:t>And that may be the most appealing part: the plaza isn’t just a backdrop for special occasions. It’s a place built to welcome people on ordinary days, too.</w:t>
      </w:r>
      <w:r/>
    </w:p>
    <w:p>
      <w:r/>
      <w:r>
        <w:t>Pride Plaza’s new chapter is already written in colour, but the community gets to keep adding to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0">
        <w:r>
          <w:rPr>
            <w:color w:val="0000EE"/>
            <w:u w:val="single"/>
          </w:rPr>
          <w:t>[6]</w:t>
        </w:r>
      </w:hyperlink>
      <w:r>
        <w:t xml:space="preserve">- Paragraph 3: </w:t>
      </w:r>
      <w:hyperlink r:id="rId9">
        <w:r>
          <w:rPr>
            <w:color w:val="0000EE"/>
            <w:u w:val="single"/>
          </w:rPr>
          <w:t>[2]</w:t>
        </w:r>
      </w:hyperlink>
      <w:r>
        <w:t xml:space="preserve">, </w:t>
      </w:r>
      <w:hyperlink r:id="rId11">
        <w:r>
          <w:rPr>
            <w:color w:val="0000EE"/>
            <w:u w:val="single"/>
          </w:rPr>
          <w:t>[3]</w:t>
        </w:r>
      </w:hyperlink>
      <w:r>
        <w:t xml:space="preserve">- Paragraph 4: </w:t>
      </w:r>
      <w:hyperlink r:id="rId9">
        <w:r>
          <w:rPr>
            <w:color w:val="0000EE"/>
            <w:u w:val="single"/>
          </w:rPr>
          <w:t>[2]</w:t>
        </w:r>
      </w:hyperlink>
      <w:r>
        <w:t xml:space="preserve">, </w:t>
      </w:r>
      <w:hyperlink r:id="rId12">
        <w:r>
          <w:rPr>
            <w:color w:val="0000EE"/>
            <w:u w:val="single"/>
          </w:rPr>
          <w:t>[4]</w:t>
        </w:r>
      </w:hyperlink>
      <w:r>
        <w:t xml:space="preserve">- Paragraph 5: </w:t>
      </w:r>
      <w:hyperlink r:id="rId9">
        <w:r>
          <w:rPr>
            <w:color w:val="0000EE"/>
            <w:u w:val="single"/>
          </w:rPr>
          <w:t>[2]</w:t>
        </w:r>
      </w:hyperlink>
      <w:r>
        <w:t xml:space="preserve">, </w:t>
      </w:r>
      <w:hyperlink r:id="rId11">
        <w:r>
          <w:rPr>
            <w:color w:val="0000EE"/>
            <w:u w:val="single"/>
          </w:rPr>
          <w:t>[3]</w:t>
        </w:r>
      </w:hyperlink>
      <w:r>
        <w:t xml:space="preserve">- Paragraph 6: </w:t>
      </w:r>
      <w:hyperlink r:id="rId9">
        <w:r>
          <w:rPr>
            <w:color w:val="0000EE"/>
            <w:u w:val="single"/>
          </w:rPr>
          <w:t>[2]</w:t>
        </w:r>
      </w:hyperlink>
      <w:r>
        <w:t xml:space="preserve">, </w:t>
      </w:r>
      <w:hyperlink r:id="rId11">
        <w:r>
          <w:rPr>
            <w:color w:val="0000EE"/>
            <w:u w:val="single"/>
          </w:rPr>
          <w:t>[3]</w:t>
        </w:r>
      </w:hyperlink>
      <w:r>
        <w:t xml:space="preserve">- Paragraph 7: </w:t>
      </w:r>
      <w:hyperlink r:id="rId9">
        <w:r>
          <w:rPr>
            <w:color w:val="0000EE"/>
            <w:u w:val="single"/>
          </w:rPr>
          <w:t>[2]</w:t>
        </w:r>
      </w:hyperlink>
      <w:r>
        <w:t xml:space="preserve">, </w:t>
      </w:r>
      <w:hyperlink r:id="rId12">
        <w:r>
          <w:rPr>
            <w:color w:val="0000EE"/>
            <w:u w:val="single"/>
          </w:rPr>
          <w:t>[4]</w:t>
        </w:r>
      </w:hyperlink>
      <w:r>
        <w:t xml:space="preserve">- Paragraph 8: </w:t>
      </w:r>
      <w:hyperlink r:id="rId9">
        <w:r>
          <w:rPr>
            <w:color w:val="0000EE"/>
            <w:u w:val="single"/>
          </w:rPr>
          <w:t>[2]</w:t>
        </w:r>
      </w:hyperlink>
      <w:r>
        <w:t xml:space="preserve">, </w:t>
      </w:r>
      <w:hyperlink r:id="rId11">
        <w:r>
          <w:rPr>
            <w:color w:val="0000EE"/>
            <w:u w:val="single"/>
          </w:rPr>
          <w:t>[3]</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Paragraph 11: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https://www.mayerreed.com/re-introducing-pride-plaza/</w:t>
        </w:r>
      </w:hyperlink>
      <w:r>
        <w:t xml:space="preserve"> - Please view link - unable to able to access data</w:t>
      </w:r>
      <w:r/>
    </w:p>
    <w:p>
      <w:pPr>
        <w:pStyle w:val="ListNumber"/>
        <w:spacing w:line="240" w:lineRule="auto"/>
        <w:ind w:left="720"/>
      </w:pPr>
      <w:r/>
      <w:hyperlink r:id="rId9">
        <w:r>
          <w:rPr>
            <w:color w:val="0000EE"/>
            <w:u w:val="single"/>
          </w:rPr>
          <w:t>https://www.mayerreed.com/re-introducing-pride-plaza/</w:t>
        </w:r>
      </w:hyperlink>
      <w:r>
        <w:t xml:space="preserve"> - Mayer/Reed introduces the redesigned Pride Plaza in downtown Portland, describing its reopening celebration and the studio’s role in shaping the space. The design was informed by community feedback and asks what Pride looks like in Portland. Drawing on ideas of fluidity and nonconformity, it interrupts the street’s linear character with a colourful ribbon inspired by the Pride flag. The pattern organises gathering areas, playful furnishings, accessible crossings and a bicycle hub, while leaving room for future art, performances and activities. The article presents the revitalised plaza as a place grounded in Portland’s LGBTQ+ history but designed to welcome new energy, colour, participation and possibilities for the future.</w:t>
      </w:r>
      <w:r/>
    </w:p>
    <w:p>
      <w:pPr>
        <w:pStyle w:val="ListNumber"/>
        <w:spacing w:line="240" w:lineRule="auto"/>
        <w:ind w:left="720"/>
      </w:pPr>
      <w:r/>
      <w:hyperlink r:id="rId11">
        <w:r>
          <w:rPr>
            <w:color w:val="0000EE"/>
            <w:u w:val="single"/>
          </w:rPr>
          <w:t>https://www.portland.gov/transportation/pbot-projects/construction/pride-and-darcelle-xv-public-street-plazas</w:t>
        </w:r>
      </w:hyperlink>
      <w:r>
        <w:t xml:space="preserve"> - The City of Portland’s project page explains improvements to Pride Plaza on SW Harvey Milk Street and the creation of Darcelle XV Promenade nearby. It describes Pride Plaza as an existing car-free public space and identifies the work as PBOT’s first use of its permanent street plaza design approach. Planned features include artwork celebrating Pride and Darcelle XV, street furniture, bicycle racks, places for walking, relaxing and playing, and room for events and outdoor dining. The page also notes accessibility-related repaving and curb-ramp work, project funding and the wider Green Loop context. It supports the article’s account of the plaza’s function, design priorities and municipal project.</w:t>
      </w:r>
      <w:r/>
    </w:p>
    <w:p>
      <w:pPr>
        <w:pStyle w:val="ListNumber"/>
        <w:spacing w:line="240" w:lineRule="auto"/>
        <w:ind w:left="720"/>
      </w:pPr>
      <w:r/>
      <w:hyperlink r:id="rId12">
        <w:r>
          <w:rPr>
            <w:color w:val="0000EE"/>
            <w:u w:val="single"/>
          </w:rPr>
          <w:t>https://www.portland.gov/transportation/planning/plazas/public-street-plaza-program-development</w:t>
        </w:r>
      </w:hyperlink>
      <w:r>
        <w:t xml:space="preserve"> - Portland’s Public Street Plaza Program Development page outlines how the city is building a framework for public plazas. Its key themes include transparency, partnerships, shared investment, consistent design, belonging, equity and climate resilience. The page specifically calls for a plaza design toolkit and site standards to help create successful public spaces. It also records collaboration between PBOT and Mayer/Reed, who presented the vision and development of Portland’s Street Plaza programme. This source helps substantiate the article’s reference to the toolkit and the design partnership behind it. The broader programme context shows how plaza projects are intended to support inclusive, welcoming public life across Portland.</w:t>
      </w:r>
      <w:r/>
    </w:p>
    <w:p>
      <w:pPr>
        <w:pStyle w:val="ListNumber"/>
        <w:spacing w:line="240" w:lineRule="auto"/>
        <w:ind w:left="720"/>
      </w:pPr>
      <w:r/>
      <w:hyperlink r:id="rId13">
        <w:r>
          <w:rPr>
            <w:color w:val="0000EE"/>
            <w:u w:val="single"/>
          </w:rPr>
          <w:t>https://www.portland.gov/transportation/news/2026/8/10/news-release-pbot-upgrades-pride-plaza-starting-week-colorful-artwork</w:t>
        </w:r>
      </w:hyperlink>
      <w:r>
        <w:t xml:space="preserve"> - In this news release, the Portland Bureau of Transportation announces construction upgrades to Pride Plaza and a new pedestrian-oriented space honouring Darcelle XV. The release locates Pride Plaza on SW Harvey Milk Street between 12th and 13th Avenues and explains that the car-free space grew into a gathering place and outdoor-dining destination. It describes the city’s plans for permanent street art, furnishings and other improvements, following repaving and the installation of new corner ramps. The announcement places the work within efforts to create spaces for walking, gathering and celebrating the LGBTQ+ community. It provides official background on the plaza’s setting, history and planned enhancements.</w:t>
      </w:r>
      <w:r/>
    </w:p>
    <w:p>
      <w:pPr>
        <w:pStyle w:val="ListNumber"/>
        <w:spacing w:line="240" w:lineRule="auto"/>
        <w:ind w:left="720"/>
      </w:pPr>
      <w:r/>
      <w:hyperlink r:id="rId10">
        <w:r>
          <w:rPr>
            <w:color w:val="0000EE"/>
            <w:u w:val="single"/>
          </w:rPr>
          <w:t>https://www.kptv.com/2026/10/04/lgbtq-community-celebrates-reopening-pride-plaza-downtown-portland/</w:t>
        </w:r>
      </w:hyperlink>
      <w:r>
        <w:t xml:space="preserve"> - This FOX 12 report covers the reopening of Pride Plaza in downtown Portland, describing the redesigned space and its connection to the LGBTQ+ community. It identifies the location near Southwest 12th Avenue and Harvey Milk Street and reports that organisers see the plaza as open to everyone. They hope it will become a regular destination for community events, local businesses and visitors. The report independently supports the article’s central account of a community celebration and the plaza’s renewed role as a gathering place. It also confirms that the reopening was presented as both a physical refresh and a moment to recognise the site’s longstanding significance to Portland’s LGBTQ+ community.</w:t>
      </w:r>
      <w:r/>
    </w:p>
    <w:p>
      <w:pPr>
        <w:pStyle w:val="ListNumber"/>
        <w:spacing w:line="240" w:lineRule="auto"/>
        <w:ind w:left="720"/>
      </w:pPr>
      <w:r/>
      <w:hyperlink r:id="rId14">
        <w:r>
          <w:rPr>
            <w:color w:val="0000EE"/>
            <w:u w:val="single"/>
          </w:rPr>
          <w:t>https://www.pridenw.org/official-pride-events/pride-plaza</w:t>
        </w:r>
      </w:hyperlink>
      <w:r>
        <w:t xml:space="preserve"> - Pride Northwest’s event listing invites community members to the Grand Reopening of Pride Plaza at Southwest 12th Avenue and Harvey Milk Street in downtown Portland. It gives the event date as Saturday, 3 October 2026, and the public programme hours as noon to 4 pm. The listing describes performances, community participation and an LGBTQ2SIA+ marketplace coordinated by Pride Northwest. This source corroborates the article’s description of a reopening celebration centred on performers and neighbourhood gathering. It also provides first-hand event details from an organising community organisation, including the venue, timing and market component, supporting the account of Pride Plaza as a place for public celebration.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yerreed.com/re-introducing-pride-plaza/" TargetMode="External"/><Relationship Id="rId10" Type="http://schemas.openxmlformats.org/officeDocument/2006/relationships/hyperlink" Target="https://www.kptv.com/2026/10/04/lgbtq-community-celebrates-reopening-pride-plaza-downtown-portland/" TargetMode="External"/><Relationship Id="rId11" Type="http://schemas.openxmlformats.org/officeDocument/2006/relationships/hyperlink" Target="https://www.portland.gov/transportation/pbot-projects/construction/pride-and-darcelle-xv-public-street-plazas" TargetMode="External"/><Relationship Id="rId12" Type="http://schemas.openxmlformats.org/officeDocument/2006/relationships/hyperlink" Target="https://www.portland.gov/transportation/planning/plazas/public-street-plaza-program-development" TargetMode="External"/><Relationship Id="rId13" Type="http://schemas.openxmlformats.org/officeDocument/2006/relationships/hyperlink" Target="https://www.portland.gov/transportation/news/2026/8/10/news-release-pbot-upgrades-pride-plaza-starting-week-colorful-artwork" TargetMode="External"/><Relationship Id="rId14" Type="http://schemas.openxmlformats.org/officeDocument/2006/relationships/hyperlink" Target="https://www.pridenw.org/official-pride-events/pride-plaz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