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Poodle Beach Historical Marker Celebrates Rehoboth’s LGBTQ+ History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new historical marker at Poodle Beach in Rehoboth Beach, Delaware, recognises generations of LGBTQ+ visitors who made the shoreline a place to meet, relax and find community. Unveiled in October 2026, it also points to an earlier chapter shaped by Louisa d’Andelot Carpenter, whose gatherings offered queer friends a welcome refuge decades before the beach became a well-known destination.</w:t>
      </w:r>
      <w:r/>
    </w:p>
    <w:p>
      <w:pPr>
        <w:pStyle w:val="Heading2"/>
      </w:pPr>
      <w:r>
        <w:t>Essential Takeaways</w:t>
      </w:r>
      <w:r/>
      <w:r/>
    </w:p>
    <w:p>
      <w:pPr>
        <w:pStyle w:val="ListBullet"/>
        <w:spacing w:line="240" w:lineRule="auto"/>
        <w:ind w:left="720"/>
      </w:pPr>
      <w:r/>
      <w:r>
        <w:rPr>
          <w:b/>
        </w:rPr>
        <w:t>A public recognition:</w:t>
      </w:r>
      <w:r>
        <w:t xml:space="preserve"> Delaware unveiled a state historical marker at Prospect Street and the South Boardwalk in Rehoboth Beach.</w:t>
      </w:r>
      <w:r/>
    </w:p>
    <w:p>
      <w:pPr>
        <w:pStyle w:val="ListBullet"/>
        <w:spacing w:line="240" w:lineRule="auto"/>
        <w:ind w:left="720"/>
      </w:pPr>
      <w:r/>
      <w:r>
        <w:rPr>
          <w:b/>
        </w:rPr>
        <w:t>An earlier gathering place:</w:t>
      </w:r>
      <w:r>
        <w:t xml:space="preserve"> Louisa d’Andelot Carpenter welcomed queer friends to her family’s beachfront home from the 1930s.</w:t>
      </w:r>
      <w:r/>
    </w:p>
    <w:p>
      <w:pPr>
        <w:pStyle w:val="ListBullet"/>
        <w:spacing w:line="240" w:lineRule="auto"/>
        <w:ind w:left="720"/>
      </w:pPr>
      <w:r/>
      <w:r>
        <w:rPr>
          <w:b/>
        </w:rPr>
        <w:t>A beach with a later name:</w:t>
      </w:r>
      <w:r>
        <w:t xml:space="preserve"> The section known as Poodle Beach became popular with LGBTQ+ visitors in the late 1970s.</w:t>
      </w:r>
      <w:r/>
    </w:p>
    <w:p>
      <w:pPr>
        <w:pStyle w:val="ListBullet"/>
        <w:spacing w:line="240" w:lineRule="auto"/>
        <w:ind w:left="720"/>
      </w:pPr>
      <w:r/>
      <w:r>
        <w:rPr>
          <w:b/>
        </w:rPr>
        <w:t>A lively tradition:</w:t>
      </w:r>
      <w:r>
        <w:t xml:space="preserve"> The marker also recognises the Labor Day Drag Volleyball Game, held from 1988 to 2019 and drawing thousands.</w:t>
      </w:r>
      <w:r/>
      <w:r/>
    </w:p>
    <w:p>
      <w:pPr>
        <w:pStyle w:val="Heading2"/>
      </w:pPr>
      <w:r>
        <w:t>Poodle Beach’s story is now part of the landscape</w:t>
      </w:r>
      <w:r/>
    </w:p>
    <w:p>
      <w:r/>
      <w:r>
        <w:t>The marker gives a well-loved stretch of sand something more permanent than a summer memory. Unveiled at Prospect Street and the South Boardwalk, it formally recognises the LGBTQ+ history woven into Rehoboth Beach’s shoreline. The City of Rehoboth Beach listed the ceremony on its calendar, while local coverage reported the gathering of state and city officials.</w:t>
      </w:r>
      <w:r/>
    </w:p>
    <w:p>
      <w:r/>
      <w:r>
        <w:t>For people who have returned year after year, the recognition may feel less like a discovery than a long-overdue acknowledgement. Beaches can be social landmarks as much as scenic ones: the familiar faces, the easy conversation and the relief of feeling at home all matter. Now visitors can read a little of that history right where it unfolded.</w:t>
      </w:r>
      <w:r/>
    </w:p>
    <w:p>
      <w:pPr>
        <w:pStyle w:val="Heading2"/>
      </w:pPr>
      <w:r>
        <w:t>Louisa Carpenter’s gatherings began decades earlier</w:t>
      </w:r>
      <w:r/>
    </w:p>
    <w:p>
      <w:r/>
      <w:r>
        <w:t>The story reaches back well before Poodle Beach became a name known to visitors. Delaware’s Division of Historical and Cultural Affairs says Louisa d’Andelot Carpenter, a du Pont descendant, hosted queer friends at her family’s beachfront home from the 1930s. At a time when many people could not live openly, a private gathering among friends offered precious breathing space.</w:t>
      </w:r>
      <w:r/>
    </w:p>
    <w:p>
      <w:r/>
      <w:r>
        <w:t>The state’s account also records Carpenter’s long relationship with Broadway singer Libby Holman, linking the Delaware shore to a wider theatrical world. Later, the beach near Carpenter’s home drew more queer visitors, helped by its relative distance from the busiest parts of town. A welcoming home and a quieter patch of sand became part of a longer community story.</w:t>
      </w:r>
      <w:r/>
    </w:p>
    <w:p>
      <w:pPr>
        <w:pStyle w:val="Heading2"/>
      </w:pPr>
      <w:r>
        <w:t>From a quieter shoreline to Poodle Beach</w:t>
      </w:r>
      <w:r/>
    </w:p>
    <w:p>
      <w:r/>
      <w:r>
        <w:t>The marker distinguishes Carpenter’s earlier gathering place from the beach section that gained popularity in the late 1970s and became known as Poodle Beach. That distinction matters: the history wasn’t made in one moment, but built over time by people who kept returning, bringing friends and making the shoreline their own. The Washington Blade’s coverage of the marker traces both chapters.</w:t>
      </w:r>
      <w:r/>
    </w:p>
    <w:p>
      <w:r/>
      <w:r>
        <w:t>Even the name has a little mystery about it. Its origin remains uncertain, which feels fitting for a place whose character was shaped less by official plans than by the people who showed up. The result was a recognisable meeting place, with a social life all its own.</w:t>
      </w:r>
      <w:r/>
    </w:p>
    <w:p>
      <w:pPr>
        <w:pStyle w:val="Heading2"/>
      </w:pPr>
      <w:r>
        <w:t>Drag volleyball brought its own beach-day spectacle</w:t>
      </w:r>
      <w:r/>
    </w:p>
    <w:p>
      <w:r/>
      <w:r>
        <w:t>The marker also honours Rehoboth’s Labor Day Drag Volleyball Game, a tradition that ran from 1988 to 2019. The Washington Blade reported that it attracted thousands, while its account of the event’s end documented the tradition’s final chapter. For many visitors, a beach day was clearly about more than sun and salt air.</w:t>
      </w:r>
      <w:r/>
    </w:p>
    <w:p>
      <w:r/>
      <w:r>
        <w:t>There’s a lovely sense of local theatre in the idea: a volleyball game that became a regular date on the calendar, complete with drag and a crowd. It’s a reminder that LGBTQ+ history is made through ordinary pleasures, too: spending time together, making a spectacle and returning the next year.</w:t>
      </w:r>
      <w:r/>
    </w:p>
    <w:p>
      <w:pPr>
        <w:pStyle w:val="Heading2"/>
      </w:pPr>
      <w:r>
        <w:t>A community-led marker preserves more than a view</w:t>
      </w:r>
      <w:r/>
    </w:p>
    <w:p>
      <w:r/>
      <w:r>
        <w:t>Delaware’s historical marker programme is community-led, Metro Weekly reported, with residents and organisations able to apply to recognise significant places. The City of Rehoboth Beach identifies Frank Cooper as the applicant behind the Poodle Beach marker. That process suits a place whose importance grew through the people who kept choosing it.</w:t>
      </w:r>
      <w:r/>
    </w:p>
    <w:p>
      <w:r/>
      <w:r>
        <w:t>For visitors, the marker offers a useful pause between the boardwalk and the water. Take a moment to read it, then look out at the beach with its layered history in mind. For anyone who once searched for a place to feel comfortable, that history may land especially close to home.</w:t>
      </w:r>
      <w:r/>
    </w:p>
    <w:p>
      <w:r/>
      <w:r>
        <w:t>Poodle Beach is more than a seaside landmark; it’s a community story now set into the landscape.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[7]</w:t>
        </w:r>
      </w:hyperlink>
      <w:r>
        <w:t xml:space="preserve">- Paragraph 2: </w:t>
      </w:r>
      <w:hyperlink r:id="rId12">
        <w:r>
          <w:rPr>
            <w:color w:val="0000EE"/>
            <w:u w:val="single"/>
          </w:rPr>
          <w:t>[4]</w:t>
        </w:r>
      </w:hyperlink>
      <w:r>
        <w:t xml:space="preserve">, </w:t>
      </w:r>
      <w:hyperlink r:id="rId11">
        <w:r>
          <w:rPr>
            <w:color w:val="0000EE"/>
            <w:u w:val="single"/>
          </w:rPr>
          <w:t>[7]</w:t>
        </w:r>
      </w:hyperlink>
      <w:r>
        <w:t xml:space="preserve">- Paragraph 3: </w:t>
      </w:r>
      <w:hyperlink r:id="rId13">
        <w:r>
          <w:rPr>
            <w:color w:val="0000EE"/>
            <w:u w:val="single"/>
          </w:rPr>
          <w:t>[2]</w:t>
        </w:r>
      </w:hyperlink>
      <w:r>
        <w:t xml:space="preserve">- Paragraph 4: </w:t>
      </w:r>
      <w:hyperlink r:id="rId13">
        <w:r>
          <w:rPr>
            <w:color w:val="0000EE"/>
            <w:u w:val="single"/>
          </w:rPr>
          <w:t>[2]</w:t>
        </w:r>
      </w:hyperlink>
      <w:r>
        <w:t xml:space="preserve">- Paragraph 5: </w:t>
      </w:r>
      <w:hyperlink r:id="rId12">
        <w:r>
          <w:rPr>
            <w:color w:val="0000EE"/>
            <w:u w:val="single"/>
          </w:rPr>
          <w:t>[4]</w:t>
        </w:r>
      </w:hyperlink>
      <w:r>
        <w:t xml:space="preserve">- Paragraph 6: </w:t>
      </w:r>
      <w:hyperlink r:id="rId12">
        <w:r>
          <w:rPr>
            <w:color w:val="0000EE"/>
            <w:u w:val="single"/>
          </w:rPr>
          <w:t>[4]</w:t>
        </w:r>
      </w:hyperlink>
      <w:r>
        <w:t xml:space="preserve">- Paragraph 7: </w:t>
      </w:r>
      <w:hyperlink r:id="rId12">
        <w:r>
          <w:rPr>
            <w:color w:val="0000EE"/>
            <w:u w:val="single"/>
          </w:rPr>
          <w:t>[4]</w:t>
        </w:r>
      </w:hyperlink>
      <w:r>
        <w:t xml:space="preserve">- Paragraph 8: </w:t>
      </w:r>
      <w:hyperlink r:id="rId14">
        <w:r>
          <w:rPr>
            <w:color w:val="0000EE"/>
            <w:u w:val="single"/>
          </w:rPr>
          <w:t>[6]</w:t>
        </w:r>
      </w:hyperlink>
      <w:r>
        <w:t xml:space="preserve">- Paragraph 9: </w:t>
      </w:r>
      <w:hyperlink r:id="rId12">
        <w:r>
          <w:rPr>
            <w:color w:val="0000EE"/>
            <w:u w:val="single"/>
          </w:rPr>
          <w:t>[4]</w:t>
        </w:r>
      </w:hyperlink>
      <w:r>
        <w:t xml:space="preserve">, </w:t>
      </w:r>
      <w:hyperlink r:id="rId14">
        <w:r>
          <w:rPr>
            <w:color w:val="0000EE"/>
            <w:u w:val="single"/>
          </w:rPr>
          <w:t>[6]</w:t>
        </w:r>
      </w:hyperlink>
      <w:r>
        <w:t xml:space="preserve">- Paragraph 10: </w:t>
      </w:r>
      <w:hyperlink r:id="rId15">
        <w:r>
          <w:rPr>
            <w:color w:val="0000EE"/>
            <w:u w:val="single"/>
          </w:rPr>
          <w:t>[5]</w:t>
        </w:r>
      </w:hyperlink>
      <w:r>
        <w:t xml:space="preserve">, </w:t>
      </w:r>
      <w:hyperlink r:id="rId10">
        <w:r>
          <w:rPr>
            <w:color w:val="0000EE"/>
            <w:u w:val="single"/>
          </w:rPr>
          <w:t>[3]</w:t>
        </w:r>
      </w:hyperlink>
      <w:r>
        <w:t xml:space="preserve">- Paragraph 11: </w:t>
      </w:r>
      <w:hyperlink r:id="rId15">
        <w:r>
          <w:rPr>
            <w:color w:val="0000EE"/>
            <w:u w:val="single"/>
          </w:rPr>
          <w:t>[5]</w:t>
        </w:r>
      </w:hyperlink>
      <w:r>
        <w:t xml:space="preserve">- Paragraph 12: </w:t>
      </w:r>
      <w:hyperlink r:id="rId13">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https://b-gay.com/poodle-beach-gets-a-historical-marker-celebrating-decades-of-lgbtq-community/</w:t>
        </w:r>
      </w:hyperlink>
      <w:r>
        <w:t xml:space="preserve"> - Please view link - unable to able to access data</w:t>
      </w:r>
      <w:r/>
    </w:p>
    <w:p>
      <w:pPr>
        <w:pStyle w:val="ListNumber"/>
        <w:spacing w:line="240" w:lineRule="auto"/>
        <w:ind w:left="720"/>
      </w:pPr>
      <w:r/>
      <w:hyperlink r:id="rId13">
        <w:r>
          <w:rPr>
            <w:color w:val="0000EE"/>
            <w:u w:val="single"/>
          </w:rPr>
          <w:t>https://history.delaware.gov/lgbtq/louisa-carpenter/</w:t>
        </w:r>
      </w:hyperlink>
      <w:r>
        <w:t xml:space="preserve"> - Delaware’s Division of Historical and Cultural Affairs profiles Louisa d’Andelot Carpenter, a du Pont descendant, equestrian and amateur aviator who had relationships with women. It describes her private gatherings at the family’s Rehoboth Beach home from the 1930s, where queer friends could socialise at a time when many could not live openly. The account connects Carpenter with Broadway singer Libby Holman and explains how visitors later gathered on the beach near the mansion for relative privacy. It also traces the shift towards the beach now known as Poodle Beach, offering authoritative background on the people and places behind Rehoboth’s LGBTQ+ history.</w:t>
      </w:r>
      <w:r/>
    </w:p>
    <w:p>
      <w:pPr>
        <w:pStyle w:val="ListNumber"/>
        <w:spacing w:line="240" w:lineRule="auto"/>
        <w:ind w:left="720"/>
      </w:pPr>
      <w:r/>
      <w:hyperlink r:id="rId10">
        <w:r>
          <w:rPr>
            <w:color w:val="0000EE"/>
            <w:u w:val="single"/>
          </w:rPr>
          <w:t>https://www.rehobothbeachde.gov/Calendar.aspx?EID=798</w:t>
        </w:r>
      </w:hyperlink>
      <w:r>
        <w:t xml:space="preserve"> - The City of Rehoboth Beach’s event listing announces the Poodle Beach Historical Marker unveiling on 29 October 2026. It identifies the ceremony as a joint event involving the city, state leaders and the Delaware Public Archives, and says the marker recognises the beach’s significance to Rehoboth Beach and Delaware LGBTQ+ history. The listing gives the location as Prospect Street and the South Boardwalk and specifies an 11 a.m. start. It directly supports the article’s account of the ceremony, its date, location and official participation, while providing a municipal source for the event rather than relying solely on news coverage.</w:t>
      </w:r>
      <w:r/>
    </w:p>
    <w:p>
      <w:pPr>
        <w:pStyle w:val="ListNumber"/>
        <w:spacing w:line="240" w:lineRule="auto"/>
        <w:ind w:left="720"/>
      </w:pPr>
      <w:r/>
      <w:hyperlink r:id="rId12">
        <w:r>
          <w:rPr>
            <w:color w:val="0000EE"/>
            <w:u w:val="single"/>
          </w:rPr>
          <w:t>https://www.washingtonblade.com/2026/06/18/poodle-beach-rehoboth-delaware-honored-historical-marker/</w:t>
        </w:r>
      </w:hyperlink>
      <w:r>
        <w:t xml:space="preserve"> - The Washington Blade reports on plans to recognise Poodle Beach with a Delaware historical marker and explains the beach’s role as an LGBTQ+ gathering place. It traces the history from Louisa Carpenter and the earlier Carpenter Beach gatherings to the later beach area near the boardwalk, noting that the origin of the Poodle Beach name is uncertain. The article also covers the marker petition, its approval, and the Labor Day drag volleyball tradition, which began in 1988. Its reporting provides context for the marker and describes the beach’s place in the wider history of queer community-building in Rehoboth.</w:t>
      </w:r>
      <w:r/>
    </w:p>
    <w:p>
      <w:pPr>
        <w:pStyle w:val="ListNumber"/>
        <w:spacing w:line="240" w:lineRule="auto"/>
        <w:ind w:left="720"/>
      </w:pPr>
      <w:r/>
      <w:hyperlink r:id="rId15">
        <w:r>
          <w:rPr>
            <w:color w:val="0000EE"/>
            <w:u w:val="single"/>
          </w:rPr>
          <w:t>https://www.metroweekly.com/2026/10/rehoboth-poodle-beach-state-historical-marker/</w:t>
        </w:r>
      </w:hyperlink>
      <w:r>
        <w:t xml:space="preserve"> - Metro Weekly previews Delaware’s recognition of Poodle Beach and describes the marker as commemorating a significant LGBTQ+ gathering place. It explains that the earlier area near the Carpenter mansion served as a more private daytime meeting place when LGBTQ+ people could face risks if identified, and that the gathering place later shifted towards the boardwalk. The report notes that the name’s origin is uncertain and outlines the long-running Labor Day drag volleyball event. It also gives details of the scheduled unveiling and explains the marker’s social-history classification, supporting the article’s description of the marker’s purpose and the beach’s evolving history.</w:t>
      </w:r>
      <w:r/>
    </w:p>
    <w:p>
      <w:pPr>
        <w:pStyle w:val="ListNumber"/>
        <w:spacing w:line="240" w:lineRule="auto"/>
        <w:ind w:left="720"/>
      </w:pPr>
      <w:r/>
      <w:hyperlink r:id="rId14">
        <w:r>
          <w:rPr>
            <w:color w:val="0000EE"/>
            <w:u w:val="single"/>
          </w:rPr>
          <w:t>https://www.washingtonblade.com/2022/08/22/rehoboth-beach-drag-volleyball-tradition-ends/</w:t>
        </w:r>
      </w:hyperlink>
      <w:r>
        <w:t xml:space="preserve"> - This Washington Blade report documents the end of Rehoboth Beach’s Labor Day weekend drag volleyball tradition. It says the event drew thousands of spectators and describes its beginnings as casual pick-up games on Poodle Beach in 1988. The article recounts how the matches developed into themed performances by teams of players in drag, becoming a distinctive seasonal community event. It reports that organisers announced the tradition’s cancellation in 2022, after pandemic-related interruptions. This source supports the history and popularity of the volleyball game mentioned in the marker coverage, though it gives a different final-year context from the marker inscription’s 2019 date.</w:t>
      </w:r>
      <w:r/>
    </w:p>
    <w:p>
      <w:pPr>
        <w:pStyle w:val="ListNumber"/>
        <w:spacing w:line="240" w:lineRule="auto"/>
        <w:ind w:left="720"/>
      </w:pPr>
      <w:r/>
      <w:hyperlink r:id="rId11">
        <w:r>
          <w:rPr>
            <w:color w:val="0000EE"/>
            <w:u w:val="single"/>
          </w:rPr>
          <w:t>https://www.coasttv.com/news/rehoboth-beach-unveils-new-historic-marker-at-poodle-beach/article_66454924-c163-4b78-a519-bd8daa2ebfb8.html</w:t>
        </w:r>
      </w:hyperlink>
      <w:r>
        <w:t xml:space="preserve"> - CoastTV reports from the 29 October 2026 unveiling of the Poodle Beach historical marker in Rehoboth Beach. The story describes the marker as formal recognition of the beach’s importance to the LGBTQ+ community and includes local reaction to the public acknowledgement. It says the beach has drawn LGBTQ+ visitors seeking belonging and community, and notes that the marker will help preserve this history for future generations. The report provides independent local-news confirmation that the ceremony took place and supports the article’s central claim that Delaware’s recognition gives Poodle Beach’s community history a permanent public presence.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gay.com/poodle-beach-gets-a-historical-marker-celebrating-decades-of-lgbtq-community/" TargetMode="External"/><Relationship Id="rId10" Type="http://schemas.openxmlformats.org/officeDocument/2006/relationships/hyperlink" Target="https://www.rehobothbeachde.gov/Calendar.aspx?EID=798" TargetMode="External"/><Relationship Id="rId11" Type="http://schemas.openxmlformats.org/officeDocument/2006/relationships/hyperlink" Target="https://www.coasttv.com/news/rehoboth-beach-unveils-new-historic-marker-at-poodle-beach/article_66454924-c163-4b78-a519-bd8daa2ebfb8.html" TargetMode="External"/><Relationship Id="rId12" Type="http://schemas.openxmlformats.org/officeDocument/2006/relationships/hyperlink" Target="https://www.washingtonblade.com/2026/06/18/poodle-beach-rehoboth-delaware-honored-historical-marker/" TargetMode="External"/><Relationship Id="rId13" Type="http://schemas.openxmlformats.org/officeDocument/2006/relationships/hyperlink" Target="https://history.delaware.gov/lgbtq/louisa-carpenter/" TargetMode="External"/><Relationship Id="rId14" Type="http://schemas.openxmlformats.org/officeDocument/2006/relationships/hyperlink" Target="https://www.washingtonblade.com/2022/08/22/rehoboth-beach-drag-volleyball-tradition-ends/" TargetMode="External"/><Relationship Id="rId15" Type="http://schemas.openxmlformats.org/officeDocument/2006/relationships/hyperlink" Target="https://www.metroweekly.com/2026/10/rehoboth-poodle-beach-state-historical-mark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