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2026: Free Festival, Big Names, Funding Challenges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is marking its 40th anniversary with a free downtown festival from 5 to 8 November 2026, featuring three entertainment stages and a Sunday parade. The celebration brings together LGBTQ+ residents and visitors, but it arrives as organisers face a steep drop in corporate sponsorship and look for fresh ways to keep the event welcoming and accessible.</w:t>
      </w:r>
      <w:r/>
    </w:p>
    <w:p>
      <w:pPr>
        <w:pStyle w:val="Heading2"/>
      </w:pPr>
      <w:r>
        <w:t>Essential Takeaways</w:t>
      </w:r>
      <w:r/>
      <w:r/>
    </w:p>
    <w:p>
      <w:pPr>
        <w:pStyle w:val="ListBullet"/>
        <w:spacing w:line="240" w:lineRule="auto"/>
        <w:ind w:left="720"/>
      </w:pPr>
      <w:r/>
      <w:r>
        <w:rPr>
          <w:b/>
        </w:rPr>
        <w:t>Four days of celebration:</w:t>
      </w:r>
      <w:r>
        <w:t xml:space="preserve"> The main festival runs from Thursday 5 November to Sunday 8 November in downtown Palm Springs.</w:t>
      </w:r>
      <w:r/>
    </w:p>
    <w:p>
      <w:pPr>
        <w:pStyle w:val="ListBullet"/>
        <w:spacing w:line="240" w:lineRule="auto"/>
        <w:ind w:left="720"/>
      </w:pPr>
      <w:r/>
      <w:r>
        <w:rPr>
          <w:b/>
        </w:rPr>
        <w:t>Free to attend:</w:t>
      </w:r>
      <w:r>
        <w:t xml:space="preserve"> The organisation’s main festival activities are free, although some satellite events are ticketed.</w:t>
      </w:r>
      <w:r/>
    </w:p>
    <w:p>
      <w:pPr>
        <w:pStyle w:val="ListBullet"/>
        <w:spacing w:line="240" w:lineRule="auto"/>
        <w:ind w:left="720"/>
      </w:pPr>
      <w:r/>
      <w:r>
        <w:rPr>
          <w:b/>
        </w:rPr>
        <w:t>Three stages and a parade:</w:t>
      </w:r>
      <w:r>
        <w:t xml:space="preserve"> Aubrey O’Day and country group The Cowgays are among the announced performers; the parade starts at 10am on Sunday.</w:t>
      </w:r>
      <w:r/>
    </w:p>
    <w:p>
      <w:pPr>
        <w:pStyle w:val="ListBullet"/>
        <w:spacing w:line="240" w:lineRule="auto"/>
        <w:ind w:left="720"/>
      </w:pPr>
      <w:r/>
      <w:r>
        <w:rPr>
          <w:b/>
        </w:rPr>
        <w:t>A serious funding gap:</w:t>
      </w:r>
      <w:r>
        <w:t xml:space="preserve"> Organisers reported sponsorship losses of $240,000 in 2025 and a further $100,000 in 2026.</w:t>
      </w:r>
      <w:r/>
    </w:p>
    <w:p>
      <w:pPr>
        <w:pStyle w:val="ListBullet"/>
        <w:spacing w:line="240" w:lineRule="auto"/>
        <w:ind w:left="720"/>
      </w:pPr>
      <w:r/>
      <w:r>
        <w:rPr>
          <w:b/>
        </w:rPr>
        <w:t>Community support matters:</w:t>
      </w:r>
      <w:r>
        <w:t xml:space="preserve"> Local businesses and organisations have stepped up, while Pride is seeking more varied sources of funding.</w:t>
      </w:r>
      <w:r/>
      <w:r/>
    </w:p>
    <w:p>
      <w:pPr>
        <w:pStyle w:val="Heading2"/>
      </w:pPr>
      <w:r>
        <w:t>A 40th anniversary built around belonging</w:t>
      </w:r>
      <w:r/>
    </w:p>
    <w:p>
      <w:r/>
      <w:r>
        <w:t>Palm Springs Pride’s 2026 festival is set to bring colour, music and a message of inclusion to downtown Palm Springs. Its theme, “Be Included”, speaks to the event’s anniversary and to the importance of creating spaces where LGBTQ+ people feel welcome.</w:t>
      </w:r>
      <w:r/>
    </w:p>
    <w:p>
      <w:r/>
      <w:r>
        <w:t xml:space="preserve">The four-day gathering runs from 5 to 8 November, with the main festival and activities free to attend. Some satellite events elsewhere over the weekend will require tickets, so it’s worth checking the details before making plans. The festival’s programme is spread across three downtown stages. (According to the official Palm Springs Pride event announcement and Visit Greater Palm Springs.) </w:t>
      </w:r>
      <w:hyperlink r:id="rId9">
        <w:r>
          <w:rPr>
            <w:color w:val="0000EE"/>
            <w:u w:val="single"/>
          </w:rPr>
          <w:t>[3]</w:t>
        </w:r>
      </w:hyperlink>
      <w:hyperlink r:id="rId10">
        <w:r>
          <w:rPr>
            <w:color w:val="0000EE"/>
            <w:u w:val="single"/>
          </w:rPr>
          <w:t>[6]</w:t>
        </w:r>
      </w:hyperlink>
      <w:r/>
    </w:p>
    <w:p>
      <w:pPr>
        <w:pStyle w:val="Heading2"/>
      </w:pPr>
      <w:r>
        <w:t>What’s on the festival programme?</w:t>
      </w:r>
      <w:r/>
    </w:p>
    <w:p>
      <w:r/>
      <w:r>
        <w:t xml:space="preserve">Recording artist and television personality Aubrey O’Day and country group The Cowgays are among the headline performers announced for the festival. The parade is scheduled to set off at 10am on Sunday 8 November, giving visitors a clear focal point for the weekend’s festivities. </w:t>
      </w:r>
      <w:hyperlink r:id="rId9">
        <w:r>
          <w:rPr>
            <w:color w:val="0000EE"/>
            <w:u w:val="single"/>
          </w:rPr>
          <w:t>[3]</w:t>
        </w:r>
      </w:hyperlink>
      <w:hyperlink r:id="rId10">
        <w:r>
          <w:rPr>
            <w:color w:val="0000EE"/>
            <w:u w:val="single"/>
          </w:rPr>
          <w:t>[6]</w:t>
        </w:r>
      </w:hyperlink>
      <w:r/>
    </w:p>
    <w:p>
      <w:r/>
      <w:r>
        <w:t xml:space="preserve">There’s more to the event than its main stage. Palm Springs Pride has highlighted spaces for children and families, young adults, older visitors and people in recovery, reflecting an effort to make the festival feel inviting to different generations and communities. </w:t>
      </w:r>
      <w:hyperlink r:id="rId10">
        <w:r>
          <w:rPr>
            <w:color w:val="0000EE"/>
            <w:u w:val="single"/>
          </w:rPr>
          <w:t>[6]</w:t>
        </w:r>
      </w:hyperlink>
      <w:hyperlink r:id="rId11">
        <w:r>
          <w:rPr>
            <w:color w:val="0000EE"/>
            <w:u w:val="single"/>
          </w:rPr>
          <w:t>[7]</w:t>
        </w:r>
      </w:hyperlink>
      <w:r/>
    </w:p>
    <w:p>
      <w:pPr>
        <w:pStyle w:val="Heading2"/>
      </w:pPr>
      <w:r>
        <w:t>Funding is tight, but local backing is growing</w:t>
      </w:r>
      <w:r/>
    </w:p>
    <w:p>
      <w:r/>
      <w:r>
        <w:t xml:space="preserve">The anniversary celebration comes at a difficult moment financially. Executive director Jasmine Sullivan-Waits told the Coachella Valley Independent that the organisation was short by $240,000 in 2025 and faced a further $100,000 gap in 2026, making it harder to deliver the scale of programme visitors have come to expect. </w:t>
      </w:r>
      <w:hyperlink r:id="rId12">
        <w:r>
          <w:rPr>
            <w:color w:val="0000EE"/>
            <w:u w:val="single"/>
          </w:rPr>
          <w:t>[4]</w:t>
        </w:r>
      </w:hyperlink>
      <w:r/>
    </w:p>
    <w:p>
      <w:r/>
      <w:r>
        <w:t xml:space="preserve">Local support has helped ease the pressure. KESQ reported that community groups and businesses increased their backing, while the Coachella Valley Independent highlighted extra support from P.S. Resorts and a fundraiser involving businesses on Arenas Road. Those contributions matter beyond one weekend: Pride brings visitors to Palm Springs and helps reinforce the city’s reputation as a welcoming destination. </w:t>
      </w:r>
      <w:hyperlink r:id="rId12">
        <w:r>
          <w:rPr>
            <w:color w:val="0000EE"/>
            <w:u w:val="single"/>
          </w:rPr>
          <w:t>[4]</w:t>
        </w:r>
      </w:hyperlink>
      <w:r/>
    </w:p>
    <w:p>
      <w:pPr>
        <w:pStyle w:val="Heading2"/>
      </w:pPr>
      <w:r>
        <w:t>A new director with deep local experience</w:t>
      </w:r>
      <w:r/>
    </w:p>
    <w:p>
      <w:r/>
      <w:r>
        <w:t xml:space="preserve">Sullivan-Waits became executive director on 1 September 2025 after two decades working as Palm Springs’ special events coordinator. That experience gives her a practical understanding of what it takes to run large public events, while her transition into Pride leadership has also involved learning from the organisation’s established team. </w:t>
      </w:r>
      <w:hyperlink r:id="rId13">
        <w:r>
          <w:rPr>
            <w:color w:val="0000EE"/>
            <w:u w:val="single"/>
          </w:rPr>
          <w:t>[5]</w:t>
        </w:r>
      </w:hyperlink>
      <w:hyperlink r:id="rId11">
        <w:r>
          <w:rPr>
            <w:color w:val="0000EE"/>
            <w:u w:val="single"/>
          </w:rPr>
          <w:t>[7]</w:t>
        </w:r>
      </w:hyperlink>
      <w:r/>
    </w:p>
    <w:p>
      <w:r/>
      <w:r>
        <w:t xml:space="preserve">The funding challenge isn’t unique to Palm Springs. Organisers are looking to diversify revenue rather than rely so heavily on corporate sponsorship, while continuing year-round community work alongside the annual festival. For visitors, the free main programme remains a useful reminder that a major city celebration needn’t come with a costly entry ticket. </w:t>
      </w:r>
      <w:hyperlink r:id="rId12">
        <w:r>
          <w:rPr>
            <w:color w:val="0000EE"/>
            <w:u w:val="single"/>
          </w:rPr>
          <w:t>[4]</w:t>
        </w:r>
      </w:hyperlink>
      <w:hyperlink r:id="rId11">
        <w:r>
          <w:rPr>
            <w:color w:val="0000EE"/>
            <w:u w:val="single"/>
          </w:rPr>
          <w:t>[7]</w:t>
        </w:r>
      </w:hyperlink>
      <w:r/>
    </w:p>
    <w:p>
      <w:pPr>
        <w:pStyle w:val="Heading2"/>
      </w:pPr>
      <w:r>
        <w:t>Planning a visit? Check the details before you go</w:t>
      </w:r>
      <w:r/>
    </w:p>
    <w:p>
      <w:r/>
      <w:r>
        <w:t xml:space="preserve">If you’re heading to Palm Springs, check the festival and tourism listings for programme updates, venue information and any ticketed satellite events. The parade is scheduled for Sunday morning, so arriving early may make it easier to find a viewing spot and get around downtown. </w:t>
      </w:r>
      <w:hyperlink r:id="rId9">
        <w:r>
          <w:rPr>
            <w:color w:val="0000EE"/>
            <w:u w:val="single"/>
          </w:rPr>
          <w:t>[3]</w:t>
        </w:r>
      </w:hyperlink>
      <w:hyperlink r:id="rId10">
        <w:r>
          <w:rPr>
            <w:color w:val="0000EE"/>
            <w:u w:val="single"/>
          </w:rPr>
          <w:t>[6]</w:t>
        </w:r>
      </w:hyperlink>
      <w:r/>
    </w:p>
    <w:p>
      <w:r/>
      <w:r>
        <w:t xml:space="preserve">It’s also worth keeping the festival’s different community areas in mind if you’re visiting with family or friends who’d prefer a quieter or more tailored experience. The organisers’ aim is to make Pride feel open to a wide range of people, not just those drawn to the busiest stages. </w:t>
      </w:r>
      <w:hyperlink r:id="rId10">
        <w:r>
          <w:rPr>
            <w:color w:val="0000EE"/>
            <w:u w:val="single"/>
          </w:rPr>
          <w:t>[6]</w:t>
        </w:r>
      </w:hyperlink>
      <w:hyperlink r:id="rId11">
        <w:r>
          <w:rPr>
            <w:color w:val="0000EE"/>
            <w:u w:val="single"/>
          </w:rPr>
          <w:t>[7]</w:t>
        </w:r>
      </w:hyperlink>
      <w:r/>
    </w:p>
    <w:p>
      <w:r/>
      <w:r>
        <w:t xml:space="preserve">Palm Springs Pride’s 40th anniversary is a celebration, but also a test of how community support can help keep a welcoming tradition going. For visitors, the free festival offers a lively way to be part of it. </w:t>
      </w:r>
      <w:hyperlink r:id="rId12">
        <w:r>
          <w:rPr>
            <w:color w:val="0000EE"/>
            <w:u w:val="single"/>
          </w:rPr>
          <w:t>[4]</w:t>
        </w:r>
      </w:hyperlink>
      <w:hyperlink r:id="rId10">
        <w:r>
          <w:rPr>
            <w:color w:val="0000EE"/>
            <w:u w:val="single"/>
          </w:rPr>
          <w:t>[6]</w:t>
        </w:r>
      </w:hyperlink>
      <w:r/>
    </w:p>
    <w:p>
      <w:r/>
      <w:r>
        <w:t>Check the official programme before you travel, and make time for the celebration that suits you.</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[6]</w:t>
        </w:r>
      </w:hyperlink>
      <w:r>
        <w:t xml:space="preserve">- Paragraph 2: </w:t>
      </w:r>
      <w:hyperlink r:id="rId9">
        <w:r>
          <w:rPr>
            <w:color w:val="0000EE"/>
            <w:u w:val="single"/>
          </w:rPr>
          <w:t>[3]</w:t>
        </w:r>
      </w:hyperlink>
      <w:r>
        <w:t xml:space="preserve">, </w:t>
      </w:r>
      <w:hyperlink r:id="rId10">
        <w:r>
          <w:rPr>
            <w:color w:val="0000EE"/>
            <w:u w:val="single"/>
          </w:rPr>
          <w:t>[6]</w:t>
        </w:r>
      </w:hyperlink>
      <w:r>
        <w:t xml:space="preserve">- Paragraph 3: </w:t>
      </w:r>
      <w:hyperlink r:id="rId9">
        <w:r>
          <w:rPr>
            <w:color w:val="0000EE"/>
            <w:u w:val="single"/>
          </w:rPr>
          <w:t>[3]</w:t>
        </w:r>
      </w:hyperlink>
      <w:r>
        <w:t xml:space="preserve">, </w:t>
      </w:r>
      <w:hyperlink r:id="rId10">
        <w:r>
          <w:rPr>
            <w:color w:val="0000EE"/>
            <w:u w:val="single"/>
          </w:rPr>
          <w:t>[6]</w:t>
        </w:r>
      </w:hyperlink>
      <w:r>
        <w:t xml:space="preserve">- Paragraph 4: </w:t>
      </w:r>
      <w:hyperlink r:id="rId10">
        <w:r>
          <w:rPr>
            <w:color w:val="0000EE"/>
            <w:u w:val="single"/>
          </w:rPr>
          <w:t>[6]</w:t>
        </w:r>
      </w:hyperlink>
      <w:r>
        <w:t xml:space="preserve">, </w:t>
      </w:r>
      <w:hyperlink r:id="rId11">
        <w:r>
          <w:rPr>
            <w:color w:val="0000EE"/>
            <w:u w:val="single"/>
          </w:rPr>
          <w:t>[7]</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2">
        <w:r>
          <w:rPr>
            <w:color w:val="0000EE"/>
            <w:u w:val="single"/>
          </w:rPr>
          <w:t>[4]</w:t>
        </w:r>
      </w:hyperlink>
      <w:r>
        <w:t xml:space="preserve">- Paragraph 8: </w:t>
      </w:r>
      <w:hyperlink r:id="rId13">
        <w:r>
          <w:rPr>
            <w:color w:val="0000EE"/>
            <w:u w:val="single"/>
          </w:rPr>
          <w:t>[5]</w:t>
        </w:r>
      </w:hyperlink>
      <w:r>
        <w:t xml:space="preserve">, </w:t>
      </w:r>
      <w:hyperlink r:id="rId11">
        <w:r>
          <w:rPr>
            <w:color w:val="0000EE"/>
            <w:u w:val="single"/>
          </w:rPr>
          <w:t>[7]</w:t>
        </w:r>
      </w:hyperlink>
      <w:r>
        <w:t xml:space="preserve">- Paragraph 9: </w:t>
      </w:r>
      <w:hyperlink r:id="rId12">
        <w:r>
          <w:rPr>
            <w:color w:val="0000EE"/>
            <w:u w:val="single"/>
          </w:rPr>
          <w:t>[4]</w:t>
        </w:r>
      </w:hyperlink>
      <w:r>
        <w:t xml:space="preserve">, </w:t>
      </w:r>
      <w:hyperlink r:id="rId11">
        <w:r>
          <w:rPr>
            <w:color w:val="0000EE"/>
            <w:u w:val="single"/>
          </w:rPr>
          <w:t>[7]</w:t>
        </w:r>
      </w:hyperlink>
      <w:r>
        <w:t xml:space="preserve">- Paragraph 10: </w:t>
      </w:r>
      <w:hyperlink r:id="rId9">
        <w:r>
          <w:rPr>
            <w:color w:val="0000EE"/>
            <w:u w:val="single"/>
          </w:rPr>
          <w:t>[3]</w:t>
        </w:r>
      </w:hyperlink>
      <w:r>
        <w:t xml:space="preserve">, </w:t>
      </w:r>
      <w:hyperlink r:id="rId10">
        <w:r>
          <w:rPr>
            <w:color w:val="0000EE"/>
            <w:u w:val="single"/>
          </w:rPr>
          <w:t>[6]</w:t>
        </w:r>
      </w:hyperlink>
      <w:r>
        <w:t xml:space="preserve">- Paragraph 11: </w:t>
      </w:r>
      <w:hyperlink r:id="rId10">
        <w:r>
          <w:rPr>
            <w:color w:val="0000EE"/>
            <w:u w:val="single"/>
          </w:rPr>
          <w:t>[6]</w:t>
        </w:r>
      </w:hyperlink>
      <w:r>
        <w:t xml:space="preserve">, </w:t>
      </w:r>
      <w:hyperlink r:id="rId11">
        <w:r>
          <w:rPr>
            <w:color w:val="0000EE"/>
            <w:u w:val="single"/>
          </w:rPr>
          <w:t>[7]</w:t>
        </w:r>
      </w:hyperlink>
      <w:r>
        <w:t xml:space="preserve">- Paragraph 12: </w:t>
      </w:r>
      <w:hyperlink r:id="rId12">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https://cvindependent.com/2026/11/forty-years-of-palm-springs-pride-executive-director-jasmine-sullivan-waits-promises-that-despite-financial-struggles-pride-will-always-find-a-way/</w:t>
        </w:r>
      </w:hyperlink>
      <w:r>
        <w:t xml:space="preserve"> - Please view link - unable to able to access data</w:t>
      </w:r>
      <w:r/>
    </w:p>
    <w:p>
      <w:pPr>
        <w:pStyle w:val="ListNumber"/>
        <w:spacing w:line="240" w:lineRule="auto"/>
        <w:ind w:left="720"/>
      </w:pPr>
      <w:r/>
      <w:hyperlink r:id="rId15">
        <w:r>
          <w:rPr>
            <w:color w:val="0000EE"/>
            <w:u w:val="single"/>
          </w:rPr>
          <w:t>https://palmspringspreferredsmallhotels.com/events/a-november-filled-with-food-and-pride/</w:t>
        </w:r>
      </w:hyperlink>
      <w:r>
        <w:t xml:space="preserve"> - This Palm Springs November events guide outlines Greater Palm Springs Pride’s 2026 programme. It says the celebration begins with a street party on Arenas Road on 5 November and continues through the weekend. The Cowgays and Aubrey O’Day are named as performers, and the 40th annual parade is scheduled for 10 a.m. on 8 November. The guide confirms “Be Included” as the theme and lists the grand marshals. It also mentions related Pride-season performances and events later in November. The article places Pride among the month’s wider food, wine and cultural activities in Palm Springs, helping readers understand the event’s dates and public-facing highlights.</w:t>
      </w:r>
      <w:r/>
    </w:p>
    <w:p>
      <w:pPr>
        <w:pStyle w:val="ListNumber"/>
        <w:spacing w:line="240" w:lineRule="auto"/>
        <w:ind w:left="720"/>
      </w:pPr>
      <w:r/>
      <w:hyperlink r:id="rId9">
        <w:r>
          <w:rPr>
            <w:color w:val="0000EE"/>
            <w:u w:val="single"/>
          </w:rPr>
          <w:t>https://www.pspride.org/post/aubrey-o-day-and-the-cowgays-to-headline-2026-palm-springs-pride-festival</w:t>
        </w:r>
      </w:hyperlink>
      <w:r>
        <w:t xml:space="preserve"> - Greater Palm Springs Pride’s announcement names Aubrey O’Day and country trio The Cowgays as headliners for its 40th anniversary festival. It describes a three-stage programme of live music, drag, DJs and special performances in downtown Palm Springs and the Arenas District. The article explains that “Be Included” is the 2026 theme, and says the festival is free and open to all. It gives the celebration’s dates as 6–8 November and states that the parade starts at 10 a.m. on Sunday, 8 November. The announcement also discusses the performers’ backgrounds, the event’s community purpose and the sponsors supporting the celebration.</w:t>
      </w:r>
      <w:r/>
    </w:p>
    <w:p>
      <w:pPr>
        <w:pStyle w:val="ListNumber"/>
        <w:spacing w:line="240" w:lineRule="auto"/>
        <w:ind w:left="720"/>
      </w:pPr>
      <w:r/>
      <w:hyperlink r:id="rId12">
        <w:r>
          <w:rPr>
            <w:color w:val="0000EE"/>
            <w:u w:val="single"/>
          </w:rPr>
          <w:t>https://kesq.com/news/2026/09/28/sponsorship-challenges-for-palm-springs-pride-local-groups-boost-contributions/</w:t>
        </w:r>
      </w:hyperlink>
      <w:r>
        <w:t xml:space="preserve"> - KESQ reports that Greater Palm Springs Pride faced substantial sponsorship shortfalls ahead of its 2026 celebration, although the projected gap was smaller than the previous year’s. Executive Director Jasmine Sullivan-Waits said the organisation had recorded roughly $240,000 in sponsorship-related shortfalls in 2025 and expected a further shortfall approaching $100,000 in 2026. The report says PS Resorts more than doubled its contribution, while organisers linked wider Pride funding pressures to reduced corporate sponsorship, political polarisation and changing diversity, equity and inclusion policies. It also notes that organisers expected attendance to grow and describes Pride’s economic importance to Palm Springs businesses, hotels and restaurants.</w:t>
      </w:r>
      <w:r/>
    </w:p>
    <w:p>
      <w:pPr>
        <w:pStyle w:val="ListNumber"/>
        <w:spacing w:line="240" w:lineRule="auto"/>
        <w:ind w:left="720"/>
      </w:pPr>
      <w:r/>
      <w:hyperlink r:id="rId13">
        <w:r>
          <w:rPr>
            <w:color w:val="0000EE"/>
            <w:u w:val="single"/>
          </w:rPr>
          <w:t>https://kesq.com/news/2025/08/19/jasmine-sullivan-waits-appointed-executive-director-of-palm-springs-pride/</w:t>
        </w:r>
      </w:hyperlink>
      <w:r>
        <w:t xml:space="preserve"> - This KESQ report announces Jasmine Sullivan-Waits’s appointment as Palm Springs Pride’s executive director, effective 1 September 2025. It describes her as an Indio native with a long history of working with Pride and reports that she helped move events to downtown Palm Springs in 2014. The article also summarises her nearly two decades of work with the City of Palm Springs, where she oversaw community programmes and major events. Pride President and CEO Ron deHarte welcomed the appointment and highlighted her public-service experience. The report provides background for Sullivan-Waits’s leadership role and her relationship with the organisation before the 2026 anniversary celebration.</w:t>
      </w:r>
      <w:r/>
    </w:p>
    <w:p>
      <w:pPr>
        <w:pStyle w:val="ListNumber"/>
        <w:spacing w:line="240" w:lineRule="auto"/>
        <w:ind w:left="720"/>
      </w:pPr>
      <w:r/>
      <w:hyperlink r:id="rId10">
        <w:r>
          <w:rPr>
            <w:color w:val="0000EE"/>
            <w:u w:val="single"/>
          </w:rPr>
          <w:t>https://www.visitgreaterpalmsprings.com/events/events-and-festivals/greater-palm-springs-lgbtq-pride/</w:t>
        </w:r>
      </w:hyperlink>
      <w:r>
        <w:t xml:space="preserve"> - Visit Greater Palm Springs provides an event guide and frequently asked questions about the Pride celebration. It lists the main festival dates as 6–8 November 2026 and says admission to the festival and parade is free. The guide describes Pride’s history, tracing its beginnings to 1986, and gives information about the parade route, stages and expected attendance. It also confirms that the event is family-friendly, with dedicated spaces and facilities for children, teenagers and young adults. This makes the page useful for checking practical details and supporting the article’s claims about Pride’s anniversary, accessibility, parade arrangements and inclusive activities for different age groups.</w:t>
      </w:r>
      <w:r/>
    </w:p>
    <w:p>
      <w:pPr>
        <w:pStyle w:val="ListNumber"/>
        <w:spacing w:line="240" w:lineRule="auto"/>
        <w:ind w:left="720"/>
      </w:pPr>
      <w:r/>
      <w:hyperlink r:id="rId11">
        <w:r>
          <w:rPr>
            <w:color w:val="0000EE"/>
            <w:u w:val="single"/>
          </w:rPr>
          <w:t>https://www.pspride.org/our-team</w:t>
        </w:r>
      </w:hyperlink>
      <w:r>
        <w:t xml:space="preserve"> - Greater Palm Springs Pride’s official team page identifies Jasmine Sullivan Waits as executive director and Ron deHarte as the organisation’s president and chief executive. It describes the board’s governance responsibilities, the role of Pride Committee members in managing programmes, and the importance of fundraising and community representation. The page also explains that volunteers help deliver the festival and parade, with committees responsible for planning and implementation. It identifies Pride as a nonprofit community organisation and outlines its commitment to celebrating diversity and supporting LGBTQ communities locally and globally. This primary source verifies the current leadership names and provides context about the organisation’s structure and year-round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pride.org/post/aubrey-o-day-and-the-cowgays-to-headline-2026-palm-springs-pride-festival" TargetMode="External"/><Relationship Id="rId10" Type="http://schemas.openxmlformats.org/officeDocument/2006/relationships/hyperlink" Target="https://www.visitgreaterpalmsprings.com/events/events-and-festivals/greater-palm-springs-lgbtq-pride/" TargetMode="External"/><Relationship Id="rId11" Type="http://schemas.openxmlformats.org/officeDocument/2006/relationships/hyperlink" Target="https://www.pspride.org/our-team" TargetMode="External"/><Relationship Id="rId12" Type="http://schemas.openxmlformats.org/officeDocument/2006/relationships/hyperlink" Target="https://kesq.com/news/2026/09/28/sponsorship-challenges-for-palm-springs-pride-local-groups-boost-contributions/" TargetMode="External"/><Relationship Id="rId13" Type="http://schemas.openxmlformats.org/officeDocument/2006/relationships/hyperlink" Target="https://kesq.com/news/2025/08/19/jasmine-sullivan-waits-appointed-executive-director-of-palm-springs-pride/" TargetMode="External"/><Relationship Id="rId14" Type="http://schemas.openxmlformats.org/officeDocument/2006/relationships/hyperlink" Target="https://cvindependent.com/2026/11/forty-years-of-palm-springs-pride-executive-director-jasmine-sullivan-waits-promises-that-despite-financial-struggles-pride-will-always-find-a-way/" TargetMode="External"/><Relationship Id="rId15" Type="http://schemas.openxmlformats.org/officeDocument/2006/relationships/hyperlink" Target="https://palmspringspreferredsmallhotels.com/events/a-november-filled-with-food-and-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