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Pabllo Vittar honoured in Belo Horizonte for LGBTQIA+ advocacy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Pabllo Vittar’s Halloween show in Belo Horizonte brought more than a night of music: the singer was also recognised for her artistic career and contribution to LGBTQIA+ visibility. The tribute, presented by state deputy Andréia de Jesus, celebrates the power of pop culture to put representation and human rights in the spotlight.</w:t>
      </w:r>
      <w:r/>
    </w:p>
    <w:p>
      <w:pPr>
        <w:pStyle w:val="Heading2"/>
      </w:pPr>
      <w:r>
        <w:t>Key takeaways</w:t>
      </w:r>
      <w:r/>
      <w:r/>
    </w:p>
    <w:p>
      <w:pPr>
        <w:pStyle w:val="ListBullet"/>
        <w:spacing w:line="240" w:lineRule="auto"/>
        <w:ind w:left="720"/>
      </w:pPr>
      <w:r/>
      <w:r>
        <w:rPr>
          <w:b/>
        </w:rPr>
        <w:t>A symbolic tribute:</w:t>
      </w:r>
      <w:r>
        <w:t xml:space="preserve"> Andréia de Jesus presented Pabllo with a recognition following a proposal approved by the Minas Gerais Legislative Assembly’s Human Rights Committee.</w:t>
      </w:r>
      <w:r/>
    </w:p>
    <w:p>
      <w:pPr>
        <w:pStyle w:val="ListBullet"/>
        <w:spacing w:line="240" w:lineRule="auto"/>
        <w:ind w:left="720"/>
      </w:pPr>
      <w:r/>
      <w:r>
        <w:rPr>
          <w:b/>
        </w:rPr>
        <w:t>Not yet a final Assembly decision:</w:t>
      </w:r>
      <w:r>
        <w:t xml:space="preserve"> The proposal still needs consideration by the full plenary.</w:t>
      </w:r>
      <w:r/>
    </w:p>
    <w:p>
      <w:pPr>
        <w:pStyle w:val="ListBullet"/>
        <w:spacing w:line="240" w:lineRule="auto"/>
        <w:ind w:left="720"/>
      </w:pPr>
      <w:r/>
      <w:r>
        <w:rPr>
          <w:b/>
        </w:rPr>
        <w:t>A night in Belo Horizonte:</w:t>
      </w:r>
      <w:r>
        <w:t xml:space="preserve"> Pabllo was in the city for her Halloween tour show on 31 October.</w:t>
      </w:r>
      <w:r/>
    </w:p>
    <w:p>
      <w:pPr>
        <w:pStyle w:val="ListBullet"/>
        <w:spacing w:line="240" w:lineRule="auto"/>
        <w:ind w:left="720"/>
      </w:pPr>
      <w:r/>
      <w:r>
        <w:rPr>
          <w:b/>
        </w:rPr>
        <w:t>Representation matters:</w:t>
      </w:r>
      <w:r>
        <w:t xml:space="preserve"> The tribute recognised her influence among LGBTQIA+ people and her commitment to making their causes more visible.</w:t>
      </w:r>
      <w:r/>
      <w:r/>
    </w:p>
    <w:p>
      <w:pPr>
        <w:pStyle w:val="Heading2"/>
      </w:pPr>
      <w:r>
        <w:t>A Halloween show came with a meaningful moment</w:t>
      </w:r>
      <w:r/>
    </w:p>
    <w:p>
      <w:r/>
      <w:r>
        <w:t>Pabllo Vittar’s visit to Belo Horizonte had a celebratory twist. During her Halloween tour stop, the singer met Andréia de Jesus, who presented her with a symbolic tribute recognising both her artistic journey and her contribution to LGBTQIA+ visibility.</w:t>
      </w:r>
      <w:r/>
    </w:p>
    <w:p>
      <w:r/>
      <w:r>
        <w:t>The recognition followed a congratulatory proposal put forward by the state deputy and approved by the Human Rights Committee of the Minas Gerais Legislative Assembly. It’s an important distinction, though: the proposal still requires consideration by the full plenary, so the presentation wasn’t the final stage of the process.</w:t>
      </w:r>
      <w:r/>
    </w:p>
    <w:p>
      <w:pPr>
        <w:pStyle w:val="Heading2"/>
      </w:pPr>
      <w:r>
        <w:t>Why Pabllo’s visibility matters</w:t>
      </w:r>
      <w:r/>
    </w:p>
    <w:p>
      <w:r/>
      <w:r>
        <w:t>For Andréia de Jesus, Pabllo’s public profile reaches beyond the stage. The deputy highlighted the singer’s significance to a generation of LGBTQIA+ people and the value of using a prominent voice to support democracy and human rights.</w:t>
      </w:r>
      <w:r/>
    </w:p>
    <w:p>
      <w:r/>
      <w:r>
        <w:t>That connection between culture and advocacy is part of what gives the tribute its weight. Pop can be playful, extravagant and full of spectacle, but it can also help people feel seen and bring conversations about equality into everyday life.</w:t>
      </w:r>
      <w:r/>
    </w:p>
    <w:p>
      <w:pPr>
        <w:pStyle w:val="Heading2"/>
      </w:pPr>
      <w:r>
        <w:t>Belo Horizonte welcomed the Halloween tour</w:t>
      </w:r>
      <w:r/>
    </w:p>
    <w:p>
      <w:r/>
      <w:r>
        <w:t>The tribute took place during Pabllo’s Halloween show in the city, turning an already lively night into a meeting of music and recognition. The event was promoted as part of her Halloween tour, with listings naming Belo Horizonte as a stop on 31 October.</w:t>
      </w:r>
      <w:r/>
    </w:p>
    <w:p>
      <w:r/>
      <w:r>
        <w:t>A costume-filled concert might seem an unexpected setting for a formal honour, but the contrast feels fitting. Visibility is built in public, shared moments, and sometimes a pop show is exactly where a message can reach people.</w:t>
      </w:r>
      <w:r/>
    </w:p>
    <w:p>
      <w:pPr>
        <w:pStyle w:val="Heading2"/>
      </w:pPr>
      <w:r>
        <w:t>Pabllo says she’ll keep using her voice</w:t>
      </w:r>
      <w:r/>
    </w:p>
    <w:p>
      <w:r/>
      <w:r>
        <w:t>Pabllo thanked the deputy for the recognition and said she felt honoured that her art inspires others. She also reaffirmed her intention to keep using her voice to draw attention to LGBTQIA+ issues.</w:t>
      </w:r>
      <w:r/>
    </w:p>
    <w:p>
      <w:r/>
      <w:r>
        <w:t>The moment was shared by Andréia de Jesus on social media. Beyond the photographs and applause, the exchange offers a reminder that representation isn’t a one-off gesture; it grows through artists, audiences and public figures continuing to make space for these stories.</w:t>
      </w:r>
      <w:r/>
    </w:p>
    <w:p>
      <w:r/>
      <w:r>
        <w:t>A tribute can be symbolic, but the conversations it brings into view are real.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[5]</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12">
        <w:r>
          <w:rPr>
            <w:color w:val="0000EE"/>
            <w:u w:val="single"/>
          </w:rPr>
          <w:t>[3]</w:t>
        </w:r>
      </w:hyperlink>
      <w:r>
        <w:t xml:space="preserve">- Paragraph 5: </w:t>
      </w:r>
      <w:hyperlink r:id="rId12">
        <w:r>
          <w:rPr>
            <w:color w:val="0000EE"/>
            <w:u w:val="single"/>
          </w:rPr>
          <w:t>[3]</w:t>
        </w:r>
      </w:hyperlink>
      <w:r>
        <w:t xml:space="preserve">- Paragraph 6: </w:t>
      </w:r>
      <w:hyperlink r:id="rId10">
        <w:r>
          <w:rPr>
            <w:color w:val="0000EE"/>
            <w:u w:val="single"/>
          </w:rPr>
          <w:t>[4]</w:t>
        </w:r>
      </w:hyperlink>
      <w:r>
        <w:t xml:space="preserve">, </w:t>
      </w:r>
      <w:hyperlink r:id="rId13">
        <w:r>
          <w:rPr>
            <w:color w:val="0000EE"/>
            <w:u w:val="single"/>
          </w:rPr>
          <w:t>[6]</w:t>
        </w:r>
      </w:hyperlink>
      <w:r>
        <w:t xml:space="preserve">, </w:t>
      </w:r>
      <w:hyperlink r:id="rId14">
        <w:r>
          <w:rPr>
            <w:color w:val="0000EE"/>
            <w:u w:val="single"/>
          </w:rPr>
          <w:t>[7]</w:t>
        </w:r>
      </w:hyperlink>
      <w:r>
        <w:t xml:space="preserve">- Paragraph 7: </w:t>
      </w:r>
      <w:hyperlink r:id="rId10">
        <w:r>
          <w:rPr>
            <w:color w:val="0000EE"/>
            <w:u w:val="single"/>
          </w:rPr>
          <w:t>[4]</w:t>
        </w:r>
      </w:hyperlink>
      <w:r>
        <w:t xml:space="preserve">, </w:t>
      </w:r>
      <w:hyperlink r:id="rId11">
        <w:r>
          <w:rPr>
            <w:color w:val="0000EE"/>
            <w:u w:val="single"/>
          </w:rPr>
          <w:t>[5]</w:t>
        </w:r>
      </w:hyperlink>
      <w:r>
        <w:t xml:space="preserve">- Paragraph 8: </w:t>
      </w:r>
      <w:hyperlink r:id="rId9">
        <w:r>
          <w:rPr>
            <w:color w:val="0000EE"/>
            <w:u w:val="single"/>
          </w:rPr>
          <w:t>[2]</w:t>
        </w:r>
      </w:hyperlink>
      <w:r>
        <w:t xml:space="preserve">- Paragraph 9: </w:t>
      </w:r>
      <w:hyperlink r:id="rId9">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https://www.em.com.br/diversidade/2026/11/7532212-pabllo-vittar-e-homenageada-pela-deputada-andreia-de-jesus-em-bh.html</w:t>
        </w:r>
      </w:hyperlink>
      <w:r>
        <w:t xml:space="preserve"> - Please view link - unable to able to access data</w:t>
      </w:r>
      <w:r/>
    </w:p>
    <w:p>
      <w:pPr>
        <w:pStyle w:val="ListNumber"/>
        <w:spacing w:line="240" w:lineRule="auto"/>
        <w:ind w:left="720"/>
      </w:pPr>
      <w:r/>
      <w:hyperlink r:id="rId9">
        <w:r>
          <w:rPr>
            <w:color w:val="0000EE"/>
            <w:u w:val="single"/>
          </w:rPr>
          <w:t>https://www.em.com.br/diversidade/2026/11/7532212-pabllo-vittar-e-homenageada-pela-deputada-andreia-de-jesus-em-bh.html</w:t>
        </w:r>
      </w:hyperlink>
      <w:r>
        <w:t xml:space="preserve"> - The report says singer Pabllo Vittar received a symbolic tribute from Minas Gerais state deputy Andréia de Jesus in Belo Horizonte on Saturday, 31 October 2026. The recognition celebrates Vittar’s artistic career and her contribution to visibility for LGBTQIA+ rights. The deputy met the singer while she was in the city for her Halloween da Pabllo tour. The article explains that the tribute followed a motion of congratulation proposed by Andréia and approved by the Legislative Assembly’s Human Rights Committee, although it still required consideration by the full chamber. Both women emphasised representation, human rights and the singer’s continuing support for LGBTQIA+ causes.</w:t>
      </w:r>
      <w:r/>
    </w:p>
    <w:p>
      <w:pPr>
        <w:pStyle w:val="ListNumber"/>
        <w:spacing w:line="240" w:lineRule="auto"/>
        <w:ind w:left="720"/>
      </w:pPr>
      <w:r/>
      <w:hyperlink r:id="rId12">
        <w:r>
          <w:rPr>
            <w:color w:val="0000EE"/>
            <w:u w:val="single"/>
          </w:rPr>
          <w:t>https://midianinja.org/opiniao/pabllo-vittar-artista-que-inspira-arte-que-representa-e-uma-voz-que-denuncia/</w:t>
        </w:r>
      </w:hyperlink>
      <w:r>
        <w:t xml:space="preserve"> - In this opinion essay, communicator Iuri Guilherme Santos Leite reflects on Pabllo Vittar’s artistic influence, political voice and importance to LGBTQIA+ representation. He describes how her visibility has helped people find role models and discusses her public support for democracy and LGBTQIA+ rights. The writer also recounts personal and political aspects of the singer’s trajectory, presenting her art as a form of resistance and social transformation. Regarding the tribute reported in Belo Horizonte, Leite says he worked with state deputy Andréia de Jesus on securing approval for a recognition in the Legislative Assembly’s Human Rights Committee, honouring Vittar’s cultural contribution and advocacy for marginalised causes.</w:t>
      </w:r>
      <w:r/>
    </w:p>
    <w:p>
      <w:pPr>
        <w:pStyle w:val="ListNumber"/>
        <w:spacing w:line="240" w:lineRule="auto"/>
        <w:ind w:left="720"/>
      </w:pPr>
      <w:r/>
      <w:hyperlink r:id="rId10">
        <w:r>
          <w:rPr>
            <w:color w:val="0000EE"/>
            <w:u w:val="single"/>
          </w:rPr>
          <w:t>https://portalbelohorizonte.com.br/eventos/festa/musica/halloween-da-pabllo</w:t>
        </w:r>
      </w:hyperlink>
      <w:r>
        <w:t xml:space="preserve"> - Belo Horizonte’s official events portal lists the Halloween da Pabllo performance scheduled at Serraria Souza Pinto. It describes the October 2026 date as part of a national tour celebrating ten years of Pabllo Vittar’s career, with the wider programme travelling through Brazil’s South, South-east and North-east. The listing gives the venue address as Avenida Assis Chateaubriand, 809, in the city centre, and sets the event for 31 October, from 23:00 until 00:30 on 1 November. This provides official support for the article’s account that Vittar was in Belo Horizonte for her Halloween show when she met Andréia de Jesus.</w:t>
      </w:r>
      <w:r/>
    </w:p>
    <w:p>
      <w:pPr>
        <w:pStyle w:val="ListNumber"/>
        <w:spacing w:line="240" w:lineRule="auto"/>
        <w:ind w:left="720"/>
      </w:pPr>
      <w:r/>
      <w:hyperlink r:id="rId11">
        <w:r>
          <w:rPr>
            <w:color w:val="0000EE"/>
            <w:u w:val="single"/>
          </w:rPr>
          <w:t>https://www.em.com.br/cultura/2026/10/7531100-pabllo-vittar-anima-noite-de-halloween-em-bh.html</w:t>
        </w:r>
      </w:hyperlink>
      <w:r>
        <w:t xml:space="preserve"> - This preview reports that Pabllo Vittar was bringing Halloween da Pabllo to Belo Horizonte on 31 October, at Serraria Souza Pinto. It describes the performance as a themed show featuring several acts, costume changes and music from across her catalogue, including songs from her then-new album. The article notes that the event had previously visited São Paulo, Porto Alegre, Recife and Natal before reaching the Minas Gerais capital. Its date, venue and tour details independently support the context for the tribute: Vittar was in Belo Horizonte for the Halloween performance on the same Saturday that Andréia de Jesus presented her symbolic recognition.</w:t>
      </w:r>
      <w:r/>
    </w:p>
    <w:p>
      <w:pPr>
        <w:pStyle w:val="ListNumber"/>
        <w:spacing w:line="240" w:lineRule="auto"/>
        <w:ind w:left="720"/>
      </w:pPr>
      <w:r/>
      <w:hyperlink r:id="rId13">
        <w:r>
          <w:rPr>
            <w:color w:val="0000EE"/>
            <w:u w:val="single"/>
          </w:rPr>
          <w:t>https://soubh.uai.com.br/agenda/eventos/halloween-da-pabllo-chega-a-bh-em-31-de-outubro-veja-ingressos/</w:t>
        </w:r>
      </w:hyperlink>
      <w:r>
        <w:t xml:space="preserve"> - SouBH’s event guide announces that Halloween da Pabllo would take place at Serraria Souza Pinto in Belo Horizonte on 31 October 2026. It identifies the show as the closing date of that year’s tour and gives the event’s circus-of-horrors theme. The listing also directs readers to official ticket information and notes that the performance was scheduled for 23:00. Its publication predates the event, so it corroborates the planned show, date and venue rather than the later tribute itself. These details support the article’s explanation that Pabllo Vittar’s visit to the city coincided with her Halloween tour appearance.</w:t>
      </w:r>
      <w:r/>
    </w:p>
    <w:p>
      <w:pPr>
        <w:pStyle w:val="ListNumber"/>
        <w:spacing w:line="240" w:lineRule="auto"/>
        <w:ind w:left="720"/>
      </w:pPr>
      <w:r/>
      <w:hyperlink r:id="rId14">
        <w:r>
          <w:rPr>
            <w:color w:val="0000EE"/>
            <w:u w:val="single"/>
          </w:rPr>
          <w:t>https://uhuu.com/evento/mg/belo-horizonte/halloween-da-pabllo-16438</w:t>
        </w:r>
      </w:hyperlink>
      <w:r>
        <w:t xml:space="preserve"> - The official ticketing page presents Halloween da Pabllo as a touring event expanding to additional Brazilian cities in October 2026, in a year celebrating ten years of Pabllo Vittar’s career. It includes a statement attributed to the singer about taking the party to more cities and invites fans to attend in costume. The page identifies the Belo Horizonte event at Serraria Souza Pinto and supplies event and ticket information. This source supports the article’s account that Vittar was in the city for the Halloween performance, providing event context for her meeting with deputy Andréia de Jesus and the symbolic presentation of the tribute.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m.com.br/diversidade/2026/11/7532212-pabllo-vittar-e-homenageada-pela-deputada-andreia-de-jesus-em-bh.html" TargetMode="External"/><Relationship Id="rId10" Type="http://schemas.openxmlformats.org/officeDocument/2006/relationships/hyperlink" Target="https://portalbelohorizonte.com.br/eventos/festa/musica/halloween-da-pabllo" TargetMode="External"/><Relationship Id="rId11" Type="http://schemas.openxmlformats.org/officeDocument/2006/relationships/hyperlink" Target="https://www.em.com.br/cultura/2026/10/7531100-pabllo-vittar-anima-noite-de-halloween-em-bh.html" TargetMode="External"/><Relationship Id="rId12" Type="http://schemas.openxmlformats.org/officeDocument/2006/relationships/hyperlink" Target="https://midianinja.org/opiniao/pabllo-vittar-artista-que-inspira-arte-que-representa-e-uma-voz-que-denuncia/" TargetMode="External"/><Relationship Id="rId13" Type="http://schemas.openxmlformats.org/officeDocument/2006/relationships/hyperlink" Target="https://soubh.uai.com.br/agenda/eventos/halloween-da-pabllo-chega-a-bh-em-31-de-outubro-veja-ingressos/" TargetMode="External"/><Relationship Id="rId14" Type="http://schemas.openxmlformats.org/officeDocument/2006/relationships/hyperlink" Target="https://uhuu.com/evento/mg/belo-horizonte/halloween-da-pabllo-1643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