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Nadia Sutton's West Hollywood Activism and PAWS/LA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Hollywood has lost a spirited advocate whose work connected LGBTQ+ rights, animal welfare and community care. Nadia Sutton, an actor and longtime activist, died aged 88 after helping people with AIDS keep their beloved pets and supporting causes across Los Angeles. Her story shows how practical kindness can become a lasting part of a community.</w:t>
      </w:r>
      <w:r/>
    </w:p>
    <w:p>
      <w:pPr>
        <w:pStyle w:val="Heading2"/>
      </w:pPr>
      <w:r>
        <w:t>A life shaped by curiosity and conviction</w:t>
      </w:r>
      <w:r/>
    </w:p>
    <w:p>
      <w:r/>
      <w:r>
        <w:t>Sutton arrived in Los Angeles in 1979, after years spent studying theatre and working as an actor in Europe. Born in Brussels, she lived in Israel, France, Spain and England, collecting languages and experiences along the way. That wide-ranging life eventually found a home in West Hollywood, where her energy turned towards local activism.</w:t>
      </w:r>
      <w:r/>
    </w:p>
    <w:p>
      <w:r/>
      <w:r>
        <w:t>Friends remembered her not only for her persistence, but for the warmth she brought into a room. Former councilmember Abbe Land described Sutton as a constant presence for friends, animals and people who needed help. It’s a vivid reminder that community work is often built from showing up, again and again.</w:t>
      </w:r>
      <w:r/>
    </w:p>
    <w:p>
      <w:pPr>
        <w:pStyle w:val="Heading2"/>
      </w:pPr>
      <w:r>
        <w:t>PAWS/LA gave people with AIDS vital support</w:t>
      </w:r>
      <w:r/>
    </w:p>
    <w:p>
      <w:r/>
      <w:r>
        <w:t>In 1989, Sutton co-founded PAWS/LA, short for Pets Are Wonderful Support, with Stan Rawlings. The organisation helped people living with AIDS care for their animals, addressing a deeply personal worry during a devastating public health crisis. For many, pets were family, and finding practical support for them could make an overwhelming time a little less frightening.</w:t>
      </w:r>
      <w:r/>
    </w:p>
    <w:p>
      <w:r/>
      <w:r>
        <w:t>The Los Angeles Blade has also reported on the importance of canine companionship charities in the region, while PAWS/LA continues to list its board and staff publicly. Sutton’s work speaks to a simple but powerful idea: care for a person can include caring for the animal beside them.</w:t>
      </w:r>
      <w:r/>
    </w:p>
    <w:p>
      <w:pPr>
        <w:pStyle w:val="Heading2"/>
      </w:pPr>
      <w:r>
        <w:t>Her activism reached far beyond animal welfare</w:t>
      </w:r>
      <w:r/>
    </w:p>
    <w:p>
      <w:r/>
      <w:r>
        <w:t>Sutton was involved in ACT UP and supported campaigns for LGBTQ+ rights, women’s rights and reproductive rights. She also helped The Lavender Effect, an LGBTQ+ history organisation, connect with community figures and organise cultural events. Friends recalled that she was generous with introductions and attention, often putting other people’s needs first.</w:t>
      </w:r>
      <w:r/>
    </w:p>
    <w:p>
      <w:r/>
      <w:r>
        <w:t>Her advocacy grew from lived experience of loss. During the AIDS crisis, she saw friends become ill and die, and responded by helping with the needs left behind, including the future of their pets. That mix of grief and practical action gives her legacy its particular force.</w:t>
      </w:r>
      <w:r/>
    </w:p>
    <w:p>
      <w:pPr>
        <w:pStyle w:val="Heading2"/>
      </w:pPr>
      <w:r>
        <w:t>A familiar face in West Hollywood</w:t>
      </w:r>
      <w:r/>
    </w:p>
    <w:p>
      <w:r/>
      <w:r>
        <w:t>Sutton’s work was recognised by the community and beyond. In 2015, then-Representative Adam Schiff named her the 28th Congressional District Woman of the Year, citing her animal advocacy and volunteer work. She also received honours for her contributions to LGBTQ+ life and continued to take part in public causes well into later life.</w:t>
      </w:r>
      <w:r/>
    </w:p>
    <w:p>
      <w:r/>
      <w:r>
        <w:t>The Los Angeles Times archive includes reporting from the period when AIDS-related support and community responses were developing in Los Angeles. Read alongside Sutton’s story, it offers a glimpse of the wider challenges that made organisations such as PAWS/LA so necessary.</w:t>
      </w:r>
      <w:r/>
    </w:p>
    <w:p>
      <w:pPr>
        <w:pStyle w:val="Heading2"/>
      </w:pPr>
      <w:r>
        <w:t>The lesson in her lasting legacy</w:t>
      </w:r>
      <w:r/>
    </w:p>
    <w:p>
      <w:r/>
      <w:r>
        <w:t>Sutton’s story is a reminder that activism doesn’t always look like a speech or a march. Sometimes it means making a call, finding a safe home for a pet or saving a seat for someone at a community event. Those gestures may seem small in isolation, but they can become a lifeline when people are facing illness, grief or exclusion.</w:t>
      </w:r>
      <w:r/>
    </w:p>
    <w:p>
      <w:r/>
      <w:r>
        <w:t>She is survived by her cat, Barnaby, who is being cared for by her friend Karen Eyres. Sutton’s legacy lives on in the people she supported, the organisations she helped build and the animals who found care because she stepped in.</w:t>
      </w:r>
      <w:r/>
    </w:p>
    <w:p>
      <w:r/>
      <w:r>
        <w:t>A community is stronger when kindness becomes practical.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2">
        <w:r>
          <w:rPr>
            <w:color w:val="0000EE"/>
            <w:u w:val="single"/>
          </w:rPr>
          <w:t>[4]</w:t>
        </w:r>
      </w:hyperlink>
      <w:r>
        <w:t xml:space="preserve">- Paragraph 6: </w:t>
      </w:r>
      <w:hyperlink r:id="rId10">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https://wehotimes.com/beloved-west-hollywood-lesbian-activist-nadia-sutton-has-died/</w:t>
        </w:r>
      </w:hyperlink>
      <w:r>
        <w:t xml:space="preserve"> - Please view link - unable to able to access data</w:t>
      </w:r>
      <w:r/>
    </w:p>
    <w:p>
      <w:pPr>
        <w:pStyle w:val="ListNumber"/>
        <w:spacing w:line="240" w:lineRule="auto"/>
        <w:ind w:left="720"/>
      </w:pPr>
      <w:r/>
      <w:hyperlink r:id="rId9">
        <w:r>
          <w:rPr>
            <w:color w:val="0000EE"/>
            <w:u w:val="single"/>
          </w:rPr>
          <w:t>https://wehotimes.com/beloved-west-hollywood-lesbian-activist-nadia-sutton-has-died/</w:t>
        </w:r>
      </w:hyperlink>
      <w:r>
        <w:t xml:space="preserve"> - Karen Ocamb’s tribute recounts Nadia Sutton’s life as an actress, lesbian activist, animal lover and familiar presence in West Hollywood. Drawing on memories from friends and colleagues, it describes her early years in Europe, move to Los Angeles and extensive community involvement. Sutton supported people with AIDS, participated in ACT UP and co-founded PAWS/LA to help people living with HIV/AIDS care for their animals. The article also highlights her work with The Lavender Effect, her advocacy for LGBTQ+ and women’s rights, and recognition including a 2015 congressional honour. It reports that Sutton died peacefully in her sleep, aged 88.</w:t>
      </w:r>
      <w:r/>
    </w:p>
    <w:p>
      <w:pPr>
        <w:pStyle w:val="ListNumber"/>
        <w:spacing w:line="240" w:lineRule="auto"/>
        <w:ind w:left="720"/>
      </w:pPr>
      <w:r/>
      <w:hyperlink r:id="rId10">
        <w:r>
          <w:rPr>
            <w:color w:val="0000EE"/>
            <w:u w:val="single"/>
          </w:rPr>
          <w:t>https://www.latimes.com/archives/la-xpm-1990-08-26-we-495-story.html</w:t>
        </w:r>
      </w:hyperlink>
      <w:r>
        <w:t xml:space="preserve"> - This 1990 Los Angeles Times report introduces Pets Are Wonderful Support, or PAWS LA, through its practical help for people with AIDS who need assistance caring for their pets. Nadia Sutton, identified as the organisation’s co-founder and director, coordinates volunteers providing dog-walking, home visits, feeding and litter care. The group also arranges veterinary support and temporary or permanent homes when clients can no longer look after their animals. Sutton explains that the service lets people keep the companionship of their pets and retain a measure of choice and dignity during illness. The article presents PAWS as a community-supported local service.</w:t>
      </w:r>
      <w:r/>
    </w:p>
    <w:p>
      <w:pPr>
        <w:pStyle w:val="ListNumber"/>
        <w:spacing w:line="240" w:lineRule="auto"/>
        <w:ind w:left="720"/>
      </w:pPr>
      <w:r/>
      <w:hyperlink r:id="rId12">
        <w:r>
          <w:rPr>
            <w:color w:val="0000EE"/>
            <w:u w:val="single"/>
          </w:rPr>
          <w:t>https://www.latimes.com/archives/la-xpm-1994-11-24-ls-1234-story.html</w:t>
        </w:r>
      </w:hyperlink>
      <w:r>
        <w:t xml:space="preserve"> - The Los Angeles Times profiles Nadia Sutton and her work as executive director of PAWS L.A., an organisation helping people with AIDS keep and care for their pets. The report describes Sutton arranging foster care and support for animals, and explains how clients could face painful choices between medical treatment, household costs and their pets’ needs. It recounts how PAWS grew from Sutton’s response to a friend whose cats had been given away during hospitalisation. The article also notes that the organisation served people who were HIV-positive, including those who had not developed AIDS, and portrays animal companionship as an important source of support.</w:t>
      </w:r>
      <w:r/>
    </w:p>
    <w:p>
      <w:pPr>
        <w:pStyle w:val="ListNumber"/>
        <w:spacing w:line="240" w:lineRule="auto"/>
        <w:ind w:left="720"/>
      </w:pPr>
      <w:r/>
      <w:hyperlink r:id="rId13">
        <w:r>
          <w:rPr>
            <w:color w:val="0000EE"/>
            <w:u w:val="single"/>
          </w:rPr>
          <w:t>https://www.latimes.com/archives/la-xpm-1993-01-08-me-858-story.html</w:t>
        </w:r>
      </w:hyperlink>
      <w:r>
        <w:t xml:space="preserve"> - This 1993 Los Angeles Times article follows PAWS volunteers delivering food and supplies to pets belonging to people with AIDS. Nadia Sutton directs the network, which helps clients care for animals even when illness or hospitalisation makes everyday tasks difficult. The report describes services including visits, pet food and assistance finding homes for animals whose owners have died or become unable to care for them. One example concerns four dogs left at the Chateau Marmont after their owner’s death; Sutton’s volunteers helped find them new homes. The story documents the practical and compassionate role PAWS played for people and their animal companions.</w:t>
      </w:r>
      <w:r/>
    </w:p>
    <w:p>
      <w:pPr>
        <w:pStyle w:val="ListNumber"/>
        <w:spacing w:line="240" w:lineRule="auto"/>
        <w:ind w:left="720"/>
      </w:pPr>
      <w:r/>
      <w:hyperlink r:id="rId11">
        <w:r>
          <w:rPr>
            <w:color w:val="0000EE"/>
            <w:u w:val="single"/>
          </w:rPr>
          <w:t>https://www.losangelesblade.com/2020/08/27/beloved-la-canine-companion-charity-needs-a-paw/</w:t>
        </w:r>
      </w:hyperlink>
      <w:r>
        <w:t xml:space="preserve"> - The Los Angeles Blade article discusses PAWS/LA, the animal-support charity founded by West Hollywood resident and community activist Nadia Sutton. It explains that the organisation originally helped people living with HIV/AIDS look after their pets, and later broadened its support to include older people, veterans and disabled Angelenos affected by serious illness. The report places PAWS/LA within the region’s LGBTQ+ community history, noting Sutton’s involvement with the West Hollywood Gay and Lesbian Advisory Board and The Lavender Effect. Its focus is the charity’s continued need for support and its role in helping people maintain bonds with companion animals.</w:t>
      </w:r>
      <w:r/>
    </w:p>
    <w:p>
      <w:pPr>
        <w:pStyle w:val="ListNumber"/>
        <w:spacing w:line="240" w:lineRule="auto"/>
        <w:ind w:left="720"/>
      </w:pPr>
      <w:r/>
      <w:hyperlink r:id="rId14">
        <w:r>
          <w:rPr>
            <w:color w:val="0000EE"/>
            <w:u w:val="single"/>
          </w:rPr>
          <w:t>https://www.pawsla.org/board-and-staff.html</w:t>
        </w:r>
      </w:hyperlink>
      <w:r>
        <w:t xml:space="preserve"> - PAWS/LA’s official board-and-staff page identifies Nadia Sutton as a member of its board of directors. It lists the organisation’s leadership and staff, alongside its Los Angeles address and contact details. The page is a concise primary-source confirmation of Sutton’s formal association with PAWS/LA, the organisation featured prominently in accounts of her activism and support for people and pets. It does not provide a biography or explain the organisation’s history, so it is best used to corroborate her board membership rather than details of her life or the circumstances of her death. The page also provides official organisational context and contact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hotimes.com/beloved-west-hollywood-lesbian-activist-nadia-sutton-has-died/" TargetMode="External"/><Relationship Id="rId10" Type="http://schemas.openxmlformats.org/officeDocument/2006/relationships/hyperlink" Target="https://www.latimes.com/archives/la-xpm-1990-08-26-we-495-story.html" TargetMode="External"/><Relationship Id="rId11" Type="http://schemas.openxmlformats.org/officeDocument/2006/relationships/hyperlink" Target="https://www.losangelesblade.com/2020/08/27/beloved-la-canine-companion-charity-needs-a-paw/" TargetMode="External"/><Relationship Id="rId12" Type="http://schemas.openxmlformats.org/officeDocument/2006/relationships/hyperlink" Target="https://www.latimes.com/archives/la-xpm-1994-11-24-ls-1234-story.html" TargetMode="External"/><Relationship Id="rId13" Type="http://schemas.openxmlformats.org/officeDocument/2006/relationships/hyperlink" Target="https://www.latimes.com/archives/la-xpm-1993-01-08-me-858-story.html" TargetMode="External"/><Relationship Id="rId14" Type="http://schemas.openxmlformats.org/officeDocument/2006/relationships/hyperlink" Target="https://www.pawsla.org/board-and-staff.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