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Lali’s Wedding Cake Criticism Puts Anti-Trans Violence in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lavish wedding cake became the centre of online chatter after Argentine singer Lali Espósito challenged the attention it received, comparing the fuss with the muted response to violence against trans women in Buenos Aires. Her post has shifted the conversation from wedding details to the media’s priorities, and to an attack that has prompted fresh demands for action.</w:t>
      </w:r>
      <w:r/>
    </w:p>
    <w:p>
      <w:pPr>
        <w:pStyle w:val="Heading2"/>
      </w:pPr>
      <w:r>
        <w:t>Essential Takeaways</w:t>
      </w:r>
      <w:r/>
      <w:r/>
    </w:p>
    <w:p>
      <w:pPr>
        <w:pStyle w:val="ListBullet"/>
        <w:spacing w:line="240" w:lineRule="auto"/>
        <w:ind w:left="720"/>
      </w:pPr>
      <w:r/>
      <w:r>
        <w:rPr>
          <w:b/>
        </w:rPr>
        <w:t>The cake:</w:t>
      </w:r>
      <w:r>
        <w:t xml:space="preserve"> Pastry chef Damián Betular made a nine-tier cake for Lali Espósito and Pedro Rosemblat’s wedding.</w:t>
      </w:r>
      <w:r/>
    </w:p>
    <w:p>
      <w:pPr>
        <w:pStyle w:val="ListBullet"/>
        <w:spacing w:line="240" w:lineRule="auto"/>
        <w:ind w:left="720"/>
      </w:pPr>
      <w:r/>
      <w:r>
        <w:rPr>
          <w:b/>
        </w:rPr>
        <w:t>The criticism:</w:t>
      </w:r>
      <w:r>
        <w:t xml:space="preserve"> Some online comments focused on its size and the effort made to keep it hidden before the celebration.</w:t>
      </w:r>
      <w:r/>
    </w:p>
    <w:p>
      <w:pPr>
        <w:pStyle w:val="ListBullet"/>
        <w:spacing w:line="240" w:lineRule="auto"/>
        <w:ind w:left="720"/>
      </w:pPr>
      <w:r/>
      <w:r>
        <w:rPr>
          <w:b/>
        </w:rPr>
        <w:t>Lali’s response:</w:t>
      </w:r>
      <w:r>
        <w:t xml:space="preserve"> She questioned why some conventional media appeared more troubled by the cake than by violence against trans people.</w:t>
      </w:r>
      <w:r/>
    </w:p>
    <w:p>
      <w:pPr>
        <w:pStyle w:val="ListBullet"/>
        <w:spacing w:line="240" w:lineRule="auto"/>
        <w:ind w:left="720"/>
      </w:pPr>
      <w:r/>
      <w:r>
        <w:rPr>
          <w:b/>
        </w:rPr>
        <w:t>The wider context:</w:t>
      </w:r>
      <w:r>
        <w:t xml:space="preserve"> Trans women were reportedly chased and assaulted near the lakes in Palermo, with footage of the attack shared online.</w:t>
      </w:r>
      <w:r/>
      <w:r/>
    </w:p>
    <w:p>
      <w:pPr>
        <w:pStyle w:val="Heading2"/>
      </w:pPr>
      <w:r>
        <w:t>A wedding cake became a much bigger story</w:t>
      </w:r>
      <w:r/>
    </w:p>
    <w:p>
      <w:r/>
      <w:r>
        <w:t>A nine-tier wedding cake is bound to attract attention, particularly when it’s made by a high-profile pastry chef and transported under wraps. But Lali Espósito’s response to the chatter around her wedding cake with Pedro Rosemblat quickly took the discussion somewhere more serious.</w:t>
      </w:r>
      <w:r/>
    </w:p>
    <w:p>
      <w:r/>
      <w:r>
        <w:t>According to Argentine coverage, the singer used Instagram to criticise the way some conventional media had focused on the cake’s size, while paying less attention to violence against trans people. Her point was not really about dessert. It was about what gets treated as news, and what risks being brushed aside.</w:t>
      </w:r>
      <w:r/>
    </w:p>
    <w:p>
      <w:pPr>
        <w:pStyle w:val="Heading2"/>
      </w:pPr>
      <w:r>
        <w:t>Betular’s cake drew plenty of scrutiny</w:t>
      </w:r>
      <w:r/>
    </w:p>
    <w:p>
      <w:r/>
      <w:r>
        <w:t>Damián Betular prepared the cake and delivered it to Casa Carlos, where the wedding took place, according to reports on the celebration. The cake’s scale and the arrangements to keep it out of sight until the event became talking points in their own right.</w:t>
      </w:r>
      <w:r/>
    </w:p>
    <w:p>
      <w:r/>
      <w:r>
        <w:t>Coverage of the wedding also highlighted its Argentine-style menu and unusual keepsake, while other reports described the cake and the use of analogue cameras. It’s an appealing mix of intimate details and grand spectacle, though the logistics of hiding a towering cake were always likely to invite a few raised eyebrows.</w:t>
      </w:r>
      <w:r/>
    </w:p>
    <w:p>
      <w:pPr>
        <w:pStyle w:val="Heading2"/>
      </w:pPr>
      <w:r>
        <w:t>The Palermo attack changed the conversation</w:t>
      </w:r>
      <w:r/>
    </w:p>
    <w:p>
      <w:r/>
      <w:r>
        <w:t>Lali’s post came amid condemnation of a reported attack on trans women near the lakes in Palermo. La Nación, Página/12, TN and eltrece reported that a group of young people chased and assaulted women there, and filmed the incident; some accounts described blows with sticks.</w:t>
      </w:r>
      <w:r/>
    </w:p>
    <w:p>
      <w:r/>
      <w:r>
        <w:t>The attack prompted outrage from LGBTQ+ groups and renewed calls to confront hate speech and seek a response from the authorities. Its timing, shortly before Argentina’s 2026 National Pride March, added to concerns about the safety of trans people and the hostility they face in public spaces.</w:t>
      </w:r>
      <w:r/>
    </w:p>
    <w:p>
      <w:pPr>
        <w:pStyle w:val="Heading2"/>
      </w:pPr>
      <w:r>
        <w:t>Why her comparison struck a nerve</w:t>
      </w:r>
      <w:r/>
    </w:p>
    <w:p>
      <w:r/>
      <w:r>
        <w:t>The contrast Lali drew was sharp: a wedding detail had fuelled days of commentary, while an attack on people going about their lives risked receiving less sustained attention. That challenge lands because media attention is finite, but its distribution still sends a message about whose experiences are considered urgent.</w:t>
      </w:r>
      <w:r/>
    </w:p>
    <w:p>
      <w:r/>
      <w:r>
        <w:t>A cake can be debated, admired or dismissed; an assault calls for something more concrete than a passing reaction. The uncomfortable question is whether public outrage lasts long enough to support meaningful reporting, accountability and protection for those targeted.</w:t>
      </w:r>
      <w:r/>
    </w:p>
    <w:p>
      <w:pPr>
        <w:pStyle w:val="Heading2"/>
      </w:pPr>
      <w:r>
        <w:t>A small detail, a larger question</w:t>
      </w:r>
      <w:r/>
    </w:p>
    <w:p>
      <w:r/>
      <w:r>
        <w:t>There’s nothing wrong with covering a spectacular wedding cake. The question Lali raised is why stories about violence against trans people can struggle to command the same attention, even when the harm is immediate and visible.</w:t>
      </w:r>
      <w:r/>
    </w:p>
    <w:p>
      <w:r/>
      <w:r>
        <w:t>The wedding may be remembered for its grand cake, but the conversation it sparked points to a far more serious issue: whose safety makes the headlines.</w:t>
      </w:r>
      <w:r/>
    </w:p>
    <w:p>
      <w:r/>
      <w:r>
        <w:t>Keep the cake talk in perspective, and make room for the stories that demand action.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[3]</w:t>
        </w:r>
      </w:hyperlink>
      <w:r>
        <w:t xml:space="preserve">- Paragraph 4: </w:t>
      </w:r>
      <w:hyperlink r:id="rId14">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5">
        <w:r>
          <w:rPr>
            <w:color w:val="0000EE"/>
            <w:u w:val="single"/>
          </w:rPr>
          <w:t>[7]</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5">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5">
        <w:r>
          <w:rPr>
            <w:color w:val="0000EE"/>
            <w:u w:val="single"/>
          </w:rPr>
          <w:t>[7]</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12: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https://www.cronica.com.ar/elcanaldelamusica/noticias/lali-respondio-a-las-criticas-por-su-torta-de-casamiento-mas-indignados-con-el-tamano-de-mi-torta-que-con-50-pibes-que-salgan-a-la-calle-a-cazar-travestis/</w:t>
        </w:r>
      </w:hyperlink>
      <w:r>
        <w:t xml:space="preserve"> - Please view link - unable to able to access data</w:t>
      </w:r>
      <w:r/>
    </w:p>
    <w:p>
      <w:pPr>
        <w:pStyle w:val="ListNumber"/>
        <w:spacing w:line="240" w:lineRule="auto"/>
        <w:ind w:left="720"/>
      </w:pPr>
      <w:r/>
      <w:hyperlink r:id="rId14">
        <w:r>
          <w:rPr>
            <w:color w:val="0000EE"/>
            <w:u w:val="single"/>
          </w:rPr>
          <w:t>https://www.eltrecetv.com.ar/la-manana-con-moria/2026/11/02/el-menu-bien-argentino-y-el-insolito-souvenir-que-regalaron-lali-esposito-y-pedro-rosemblat-en-su-boda/</w:t>
        </w:r>
      </w:hyperlink>
      <w:r>
        <w:t xml:space="preserve"> - The article describes Lali Espósito and Pedro Rosemblat’s wedding celebration at Casa Carlos in San Telmo. It reports that the couple served familiar Argentine dishes and gave guests a recovery kit called “Lalical”, containing water, coconut and honey. Some guests received analogue cameras, while mobile phones were put away during the party. The main attraction was a nine-tier white wedding cake designed by pastry chef Damián Betular. To keep it hidden from photographers and onlookers, his team covered it with a large white cloth while moving it from a van into the venue. The piece focuses on wedding details and the cake’s size and presentation.</w:t>
      </w:r>
      <w:r/>
    </w:p>
    <w:p>
      <w:pPr>
        <w:pStyle w:val="ListNumber"/>
        <w:spacing w:line="240" w:lineRule="auto"/>
        <w:ind w:left="720"/>
      </w:pPr>
      <w:r/>
      <w:hyperlink r:id="rId10">
        <w:r>
          <w:rPr>
            <w:color w:val="0000EE"/>
            <w:u w:val="single"/>
          </w:rPr>
          <w:t>https://www.parati.com.ar/news/de-la-torta-de-nueve-pisos-de-damian-betular-a-las-camaras-analogicas-los-detalles-del-casamiento-de-lali-y-pedro/</w:t>
        </w:r>
      </w:hyperlink>
      <w:r>
        <w:t xml:space="preserve"> - This report surveys the details of Lali Espósito and Pedro Rosemblat’s wedding in San Telmo. It highlights the nine-tier cake created and personally delivered by Damián Betular, describing its white design, layered textures, frills and pale-pink details. The article also notes that guests received disposable analogue cameras, with 27 exposures, and were asked not to use mobile phones inside the party. The menu included Argentine appetisers, barbecue and milanesas with mashed potato. Miranda! performed during the celebration, followed by dancing and music from a DJ. The report also mentions security arrangements and the venue, Casa Carlos, an old mansion on Carlos Calvo Street.</w:t>
      </w:r>
      <w:r/>
    </w:p>
    <w:p>
      <w:pPr>
        <w:pStyle w:val="ListNumber"/>
        <w:spacing w:line="240" w:lineRule="auto"/>
        <w:ind w:left="720"/>
      </w:pPr>
      <w:r/>
      <w:hyperlink r:id="rId11">
        <w:r>
          <w:rPr>
            <w:color w:val="0000EE"/>
            <w:u w:val="single"/>
          </w:rPr>
          <w:t>https://www.lanacion.com.ar/sociedad/jovenes-ciclistas-atacaron-a-mujeres-trans-en-los-bosques-de-palermo-las-agredieron-y-lo-filmaron-nid03112026/</w:t>
        </w:r>
      </w:hyperlink>
      <w:r>
        <w:t xml:space="preserve"> - The article reports a coordinated assault on trans women in Buenos Aires’s Bosques de Palermo. Young attackers allegedly used bicycles and threw sticks, stones, traffic cones and other objects, while filming the violence and sharing recordings online. The city’s LGBT Ombudsman’s office said it was working on a criminal complaint; the report says at least six victims had injuries. A community representative described the alleged group as numbering between 50 and 60, though the article also notes reports identifying five attackers. It recounts insulting posts, the victims’ fear and public condemnation. Lali’s response is included: she criticised media attention to her wedding cake compared with the attack.</w:t>
      </w:r>
      <w:r/>
    </w:p>
    <w:p>
      <w:pPr>
        <w:pStyle w:val="ListNumber"/>
        <w:spacing w:line="240" w:lineRule="auto"/>
        <w:ind w:left="720"/>
      </w:pPr>
      <w:r/>
      <w:hyperlink r:id="rId12">
        <w:r>
          <w:rPr>
            <w:color w:val="0000EE"/>
            <w:u w:val="single"/>
          </w:rPr>
          <w:t>https://www.pagina12.com.ar/2026/11/03/a-dias-de-la-marcha-del-orgullo-atacaron-a-palazos-a-mujeres-trans-en-los-lagos-de-palermo/</w:t>
        </w:r>
      </w:hyperlink>
      <w:r>
        <w:t xml:space="preserve"> - Página/12 reports that young people attacked trans women near the lakes in Palermo shortly before the 2026 National Pride March. The attackers allegedly pursued, insulted and struck the women with sticks, branches, stones and traffic cones, then filmed the incident and uploaded the footage to social media. The article says the attack prompted condemnation from the LGBTQ+ community, which called for an end to anti-trans hate speech and demanded a response from the Government. It places the incident within wider concerns about violence and the weakening of public policies addressing hate. The report identifies the location as near the avenues of Los Ombúes and Andrés Bello.</w:t>
      </w:r>
      <w:r/>
    </w:p>
    <w:p>
      <w:pPr>
        <w:pStyle w:val="ListNumber"/>
        <w:spacing w:line="240" w:lineRule="auto"/>
        <w:ind w:left="720"/>
      </w:pPr>
      <w:r/>
      <w:hyperlink r:id="rId13">
        <w:r>
          <w:rPr>
            <w:color w:val="0000EE"/>
            <w:u w:val="single"/>
          </w:rPr>
          <w:t>https://tn.com.ar/policiales/2026/11/03/entre-50-y-60-jovenes-golpearon-a-mujeres-trans-en-los-bosques-de-palermo-filmaron-el-ataque-y-se-burlaron-en-redes/</w:t>
        </w:r>
      </w:hyperlink>
      <w:r>
        <w:t xml:space="preserve"> - TN reports that a group of young people, reportedly numbering between 50 and 60, attacked trans women working in the Bosques de Palermo. According to the report, most of the attackers were on bicycles and used sticks, cones and brooms. The assault began with mockery and provocation before the group returned and attacked the women. The attackers recorded the incident and posted videos to Instagram and TikTok with mocking captions. Police sources told TN that no criminal complaint had yet been filed, although prosecutors might act independently. The story also covers condemnation from LGBTQ+ organisations and artists, including Lali Espósito’s criticism of media attention to her wedding cake.</w:t>
      </w:r>
      <w:r/>
    </w:p>
    <w:p>
      <w:pPr>
        <w:pStyle w:val="ListNumber"/>
        <w:spacing w:line="240" w:lineRule="auto"/>
        <w:ind w:left="720"/>
      </w:pPr>
      <w:r/>
      <w:hyperlink r:id="rId15">
        <w:r>
          <w:rPr>
            <w:color w:val="0000EE"/>
            <w:u w:val="single"/>
          </w:rPr>
          <w:t>https://www.eltrecetv.com.ar/arriba-argentinos/2026/11/03/salvaje-ataque-a-mujeres-trans-en-los-lagos-de-palermo-a-los-palazos-y-filmado-para-las-redes-sociales/</w:t>
        </w:r>
      </w:hyperlink>
      <w:r>
        <w:t xml:space="preserve"> - This eltrece report describes an attack on trans women near the Lago de Regatas in Palermo. The victims were allegedly struck with sticks and targeted with insults; attackers filmed the incident and shared the footage online. Some assailants were reportedly on bicycles, while others were on foot, and the images showed objects including a tyre, cones and sticks being thrown. Neighbours and motorists alerted police, who arrived after the attackers and victims had left. The report says there were no serious injuries or arrests at that stage. It also relays a presenter’s view that the incident appeared homophobic and raises concern about the attackers treating the recording as a boast.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ronica.com.ar/elcanaldelamusica/noticias/lali-respondio-a-las-criticas-por-su-torta-de-casamiento-mas-indignados-con-el-tamano-de-mi-torta-que-con-50-pibes-que-salgan-a-la-calle-a-cazar-travestis/" TargetMode="External"/><Relationship Id="rId10" Type="http://schemas.openxmlformats.org/officeDocument/2006/relationships/hyperlink" Target="https://www.parati.com.ar/news/de-la-torta-de-nueve-pisos-de-damian-betular-a-las-camaras-analogicas-los-detalles-del-casamiento-de-lali-y-pedro/" TargetMode="External"/><Relationship Id="rId11" Type="http://schemas.openxmlformats.org/officeDocument/2006/relationships/hyperlink" Target="https://www.lanacion.com.ar/sociedad/jovenes-ciclistas-atacaron-a-mujeres-trans-en-los-bosques-de-palermo-las-agredieron-y-lo-filmaron-nid03112026/" TargetMode="External"/><Relationship Id="rId12" Type="http://schemas.openxmlformats.org/officeDocument/2006/relationships/hyperlink" Target="https://www.pagina12.com.ar/2026/11/03/a-dias-de-la-marcha-del-orgullo-atacaron-a-palazos-a-mujeres-trans-en-los-lagos-de-palermo/" TargetMode="External"/><Relationship Id="rId13" Type="http://schemas.openxmlformats.org/officeDocument/2006/relationships/hyperlink" Target="https://tn.com.ar/policiales/2026/11/03/entre-50-y-60-jovenes-golpearon-a-mujeres-trans-en-los-bosques-de-palermo-filmaron-el-ataque-y-se-burlaron-en-redes/" TargetMode="External"/><Relationship Id="rId14" Type="http://schemas.openxmlformats.org/officeDocument/2006/relationships/hyperlink" Target="https://www.eltrecetv.com.ar/la-manana-con-moria/2026/11/02/el-menu-bien-argentino-y-el-insolito-souvenir-que-regalaron-lali-esposito-y-pedro-rosemblat-en-su-boda/" TargetMode="External"/><Relationship Id="rId15" Type="http://schemas.openxmlformats.org/officeDocument/2006/relationships/hyperlink" Target="https://www.eltrecetv.com.ar/arriba-argentinos/2026/11/03/salvaje-ataque-a-mujeres-trans-en-los-lagos-de-palermo-a-los-palazos-y-filmado-para-las-redes-social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