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Lali Espósito Calls Out Silence Over Palermo Trans Women Attack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viral wedding-cake photo drew headlines, but Lali Espósito urged Argentine media to focus on a far more disturbing story: an attack on trans women in Buenos Aires’ Palermo woods. Her post, shared with millions of followers, helped draw attention to footage of young people assaulting women who were working there, days before the city’s Pride march.</w:t>
      </w:r>
      <w:r/>
    </w:p>
    <w:p>
      <w:pPr>
        <w:pStyle w:val="Heading2"/>
      </w:pPr>
      <w:r>
        <w:t>The wedding cake wasn’t the story that mattered</w:t>
      </w:r>
      <w:r/>
    </w:p>
    <w:p>
      <w:r/>
      <w:r>
        <w:t>Lali Espósito turned attention away from the size of her wedding cake and towards an attack on trans women in Palermo, Buenos Aires. In an Instagram story, she criticised traditional media for appearing more outraged by the cake than by reports of a group of young people targeting trans women in the woods. C5N reported on her post and its call-out of the silence surrounding the violence.</w:t>
      </w:r>
      <w:r/>
    </w:p>
    <w:p>
      <w:r/>
      <w:r>
        <w:t xml:space="preserve">The contrast was stark: a private celebration had become a public talking point, while footage of people being attacked risked being treated as just another viral clip. Lali used her large social media following to push the story back into view. </w:t>
      </w:r>
      <w:hyperlink r:id="rId9">
        <w:r>
          <w:rPr>
            <w:color w:val="0000EE"/>
            <w:u w:val="single"/>
          </w:rPr>
          <w:t>[3]</w:t>
        </w:r>
      </w:hyperlink>
      <w:r/>
    </w:p>
    <w:p>
      <w:pPr>
        <w:pStyle w:val="Heading2"/>
      </w:pPr>
      <w:r>
        <w:t>Videos showed the attack in Palermo</w:t>
      </w:r>
      <w:r/>
    </w:p>
    <w:p>
      <w:r/>
      <w:r>
        <w:t>The assault took place in the early hours of Tuesday, 3 November, in the Bosques de Palermo, according to reporting by La Nación and Página/12. Videos circulated online showed young people throwing objects, including traffic cones and sticks, at trans women working in the area.</w:t>
      </w:r>
      <w:r/>
    </w:p>
    <w:p>
      <w:r/>
      <w:r>
        <w:t xml:space="preserve">Reports said some of the alleged attackers filmed the incident themselves and shared footage on social media. That material may help establish what happened, but its circulation also risks turning real violence into online spectacle. </w:t>
      </w:r>
      <w:hyperlink r:id="rId10">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p>
    <w:p>
      <w:pPr>
        <w:pStyle w:val="Heading2"/>
      </w:pPr>
      <w:r>
        <w:t>María Becerra joined the call for action</w:t>
      </w:r>
      <w:r/>
    </w:p>
    <w:p>
      <w:r/>
      <w:r>
        <w:t>Singer María Becerra also spoke out, saying trans women should not have to live in fear or become accustomed to violence and indifference. She called for continued awareness, support and respect for the dignity and safety of trans people and the wider LGBTQ+ community.</w:t>
      </w:r>
      <w:r/>
    </w:p>
    <w:p>
      <w:r/>
      <w:r>
        <w:t xml:space="preserve">Becerra also pointed to the upcoming Pride march in Buenos Aires, urging people to gather in support of the right to live without violence. Her message made the issue bigger than a single incident: visibility matters, but so does sustained public pressure. </w:t>
      </w:r>
      <w:hyperlink r:id="rId9">
        <w:r>
          <w:rPr>
            <w:color w:val="0000EE"/>
            <w:u w:val="single"/>
          </w:rPr>
          <w:t>[3]</w:t>
        </w:r>
      </w:hyperlink>
      <w:r>
        <w:t xml:space="preserve">, </w:t>
      </w:r>
      <w:hyperlink r:id="rId11">
        <w:r>
          <w:rPr>
            <w:color w:val="0000EE"/>
            <w:u w:val="single"/>
          </w:rPr>
          <w:t>[4]</w:t>
        </w:r>
      </w:hyperlink>
      <w:r/>
    </w:p>
    <w:p>
      <w:pPr>
        <w:pStyle w:val="Heading2"/>
      </w:pPr>
      <w:r>
        <w:t>Why the footage needs more than a viral reaction</w:t>
      </w:r>
      <w:r/>
    </w:p>
    <w:p>
      <w:r/>
      <w:r>
        <w:t>The videos may be useful to investigators, but sharing them without care can expose victims to further harm. It’s worth pausing before reposting graphic clips or identifying details; sharing reports from established outlets and support messages can raise awareness without amplifying the attackers’ performance.</w:t>
      </w:r>
      <w:r/>
    </w:p>
    <w:p>
      <w:r/>
      <w:r>
        <w:t xml:space="preserve">Reports said there had not yet been an official statement from the Buenos Aires city government at the time of publication. The investigation and any legal consequences remained unresolved, according to coverage by La Nación and Aire de Santa Fe. </w:t>
      </w:r>
      <w:hyperlink r:id="rId10">
        <w:r>
          <w:rPr>
            <w:color w:val="0000EE"/>
            <w:u w:val="single"/>
          </w:rPr>
          <w:t>[2]</w:t>
        </w:r>
      </w:hyperlink>
      <w:r>
        <w:t xml:space="preserve">, </w:t>
      </w:r>
      <w:hyperlink r:id="rId13">
        <w:r>
          <w:rPr>
            <w:color w:val="0000EE"/>
            <w:u w:val="single"/>
          </w:rPr>
          <w:t>[7]</w:t>
        </w:r>
      </w:hyperlink>
      <w:r/>
    </w:p>
    <w:p>
      <w:pPr>
        <w:pStyle w:val="Heading2"/>
      </w:pPr>
      <w:r>
        <w:t>Pride is a moment to keep the focus on safety</w:t>
      </w:r>
      <w:r/>
    </w:p>
    <w:p>
      <w:r/>
      <w:r>
        <w:t>With the city’s Pride march approaching, the incident has sharpened a difficult question: who gets public attention, and whose safety is too easily overlooked? Lali and Becerra’s posts helped redirect the conversation, but a burst of social media outrage isn’t a substitute for accountability or lasting protection.</w:t>
      </w:r>
      <w:r/>
    </w:p>
    <w:p>
      <w:r/>
      <w:r>
        <w:t xml:space="preserve">For readers, the simplest useful response is to share verified reporting, avoid circulating material that humiliates those harmed, and support trans-led organisations and community initiatives. The point isn’t just to notice violence, but to refuse to treat it as normal. </w:t>
      </w:r>
      <w:hyperlink r:id="rId9">
        <w:r>
          <w:rPr>
            <w:color w:val="0000EE"/>
            <w:u w:val="single"/>
          </w:rPr>
          <w:t>[3]</w:t>
        </w:r>
      </w:hyperlink>
      <w:r>
        <w:t xml:space="preserve">, </w:t>
      </w:r>
      <w:hyperlink r:id="rId11">
        <w:r>
          <w:rPr>
            <w:color w:val="0000EE"/>
            <w:u w:val="single"/>
          </w:rPr>
          <w:t>[4]</w:t>
        </w:r>
      </w:hyperlink>
      <w:r>
        <w:t xml:space="preserve">, </w:t>
      </w:r>
      <w:hyperlink r:id="rId14">
        <w:r>
          <w:rPr>
            <w:color w:val="0000EE"/>
            <w:u w:val="single"/>
          </w:rPr>
          <w:t>[6]</w:t>
        </w:r>
      </w:hyperlink>
      <w:r/>
    </w:p>
    <w:p>
      <w:r/>
      <w:r>
        <w:t>A viral post can shift the conversation, but lasting change depends on what happens after the feed moves on.</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9">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Paragraph 5: </w:t>
      </w:r>
      <w:hyperlink r:id="rId9">
        <w:r>
          <w:rPr>
            <w:color w:val="0000EE"/>
            <w:u w:val="single"/>
          </w:rPr>
          <w:t>[3]</w:t>
        </w:r>
      </w:hyperlink>
      <w:r>
        <w:t xml:space="preserve">, </w:t>
      </w:r>
      <w:hyperlink r:id="rId11">
        <w:r>
          <w:rPr>
            <w:color w:val="0000EE"/>
            <w:u w:val="single"/>
          </w:rPr>
          <w:t>[4]</w:t>
        </w:r>
      </w:hyperlink>
      <w:r>
        <w:t xml:space="preserve">- Paragraph 6: </w:t>
      </w:r>
      <w:hyperlink r:id="rId9">
        <w:r>
          <w:rPr>
            <w:color w:val="0000EE"/>
            <w:u w:val="single"/>
          </w:rPr>
          <w:t>[3]</w:t>
        </w:r>
      </w:hyperlink>
      <w:r>
        <w:t xml:space="preserve">, </w:t>
      </w:r>
      <w:hyperlink r:id="rId11">
        <w:r>
          <w:rPr>
            <w:color w:val="0000EE"/>
            <w:u w:val="single"/>
          </w:rPr>
          <w:t>[4]</w:t>
        </w:r>
      </w:hyperlink>
      <w:r>
        <w:t xml:space="preserve">- Paragraph 7: </w:t>
      </w:r>
      <w:hyperlink r:id="rId10">
        <w:r>
          <w:rPr>
            <w:color w:val="0000EE"/>
            <w:u w:val="single"/>
          </w:rPr>
          <w:t>[2]</w:t>
        </w:r>
      </w:hyperlink>
      <w:r>
        <w:t xml:space="preserve">, </w:t>
      </w:r>
      <w:hyperlink r:id="rId13">
        <w:r>
          <w:rPr>
            <w:color w:val="0000EE"/>
            <w:u w:val="single"/>
          </w:rPr>
          <w:t>[7]</w:t>
        </w:r>
      </w:hyperlink>
      <w:r>
        <w:t xml:space="preserve">- Paragraph 8: </w:t>
      </w:r>
      <w:hyperlink r:id="rId9">
        <w:r>
          <w:rPr>
            <w:color w:val="0000EE"/>
            <w:u w:val="single"/>
          </w:rPr>
          <w:t>[3]</w:t>
        </w:r>
      </w:hyperlink>
      <w:r>
        <w:t xml:space="preserve">, </w:t>
      </w:r>
      <w:hyperlink r:id="rId11">
        <w:r>
          <w:rPr>
            <w:color w:val="0000EE"/>
            <w:u w:val="single"/>
          </w:rPr>
          <w:t>[4]</w:t>
        </w:r>
      </w:hyperlink>
      <w:r>
        <w:t xml:space="preserve">- Paragraph 9: </w:t>
      </w:r>
      <w:hyperlink r:id="rId9">
        <w:r>
          <w:rPr>
            <w:color w:val="0000EE"/>
            <w:u w:val="single"/>
          </w:rPr>
          <w:t>[3]</w:t>
        </w:r>
      </w:hyperlink>
      <w:r>
        <w:t xml:space="preserve">, </w:t>
      </w:r>
      <w:hyperlink r:id="rId11">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https://www.lanacion.com.ar/espectaculos/lali-esposito-realizo-un-fuerte-descargo-tras-el-ataque-a-mujeres-trans-en-palermo-indignados-con-el-nid03112026/</w:t>
        </w:r>
      </w:hyperlink>
      <w:r>
        <w:t xml:space="preserve"> - Please view link - unable to able to access data</w:t>
      </w:r>
      <w:r/>
    </w:p>
    <w:p>
      <w:pPr>
        <w:pStyle w:val="ListNumber"/>
        <w:spacing w:line="240" w:lineRule="auto"/>
        <w:ind w:left="720"/>
      </w:pPr>
      <w:r/>
      <w:hyperlink r:id="rId10">
        <w:r>
          <w:rPr>
            <w:color w:val="0000EE"/>
            <w:u w:val="single"/>
          </w:rPr>
          <w:t>https://www.lanacion.com.ar/sociedad/jovenes-ciclistas-atacaron-a-mujeres-trans-en-los-bosques-de-palermo-las-agredieron-y-lo-filmaron-nid03112026/</w:t>
        </w:r>
      </w:hyperlink>
      <w:r>
        <w:t xml:space="preserve"> - LA NACION reports that a group of young cyclists attacked several trans women in the Bosques de Palermo, using sticks, stones, traffic cones and other objects. The assailants filmed the incident and shared recordings online. The city’s LGBT Ombudsman said that a criminal complaint was being prepared; at least six victims reportedly suffered injuries, including one who lost an ear. Community representatives described the assault as coordinated and possibly premeditated. The report also recounts how Lali criticised media attention focused on her wedding cake rather than the attack, and notes that Buenos Aires’s Pride March was scheduled for 7 November.</w:t>
      </w:r>
      <w:r/>
    </w:p>
    <w:p>
      <w:pPr>
        <w:pStyle w:val="ListNumber"/>
        <w:spacing w:line="240" w:lineRule="auto"/>
        <w:ind w:left="720"/>
      </w:pPr>
      <w:r/>
      <w:hyperlink r:id="rId9">
        <w:r>
          <w:rPr>
            <w:color w:val="0000EE"/>
            <w:u w:val="single"/>
          </w:rPr>
          <w:t>https://www.c5n.com/sociedad/lali-esposito-repudio-el-ataque-mujeres-trans-palermo-total-normalidad-y-silencio-n253312</w:t>
        </w:r>
      </w:hyperlink>
      <w:r>
        <w:t xml:space="preserve"> - C5N covers Lali Espósito’s response to the assault on trans women in Palermo. Following criticism and media coverage of her wedding, the singer condemned what she saw as a lack of attention to young men attacking trans women with sticks, stones and traffic cones. The assailants reportedly recorded the violence and circulated the footage on social media. C5N describes the location and quotes Lali’s criticism of news outlets for focusing more on her wedding cake than on the attack. It also reports that the incident occurred shortly before the National Pride March, planned for Saturday 7 November 2026.</w:t>
      </w:r>
      <w:r/>
    </w:p>
    <w:p>
      <w:pPr>
        <w:pStyle w:val="ListNumber"/>
        <w:spacing w:line="240" w:lineRule="auto"/>
        <w:ind w:left="720"/>
      </w:pPr>
      <w:r/>
      <w:hyperlink r:id="rId11">
        <w:r>
          <w:rPr>
            <w:color w:val="0000EE"/>
            <w:u w:val="single"/>
          </w:rPr>
          <w:t>https://www.pagina12.com.ar/2026/11/03/a-dias-de-la-marcha-del-orgullo-atacaron-a-palazos-a-mujeres-trans-en-los-lagos-de-palermo/</w:t>
        </w:r>
      </w:hyperlink>
      <w:r>
        <w:t xml:space="preserve"> - Página|12 reports on an attack against trans women at the lakes in Palermo, shortly before Buenos Aires’s Pride March. The attackers allegedly filmed the assault and posted the recordings online. The article describes the response from LGBTQ+ community members and organisations, who condemned the violence and connected it to concerns about public policy and the treatment of hate speech. It places the incident in the broader context of threats and violence against trans people, and records that the attack drew public attention in the days leading up to the 2026 Pride demonstration.</w:t>
      </w:r>
      <w:r/>
    </w:p>
    <w:p>
      <w:pPr>
        <w:pStyle w:val="ListNumber"/>
        <w:spacing w:line="240" w:lineRule="auto"/>
        <w:ind w:left="720"/>
      </w:pPr>
      <w:r/>
      <w:hyperlink r:id="rId12">
        <w:r>
          <w:rPr>
            <w:color w:val="0000EE"/>
            <w:u w:val="single"/>
          </w:rPr>
          <w:t>https://www.eltrecetv.com.ar/arriba-argentinos/2026/11/03/salvaje-ataque-a-mujeres-trans-en-los-lagos-de-palermo-a-los-palazos-y-filmado-para-las-redes-sociales/</w:t>
        </w:r>
      </w:hyperlink>
      <w:r>
        <w:t xml:space="preserve"> - El Trece describes an assault on trans women near the Lago de Regatas in Palermo. A group of young people, some travelling by bicycle and others on foot, allegedly threw sticks, traffic cones and a tyre, while filming the incident and sharing the images online. The report gives the location as the area around De los Ombúes and Andrés Bello, near Figueroa Alcorta. It says witnesses alerted the police, but the victims and assailants had left by the time officers arrived. The article also discusses the public response and calls attention to the need for safety in the area.</w:t>
      </w:r>
      <w:r/>
    </w:p>
    <w:p>
      <w:pPr>
        <w:pStyle w:val="ListNumber"/>
        <w:spacing w:line="240" w:lineRule="auto"/>
        <w:ind w:left="720"/>
      </w:pPr>
      <w:r/>
      <w:hyperlink r:id="rId14">
        <w:r>
          <w:rPr>
            <w:color w:val="0000EE"/>
            <w:u w:val="single"/>
          </w:rPr>
          <w:t>https://www.diariojornada.com.ar/426434/policiales/jovenes_atacaron_a_mujeres_trans_y_lo_subieron_a_las_redes</w:t>
        </w:r>
      </w:hyperlink>
      <w:r>
        <w:t xml:space="preserve"> - Diario Jornada recounts a coordinated attack on trans women working in the Bosques de Palermo during the night of 1 November and early hours of 2 November 2026. It reports that a large group of young people travelled on foot and by bicycle, with recordings indicating that between 50 and 60 cyclists were in the area. The account describes insults and an escalation to physical violence involving sticks and urban street objects. It also discusses video evidence, efforts to protect a victim’s identity and the work of community advocate Gabriela Ivy, who said the available material could help establish what happened.</w:t>
      </w:r>
      <w:r/>
    </w:p>
    <w:p>
      <w:pPr>
        <w:pStyle w:val="ListNumber"/>
        <w:spacing w:line="240" w:lineRule="auto"/>
        <w:ind w:left="720"/>
      </w:pPr>
      <w:r/>
      <w:hyperlink r:id="rId13">
        <w:r>
          <w:rPr>
            <w:color w:val="0000EE"/>
            <w:u w:val="single"/>
          </w:rPr>
          <w:t>https://www.airedesantafe.com.ar/actualidad/ataque-mujeres-trans-los-bosques-palermo-adolescentes-las-agredieron-conos-y-palos-n675507</w:t>
        </w:r>
      </w:hyperlink>
      <w:r>
        <w:t xml:space="preserve"> - AIRE reports that adolescents attacked trans women in the Bosques de Palermo near the Lago de Regatas, and that videos of the incident spread on social media. According to the account, young people first insulted and provoked the women before returning with others and attacking them. The objects used reportedly included traffic cones, sticks and a tyre. The attackers themselves shared recordings alongside mocking comments, prompting condemnation from LGBTQ+ advocates. Neighbours and passing motorists called the emergency number, but police arrived after those involved had left. The report says organisations sought identification of the assailants and protection for the victims.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5n.com/sociedad/lali-esposito-repudio-el-ataque-mujeres-trans-palermo-total-normalidad-y-silencio-n253312" TargetMode="External"/><Relationship Id="rId10" Type="http://schemas.openxmlformats.org/officeDocument/2006/relationships/hyperlink" Target="https://www.lanacion.com.ar/sociedad/jovenes-ciclistas-atacaron-a-mujeres-trans-en-los-bosques-de-palermo-las-agredieron-y-lo-filmaron-nid03112026/" TargetMode="External"/><Relationship Id="rId11" Type="http://schemas.openxmlformats.org/officeDocument/2006/relationships/hyperlink" Target="https://www.pagina12.com.ar/2026/11/03/a-dias-de-la-marcha-del-orgullo-atacaron-a-palazos-a-mujeres-trans-en-los-lagos-de-palermo/" TargetMode="External"/><Relationship Id="rId12" Type="http://schemas.openxmlformats.org/officeDocument/2006/relationships/hyperlink" Target="https://www.eltrecetv.com.ar/arriba-argentinos/2026/11/03/salvaje-ataque-a-mujeres-trans-en-los-lagos-de-palermo-a-los-palazos-y-filmado-para-las-redes-sociales/" TargetMode="External"/><Relationship Id="rId13" Type="http://schemas.openxmlformats.org/officeDocument/2006/relationships/hyperlink" Target="https://www.airedesantafe.com.ar/actualidad/ataque-mujeres-trans-los-bosques-palermo-adolescentes-las-agredieron-conos-y-palos-n675507" TargetMode="External"/><Relationship Id="rId14" Type="http://schemas.openxmlformats.org/officeDocument/2006/relationships/hyperlink" Target="https://www.diariojornada.com.ar/426434/policiales/jovenes_atacaron_a_mujeres_trans_y_lo_subieron_a_las_redes" TargetMode="External"/><Relationship Id="rId15" Type="http://schemas.openxmlformats.org/officeDocument/2006/relationships/hyperlink" Target="https://www.lanacion.com.ar/espectaculos/lali-esposito-realizo-un-fuerte-descargo-tras-el-ataque-a-mujeres-trans-en-palermo-indignados-con-el-nid0311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