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Johannesburg Pride 2026: Queer Freedom and Community in Sandton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Rainbow flags, bold outfits and thousands of marchers brought Johannesburg Pride 2026 to life in Sandton on 31 October. Beyond the music and glitter, the celebration offered LGBTQ+ South Africans a space to be visible, connect and express themselves. The day also showed why Pride remains important, even where legal protections exist.</w:t>
      </w:r>
      <w:r/>
    </w:p>
    <w:p>
      <w:pPr>
        <w:pStyle w:val="Heading2"/>
      </w:pPr>
      <w:r>
        <w:t>Essential Takeaways</w:t>
      </w:r>
      <w:r/>
      <w:r/>
    </w:p>
    <w:p>
      <w:pPr>
        <w:pStyle w:val="ListBullet"/>
        <w:spacing w:line="240" w:lineRule="auto"/>
        <w:ind w:left="720"/>
      </w:pPr>
      <w:r/>
      <w:r>
        <w:rPr>
          <w:b/>
        </w:rPr>
        <w:t>A major gathering:</w:t>
      </w:r>
      <w:r>
        <w:t xml:space="preserve"> Thousands joined the annual Pride celebration in Sandton.</w:t>
      </w:r>
      <w:r/>
    </w:p>
    <w:p>
      <w:pPr>
        <w:pStyle w:val="ListBullet"/>
        <w:spacing w:line="240" w:lineRule="auto"/>
        <w:ind w:left="720"/>
      </w:pPr>
      <w:r/>
      <w:r>
        <w:rPr>
          <w:b/>
        </w:rPr>
        <w:t>More than a parade:</w:t>
      </w:r>
      <w:r>
        <w:t xml:space="preserve"> Marchers celebrated self-expression, visibility and community, alongside the day’s entertainment.</w:t>
      </w:r>
      <w:r/>
    </w:p>
    <w:p>
      <w:pPr>
        <w:pStyle w:val="ListBullet"/>
        <w:spacing w:line="240" w:lineRule="auto"/>
        <w:ind w:left="720"/>
      </w:pPr>
      <w:r/>
      <w:r>
        <w:rPr>
          <w:b/>
        </w:rPr>
        <w:t>A lively festival village:</w:t>
      </w:r>
      <w:r>
        <w:t xml:space="preserve"> Katherine Street hosted DJs, drag performances, food vendors and community stalls.</w:t>
      </w:r>
      <w:r/>
    </w:p>
    <w:p>
      <w:pPr>
        <w:pStyle w:val="ListBullet"/>
        <w:spacing w:line="240" w:lineRule="auto"/>
        <w:ind w:left="720"/>
      </w:pPr>
      <w:r/>
      <w:r>
        <w:rPr>
          <w:b/>
        </w:rPr>
        <w:t>Some practical snags:</w:t>
      </w:r>
      <w:r>
        <w:t xml:space="preserve"> Time Out Johannesburg reported long entry queues in heat of about 33°C and complaints about food prices.</w:t>
      </w:r>
      <w:r/>
    </w:p>
    <w:p>
      <w:pPr>
        <w:pStyle w:val="ListBullet"/>
        <w:spacing w:line="240" w:lineRule="auto"/>
        <w:ind w:left="720"/>
      </w:pPr>
      <w:r/>
      <w:r>
        <w:rPr>
          <w:b/>
        </w:rPr>
        <w:t>A long history:</w:t>
      </w:r>
      <w:r>
        <w:t xml:space="preserve"> South Africa’s first Pride march took place in Johannesburg in 1990.</w:t>
      </w:r>
      <w:r/>
      <w:r/>
    </w:p>
    <w:p>
      <w:pPr>
        <w:pStyle w:val="Heading2"/>
      </w:pPr>
      <w:r>
        <w:t>Sandton turned rainbow-bright for Pride</w:t>
      </w:r>
      <w:r/>
    </w:p>
    <w:p>
      <w:r/>
      <w:r>
        <w:t>Johannesburg Pride brought a vivid burst of colour to Sandton, where thousands gathered to march, dance and celebrate LGBTQ+ identity. Sequins, striking make-up and rainbow accessories filled the streets, but the mood was about more than a good outfit: participants came to be seen and to celebrate openly.</w:t>
      </w:r>
      <w:r/>
    </w:p>
    <w:p>
      <w:r/>
      <w:r>
        <w:t>The Sandton Chronicle reported that the event drew a large crowd to the business district. For many, Pride offers a rare chance to express themselves freely and find connection with others. That sense of welcome can matter all the more when everyday life doesn't feel as open.</w:t>
      </w:r>
      <w:r/>
    </w:p>
    <w:p>
      <w:pPr>
        <w:pStyle w:val="Heading2"/>
      </w:pPr>
      <w:r>
        <w:t>A parade led by performers and advocates</w:t>
      </w:r>
      <w:r/>
    </w:p>
    <w:p>
      <w:r/>
      <w:r>
        <w:t>The procession wound through Sandton with singing, dancing and chants, bringing together performers, activists, community organisations and allies. Drag performer Adam served as grand marshal, while Deputy Minister for Women, Youth and Persons with Disabilities Mmapaseka Steve Letsike joined the parade.</w:t>
      </w:r>
      <w:r/>
    </w:p>
    <w:p>
      <w:r/>
      <w:r>
        <w:t>MambaOnline's coverage captured the event's mix of celebration and advocacy, with familiar faces including transgender activist Yaya Mavundla and radio presenter SelBeyonce among those attending. The combination felt apt: Pride can be a joyful day out and a public reminder that LGBTQ+ people deserve dignity and equal treatment.</w:t>
      </w:r>
      <w:r/>
    </w:p>
    <w:p>
      <w:pPr>
        <w:pStyle w:val="Heading2"/>
      </w:pPr>
      <w:r>
        <w:t>The Pride Village kept the celebration going</w:t>
      </w:r>
      <w:r/>
    </w:p>
    <w:p>
      <w:r/>
      <w:r>
        <w:t>After the march, Katherine Street's Pride Village offered stages, DJs, drag acts, musicians, food vendors and stalls run by LGBTQ+-friendly businesses and organisations. It gave people room to linger, meet friends and explore the community groups behind the celebration.</w:t>
      </w:r>
      <w:r/>
    </w:p>
    <w:p>
      <w:r/>
      <w:r>
        <w:t>There were practical frustrations, too. Time Out Johannesburg reported long entry queues in temperatures of roughly 33°C, as well as complaints from some attendees about delays and food prices. If you're planning a large outdoor festival, water, sun protection and a little patience can make the day more comfortable.</w:t>
      </w:r>
      <w:r/>
    </w:p>
    <w:p>
      <w:pPr>
        <w:pStyle w:val="Heading2"/>
      </w:pPr>
      <w:r>
        <w:t>Why Johannesburg Pride still matters</w:t>
      </w:r>
      <w:r/>
    </w:p>
    <w:p>
      <w:r/>
      <w:r>
        <w:t>The first Pride march in South Africa took place in Johannesburg in October 1990, during the country's transition away from apartheid, according to South African History Online. That history gives today's gathering added weight: Pride has long been a platform for visibility, including for Black queer South Africans facing overlapping forms of discrimination.</w:t>
      </w:r>
      <w:r/>
    </w:p>
    <w:p>
      <w:r/>
      <w:r>
        <w:t>South Africa's Constitution explicitly protects against discrimination on the grounds of sexual orientation, as set out in its Bill of Rights. The government also records that the country became the first in Africa to legalise same-sex marriage in 2006. Yet laws alone can't guarantee that everyone feels safe or accepted, which is one reason community events remain meaningful.</w:t>
      </w:r>
      <w:r/>
    </w:p>
    <w:p>
      <w:pPr>
        <w:pStyle w:val="Heading2"/>
      </w:pPr>
      <w:r>
        <w:t>A celebration with a message beyond Sandton</w:t>
      </w:r>
      <w:r/>
    </w:p>
    <w:p>
      <w:r/>
      <w:r>
        <w:t>Johannesburg Pride brought local experiences to the fore, while sharing a familiar message with Pride celebrations around the world: people should be able to live openly and find community. For attendees who can't always share their identities freely elsewhere, a crowd of thousands can offer something simple but powerful: the reassurance that they aren't alone.</w:t>
      </w:r>
      <w:r/>
    </w:p>
    <w:p>
      <w:r/>
      <w:r>
        <w:t>The day wasn't without its snags, but its colour, music and togetherness made a strong impression. Pride's most lasting image may be less about any one costume than the many people standing side by side.</w:t>
      </w:r>
      <w:r/>
    </w:p>
    <w:p>
      <w:r/>
      <w:r>
        <w:t>It's a celebration of freedom, and a reminder that visibility still matters.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Paragraph 5: </w:t>
      </w:r>
      <w:hyperlink r:id="rId12">
        <w:r>
          <w:rPr>
            <w:color w:val="0000EE"/>
            <w:u w:val="single"/>
          </w:rPr>
          <w:t>[3]</w:t>
        </w:r>
      </w:hyperlink>
      <w:r>
        <w:t xml:space="preserve">- Paragraph 6: </w:t>
      </w:r>
      <w:hyperlink r:id="rId13">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https://gayexpress.co.nz/2026/11/johannesburg-pride-2026-brings-thousands-together-for-a-fabulous-celebration-of-queer-freedom/?utm_source=rss&amp;utm_medium=rss&amp;utm_campaign=johannesburg-pride-2026-brings-thousands-together-for-a-fabulous-celebration-of-queer-freedom</w:t>
        </w:r>
      </w:hyperlink>
      <w:r>
        <w:t xml:space="preserve"> - Please view link - unable to able to access data</w:t>
      </w:r>
      <w:r/>
    </w:p>
    <w:p>
      <w:pPr>
        <w:pStyle w:val="ListNumber"/>
        <w:spacing w:line="240" w:lineRule="auto"/>
        <w:ind w:left="720"/>
      </w:pPr>
      <w:r/>
      <w:hyperlink r:id="rId10">
        <w:r>
          <w:rPr>
            <w:color w:val="0000EE"/>
            <w:u w:val="single"/>
          </w:rPr>
          <w:t>https://www.citizen.co.za/sandton-chronicle/news-headlines/local-news/2026/11/01/sandton-bursts-into-colour-as-thousands-celebrate-johannesburg-pride/</w:t>
        </w:r>
      </w:hyperlink>
      <w:r>
        <w:t xml:space="preserve"> - This local report describes Johannesburg Pride 2026, held in Sandton on 31 October. Thousands of LGBTQI+ people and allies gathered amid rainbow flags, elaborate costumes and messages promoting equality and inclusion. Attendees Kingsley Carrington and Sthembiso Maluleke explain how clothing and self-expression helped them feel visible and free. The article also shares reactions to the lively crowd and colourful atmosphere, illustrating Pride as both a celebration and an opportunity for solidarity. Its eyewitness accounts support the article’s descriptions of the event, its scale and its emphasis on authentic self-expression. The report is by Xoliswa Zakwe and includes photographs from the celebrations.</w:t>
      </w:r>
      <w:r/>
    </w:p>
    <w:p>
      <w:pPr>
        <w:pStyle w:val="ListNumber"/>
        <w:spacing w:line="240" w:lineRule="auto"/>
        <w:ind w:left="720"/>
      </w:pPr>
      <w:r/>
      <w:hyperlink r:id="rId12">
        <w:r>
          <w:rPr>
            <w:color w:val="0000EE"/>
            <w:u w:val="single"/>
          </w:rPr>
          <w:t>https://www.timeout.com/johannesburg/news/joburg-pride-110226</w:t>
        </w:r>
      </w:hyperlink>
      <w:r>
        <w:t xml:space="preserve"> - Time Out Johannesburg reviews the event’s atmosphere and practical shortcomings. It reports that thousands attended Johannesburg Pride in Sandton on Saturday, 31 October 2026, and describes the striking fashion and energetic gathering. The writer recounts lengthy entrance queues in temperatures reaching 33°C, difficulties accessing performances, and further waits for food and drinks. Some visitors considered refreshments expensive, while opinions about the paid VIP area differed. Despite these frustrations, the writer praises the general section’s music and welcoming atmosphere, describing it as a space where people could be themselves. This article supports the claims about heat, queues, food prices and the celebratory mood.</w:t>
      </w:r>
      <w:r/>
    </w:p>
    <w:p>
      <w:pPr>
        <w:pStyle w:val="ListNumber"/>
        <w:spacing w:line="240" w:lineRule="auto"/>
        <w:ind w:left="720"/>
      </w:pPr>
      <w:r/>
      <w:hyperlink r:id="rId11">
        <w:r>
          <w:rPr>
            <w:color w:val="0000EE"/>
            <w:u w:val="single"/>
          </w:rPr>
          <w:t>https://www.mambaonline.com/2026/11/02/in-pictures-johannesburg-pride-2026-a-celebration-of-lgbtq-freedom/</w:t>
        </w:r>
      </w:hyperlink>
      <w:r>
        <w:t xml:space="preserve"> - MambaOnline’s illustrated report covers Johannesburg Pride 2026, held in Sandton on 31 October. It describes thousands of revellers gathering for the event and presents photographs documenting the day’s colour, energy and community spirit. The article notes that political parties used the occasion to appeal to LGBTQ+ voters ahead of local government elections. It also presents Pride as a rare safe space where many people could express their identities and celebrate community and love. The coverage supports the publication’s account of the event’s attendance, political presence and significance as a place of visibility and connection for LGBTQ+ people.</w:t>
      </w:r>
      <w:r/>
    </w:p>
    <w:p>
      <w:pPr>
        <w:pStyle w:val="ListNumber"/>
        <w:spacing w:line="240" w:lineRule="auto"/>
        <w:ind w:left="720"/>
      </w:pPr>
      <w:r/>
      <w:hyperlink r:id="rId13">
        <w:r>
          <w:rPr>
            <w:color w:val="0000EE"/>
            <w:u w:val="single"/>
          </w:rPr>
          <w:t>https://sahistory.org.za/dated-event/first-gay-pride-march-held-south-africa</w:t>
        </w:r>
      </w:hyperlink>
      <w:r>
        <w:t xml:space="preserve"> - South African History Online records the country’s first Lesbian and Gay Pride march, held in Johannesburg on 13 October 1990. Organised by the Gay and Lesbian Organisation of the Witwatersrand, it drew about 800 participants and was the first Pride march on the African continent. The march combined celebration of gay and lesbian identity with opposition to apartheid and campaigning to decriminalise homosexuality. The account describes safety concerns and hostile reactions, while noting that Pride marches later grew across South Africa. It supports the historical context in the publication and explains why Johannesburg Pride has both celebratory and political roots.</w:t>
      </w:r>
      <w:r/>
    </w:p>
    <w:p>
      <w:pPr>
        <w:pStyle w:val="ListNumber"/>
        <w:spacing w:line="240" w:lineRule="auto"/>
        <w:ind w:left="720"/>
      </w:pPr>
      <w:r/>
      <w:hyperlink r:id="rId14">
        <w:r>
          <w:rPr>
            <w:color w:val="0000EE"/>
            <w:u w:val="single"/>
          </w:rPr>
          <w:t>https://www.gov.za/documents/constitution/chapter-2-bill-rights</w:t>
        </w:r>
      </w:hyperlink>
      <w:r>
        <w:t xml:space="preserve"> - This South African Government page provides the text of Chapter 2 of the Constitution, the Bill of Rights. It states that the Bill of Rights upholds human dignity, equality and freedom, and sets out the duty of the state to respect, protect, promote and fulfil these rights. Section 9 prohibits unfair discrimination on listed grounds, including sexual orientation, and also addresses discrimination by individuals. The page is an authoritative source for the constitutional protections referenced in the publication. It establishes the legal wording, though it does not by itself describe how consistently those protections are experienced in everyday life.</w:t>
      </w:r>
      <w:r/>
    </w:p>
    <w:p>
      <w:pPr>
        <w:pStyle w:val="ListNumber"/>
        <w:spacing w:line="240" w:lineRule="auto"/>
        <w:ind w:left="720"/>
      </w:pPr>
      <w:r/>
      <w:hyperlink r:id="rId15">
        <w:r>
          <w:rPr>
            <w:color w:val="0000EE"/>
            <w:u w:val="single"/>
          </w:rPr>
          <w:t>https://www.gov.za/news/media-statements/parliament-passes-civil-union-amendment-bill-06-dec-2018</w:t>
        </w:r>
      </w:hyperlink>
      <w:r>
        <w:t xml:space="preserve"> - The South African Government’s statement reports Parliament’s approval of the Civil Union Amendment Bill and explains the legislation’s background. It notes that the Civil Union Act was passed in 2006, making South Africa the first African country to recognise same-sex marriages. The Act followed a Constitutional Court ruling that denying same-sex couples the benefits of marriage was unconstitutional. The statement also describes the amendment’s proposed changes to marriage officers’ ability to object to solemnising same-sex civil unions. This government source supports the publication’s account of the country’s legal recognition of same-sex marriage and its place in LGBTQ+ rights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1/johannesburg-pride-2026-brings-thousands-together-for-a-fabulous-celebration-of-queer-freedom/?utm_source=rss&amp;utm_medium=rss&amp;utm_campaign=johannesburg-pride-2026-brings-thousands-together-for-a-fabulous-celebration-of-queer-freedom" TargetMode="External"/><Relationship Id="rId10" Type="http://schemas.openxmlformats.org/officeDocument/2006/relationships/hyperlink" Target="https://www.citizen.co.za/sandton-chronicle/news-headlines/local-news/2026/11/01/sandton-bursts-into-colour-as-thousands-celebrate-johannesburg-pride/" TargetMode="External"/><Relationship Id="rId11" Type="http://schemas.openxmlformats.org/officeDocument/2006/relationships/hyperlink" Target="https://www.mambaonline.com/2026/11/02/in-pictures-johannesburg-pride-2026-a-celebration-of-lgbtq-freedom/" TargetMode="External"/><Relationship Id="rId12" Type="http://schemas.openxmlformats.org/officeDocument/2006/relationships/hyperlink" Target="https://www.timeout.com/johannesburg/news/joburg-pride-110226" TargetMode="External"/><Relationship Id="rId13" Type="http://schemas.openxmlformats.org/officeDocument/2006/relationships/hyperlink" Target="https://sahistory.org.za/dated-event/first-gay-pride-march-held-south-africa" TargetMode="External"/><Relationship Id="rId14" Type="http://schemas.openxmlformats.org/officeDocument/2006/relationships/hyperlink" Target="https://www.gov.za/documents/constitution/chapter-2-bill-rights" TargetMode="External"/><Relationship Id="rId15" Type="http://schemas.openxmlformats.org/officeDocument/2006/relationships/hyperlink" Target="https://www.gov.za/news/media-statements/parliament-passes-civil-union-amendment-bill-06-dec-20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