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Heated Rivalry Halloween Costumes Bring Shane and Ilya to Life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taking Shane Hollander and Ilya Rozanov from the hit hockey drama Heated Rivalry to Halloween parties across the United States. From familiar jerseys to a tiny hockey-puck costume for a baby, the outfits show how a screen romance has become a playful way for couples and friends to join the cultural conversation.</w:t>
      </w:r>
      <w:r/>
    </w:p>
    <w:p>
      <w:pPr>
        <w:pStyle w:val="Heading2"/>
      </w:pPr>
      <w:r>
        <w:t>Essential Takeaways</w:t>
      </w:r>
      <w:r/>
      <w:r/>
    </w:p>
    <w:p>
      <w:pPr>
        <w:pStyle w:val="ListBullet"/>
        <w:spacing w:line="240" w:lineRule="auto"/>
        <w:ind w:left="720"/>
      </w:pPr>
      <w:r/>
      <w:r>
        <w:rPr>
          <w:b/>
        </w:rPr>
        <w:t>The look is instantly recognisable:</w:t>
      </w:r>
      <w:r>
        <w:t xml:space="preserve"> Many fans dressed as the hockey-playing leads, Shane and Ilya.</w:t>
      </w:r>
      <w:r/>
    </w:p>
    <w:p>
      <w:pPr>
        <w:pStyle w:val="ListBullet"/>
        <w:spacing w:line="240" w:lineRule="auto"/>
        <w:ind w:left="720"/>
      </w:pPr>
      <w:r/>
      <w:r>
        <w:rPr>
          <w:b/>
        </w:rPr>
        <w:t>Jerseys aren't the only option:</w:t>
      </w:r>
      <w:r>
        <w:t xml:space="preserve"> Some couples recreated outfits from memorable scenes instead.</w:t>
      </w:r>
      <w:r/>
    </w:p>
    <w:p>
      <w:pPr>
        <w:pStyle w:val="ListBullet"/>
        <w:spacing w:line="240" w:lineRule="auto"/>
        <w:ind w:left="720"/>
      </w:pPr>
      <w:r/>
      <w:r>
        <w:rPr>
          <w:b/>
        </w:rPr>
        <w:t>The costumes got personal:</w:t>
      </w:r>
      <w:r>
        <w:t xml:space="preserve"> Singer Scott Hoying and his husband, Mark, included their baby as a hockey puck.</w:t>
      </w:r>
      <w:r/>
    </w:p>
    <w:p>
      <w:pPr>
        <w:pStyle w:val="ListBullet"/>
        <w:spacing w:line="240" w:lineRule="auto"/>
        <w:ind w:left="720"/>
      </w:pPr>
      <w:r/>
      <w:r>
        <w:rPr>
          <w:b/>
        </w:rPr>
        <w:t>The fandom has its own details:</w:t>
      </w:r>
      <w:r>
        <w:t xml:space="preserve"> One pair used the characters' affectionate phone-contact aliases, Jane and Lily.</w:t>
      </w:r>
      <w:r/>
      <w:r/>
    </w:p>
    <w:p>
      <w:pPr>
        <w:pStyle w:val="Heading2"/>
      </w:pPr>
      <w:r>
        <w:t>The hockey jerseys were only the beginning</w:t>
      </w:r>
      <w:r/>
    </w:p>
    <w:p>
      <w:r/>
      <w:r>
        <w:t>The first clue was often a pair of hockey shirts. At Halloween parties across the US, couples and other fans wore the jerseys of Shane Hollander and Ilya Rozanov, the central couple in Heated Rivalry. It's a simple costume idea, but one that fellow fans can spot from across a crowded room.</w:t>
      </w:r>
      <w:r/>
    </w:p>
    <w:p>
      <w:r/>
      <w:r>
        <w:t>The outfits also reflect how visible the series has become in LGBTQ pop culture. For fans, dressing as Shane and Ilya offers more than a quick reference to a TV show; it's a way to celebrate a romance that has clearly struck a chord. (Outsports; Instagram posts and reels.)【</w:t>
      </w:r>
      <w:hyperlink r:id="rId9">
        <w:r>
          <w:rPr>
            <w:color w:val="0000EE"/>
            <w:u w:val="single"/>
          </w:rPr>
          <w:t>[2]</w:t>
        </w:r>
      </w:hyperlink>
      <w:r>
        <w:t>】【</w:t>
      </w:r>
      <w:hyperlink r:id="rId10">
        <w:r>
          <w:rPr>
            <w:color w:val="0000EE"/>
            <w:u w:val="single"/>
          </w:rPr>
          <w:t>[3]</w:t>
        </w:r>
      </w:hyperlink>
      <w:r>
        <w:t>】【</w:t>
      </w:r>
      <w:hyperlink r:id="rId11">
        <w:r>
          <w:rPr>
            <w:color w:val="0000EE"/>
            <w:u w:val="single"/>
          </w:rPr>
          <w:t>[4]</w:t>
        </w:r>
      </w:hyperlink>
      <w:r>
        <w:t>】</w:t>
      </w:r>
      <w:r/>
    </w:p>
    <w:p>
      <w:pPr>
        <w:pStyle w:val="Heading2"/>
      </w:pPr>
      <w:r>
        <w:t>Fans brought the romance beyond the rink</w:t>
      </w:r>
      <w:r/>
    </w:p>
    <w:p>
      <w:r/>
      <w:r>
        <w:t>Not everyone reached for a jersey. One couple recreated the clothes Ilya wore when he arrived at The Cottage, giving their costume a more scene-specific feel. It's a reminder that the best fan outfits often come from the small details, not just the most obvious props.</w:t>
      </w:r>
      <w:r/>
    </w:p>
    <w:p>
      <w:r/>
      <w:r>
        <w:t>Another pair leaned into the characters' private joke, calling themselves Jane and Lily, the names Shane and Ilya used for one another in their phone contacts. That kind of reference rewards viewers who know the story well, without needing a whole hockey kit to explain the costume. (Outsports; Instagram posts and reels.)【</w:t>
      </w:r>
      <w:hyperlink r:id="rId9">
        <w:r>
          <w:rPr>
            <w:color w:val="0000EE"/>
            <w:u w:val="single"/>
          </w:rPr>
          <w:t>[2]</w:t>
        </w:r>
      </w:hyperlink>
      <w:r>
        <w:t>】【</w:t>
      </w:r>
      <w:hyperlink r:id="rId12">
        <w:r>
          <w:rPr>
            <w:color w:val="0000EE"/>
            <w:u w:val="single"/>
          </w:rPr>
          <w:t>[5]</w:t>
        </w:r>
      </w:hyperlink>
      <w:r>
        <w:t>】【</w:t>
      </w:r>
      <w:hyperlink r:id="rId13">
        <w:r>
          <w:rPr>
            <w:color w:val="0000EE"/>
            <w:u w:val="single"/>
          </w:rPr>
          <w:t>[6]</w:t>
        </w:r>
      </w:hyperlink>
      <w:r>
        <w:t>】【</w:t>
      </w:r>
      <w:hyperlink r:id="rId14">
        <w:r>
          <w:rPr>
            <w:color w:val="0000EE"/>
            <w:u w:val="single"/>
          </w:rPr>
          <w:t>[7]</w:t>
        </w:r>
      </w:hyperlink>
      <w:r>
        <w:t>】</w:t>
      </w:r>
      <w:r/>
    </w:p>
    <w:p>
      <w:pPr>
        <w:pStyle w:val="Heading2"/>
      </w:pPr>
      <w:r>
        <w:t>A family costume scored a viral moment</w:t>
      </w:r>
      <w:r/>
    </w:p>
    <w:p>
      <w:r/>
      <w:r>
        <w:t>Singer Scott Hoying and his husband, Mark, made their take on the theme a family affair by dressing their baby as a hockey puck. It's an especially charming twist: the adults carried the romance, while their little one supplied the rink-side prop.</w:t>
      </w:r>
      <w:r/>
    </w:p>
    <w:p>
      <w:r/>
      <w:r>
        <w:t>That playful approach shows why a couples costume can work for more than two people. A jersey, a puck-shaped outfit or one well-chosen scene reference can bring the whole household into the joke, without making the costumes complicated. (Outsports; Instagram post.)【</w:t>
      </w:r>
      <w:hyperlink r:id="rId9">
        <w:r>
          <w:rPr>
            <w:color w:val="0000EE"/>
            <w:u w:val="single"/>
          </w:rPr>
          <w:t>[2]</w:t>
        </w:r>
      </w:hyperlink>
      <w:r>
        <w:t>】【</w:t>
      </w:r>
      <w:hyperlink r:id="rId10">
        <w:r>
          <w:rPr>
            <w:color w:val="0000EE"/>
            <w:u w:val="single"/>
          </w:rPr>
          <w:t>[3]</w:t>
        </w:r>
      </w:hyperlink>
      <w:r>
        <w:t>】</w:t>
      </w:r>
      <w:r/>
    </w:p>
    <w:p>
      <w:pPr>
        <w:pStyle w:val="Heading2"/>
      </w:pPr>
      <w:r>
        <w:t>The fandom isn't limited to couples</w:t>
      </w:r>
      <w:r/>
    </w:p>
    <w:p>
      <w:r/>
      <w:r>
        <w:t>Gay couples were prominent in the costume wave, but they weren't the only fans joining in. Women also dressed up as Shane and Ilya, underlining that the show's appeal extends beyond people looking for a matching couples outfit.</w:t>
      </w:r>
      <w:r/>
    </w:p>
    <w:p>
      <w:r/>
      <w:r>
        <w:t>And that flexibility is part of the fun. Some fans can go all-in with character details; others can wear the jerseys and let recognition do the work. Either way, the costumes turn a shared love of the series into a social, visible bit of Halloween theatre. (Outsports; Instagram post and reels.)【</w:t>
      </w:r>
      <w:hyperlink r:id="rId9">
        <w:r>
          <w:rPr>
            <w:color w:val="0000EE"/>
            <w:u w:val="single"/>
          </w:rPr>
          <w:t>[2]</w:t>
        </w:r>
      </w:hyperlink>
      <w:r>
        <w:t>】【</w:t>
      </w:r>
      <w:hyperlink r:id="rId13">
        <w:r>
          <w:rPr>
            <w:color w:val="0000EE"/>
            <w:u w:val="single"/>
          </w:rPr>
          <w:t>[6]</w:t>
        </w:r>
      </w:hyperlink>
      <w:r>
        <w:t>】【</w:t>
      </w:r>
      <w:hyperlink r:id="rId14">
        <w:r>
          <w:rPr>
            <w:color w:val="0000EE"/>
            <w:u w:val="single"/>
          </w:rPr>
          <w:t>[7]</w:t>
        </w:r>
      </w:hyperlink>
      <w:r>
        <w:t>】</w:t>
      </w:r>
      <w:r/>
    </w:p>
    <w:p>
      <w:pPr>
        <w:pStyle w:val="Heading2"/>
      </w:pPr>
      <w:r>
        <w:t>Season 2 gives fans another reason to celebrate</w:t>
      </w:r>
      <w:r/>
    </w:p>
    <w:p>
      <w:r/>
      <w:r>
        <w:t>The costumes arrive ahead of the characters' return to television in Heated Rivalry season two, expected in April, according to Outsports. For fans, that means Halloween has doubled as a bit of anticipation, with the show's central romance already making its way into parties and group photos.</w:t>
      </w:r>
      <w:r/>
    </w:p>
    <w:p>
      <w:r/>
      <w:r>
        <w:t>If you're planning a themed outfit yourself, start with the details your friends will recognise: a jersey, a scene-specific look or even a small phone-contact joke. The sweetest costumes aren't always the most elaborate; sometimes one knowing reference is enough. (Outsports.)【</w:t>
      </w:r>
      <w:hyperlink r:id="rId9">
        <w:r>
          <w:rPr>
            <w:color w:val="0000EE"/>
            <w:u w:val="single"/>
          </w:rPr>
          <w:t>[2]</w:t>
        </w:r>
      </w:hyperlink>
      <w:r>
        <w:t>】</w:t>
      </w:r>
      <w:r/>
    </w:p>
    <w:p>
      <w:r/>
      <w:r>
        <w:t>It's a small costume idea with plenty of heart, whether you choose a jersey or a detail only fellow fans will catch.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[2]</w:t>
        </w:r>
      </w:hyperlink>
      <w:r>
        <w:t xml:space="preserve">,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9">
        <w:r>
          <w:rPr>
            <w:color w:val="0000EE"/>
            <w:u w:val="single"/>
          </w:rPr>
          <w:t>[2]</w:t>
        </w:r>
      </w:hyperlink>
      <w:r>
        <w:t xml:space="preserve">, </w:t>
      </w:r>
      <w:hyperlink r:id="rId13">
        <w:r>
          <w:rPr>
            <w:color w:val="0000EE"/>
            <w:u w:val="single"/>
          </w:rPr>
          <w:t>[6]</w:t>
        </w:r>
      </w:hyperlink>
      <w:r>
        <w:t xml:space="preserve">, </w:t>
      </w:r>
      <w:hyperlink r:id="rId14">
        <w:r>
          <w:rPr>
            <w:color w:val="0000EE"/>
            <w:u w:val="single"/>
          </w:rPr>
          <w:t>[7]</w:t>
        </w:r>
      </w:hyperlink>
      <w:r>
        <w:t xml:space="preserve">- Paragraph 5: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https://www.outsports.com/2026/11/2/24146584/heated-rivalry-shane-hollander-ilya-rozanov-halloween-costumes-gay-couples/</w:t>
        </w:r>
      </w:hyperlink>
      <w:r>
        <w:t xml:space="preserve"> - Please view link - unable to able to access data</w:t>
      </w:r>
      <w:r/>
    </w:p>
    <w:p>
      <w:pPr>
        <w:pStyle w:val="ListNumber"/>
        <w:spacing w:line="240" w:lineRule="auto"/>
        <w:ind w:left="720"/>
      </w:pPr>
      <w:r/>
      <w:hyperlink r:id="rId9">
        <w:r>
          <w:rPr>
            <w:color w:val="0000EE"/>
            <w:u w:val="single"/>
          </w:rPr>
          <w:t>https://www.outsports.com/2026/11/2/24146584/heated-rivalry-shane-hollander-ilya-rozanov-halloween-costumes-gay-couples/</w:t>
        </w:r>
      </w:hyperlink>
      <w:r>
        <w:t xml:space="preserve"> - Outsports reports that couples and other Halloween revellers dressed as Shane Hollander and Ilya Rozanov, the central couple in Heated Rivalry. The article highlights costumes inspired by the characters’ hockey jerseys, as well as outfits recreating the clothes worn when Ilya arrives at The Cottage. It mentions singer Scott Hoying, his husband Mark and their baby dressed as a hockey puck, alongside other couples and women who joined the trend. One pair used the characters’ secret contact aliases, “Jane and Lily”. The article presents the costumes as evidence of the show’s growing cultural visibility and links to Instagram posts featuring the outfits.</w:t>
      </w:r>
      <w:r/>
    </w:p>
    <w:p>
      <w:pPr>
        <w:pStyle w:val="ListNumber"/>
        <w:spacing w:line="240" w:lineRule="auto"/>
        <w:ind w:left="720"/>
      </w:pPr>
      <w:r/>
      <w:hyperlink r:id="rId10">
        <w:r>
          <w:rPr>
            <w:color w:val="0000EE"/>
            <w:u w:val="single"/>
          </w:rPr>
          <w:t>https://www.instagram.com/p/DfLHryyktCT/</w:t>
        </w:r>
      </w:hyperlink>
      <w:r>
        <w:t xml:space="preserve"> - This Instagram post is embedded by Outsports to illustrate Scott Hoying and his husband Mark’s family Halloween costume inspired by Heated Rivalry. The publication describes their outfits as representing the show’s hockey-playing protagonists, Shane Hollander and Ilya Rozanov, and notes that the couple dressed their baby as a hockey puck. The post therefore supports the article’s example of a family adapting the popular television pairing into a coordinated costume. Instagram content may require a login or may not display in every region, but the post is the social-media item linked directly from the relevant section of the Outsports report.</w:t>
      </w:r>
      <w:r/>
    </w:p>
    <w:p>
      <w:pPr>
        <w:pStyle w:val="ListNumber"/>
        <w:spacing w:line="240" w:lineRule="auto"/>
        <w:ind w:left="720"/>
      </w:pPr>
      <w:r/>
      <w:hyperlink r:id="rId11">
        <w:r>
          <w:rPr>
            <w:color w:val="0000EE"/>
            <w:u w:val="single"/>
          </w:rPr>
          <w:t>https://www.instagram.com/reel/De7lWVmtOQ6/</w:t>
        </w:r>
      </w:hyperlink>
      <w:r>
        <w:t xml:space="preserve"> - This Instagram reel is linked in the Outsports article as an example of a couple recreating Shane and Ilya’s appearance from the scene at The Cottage. Rather than relying on the characters’ hockey jerseys, the costumes use clothing associated with Ilya’s arrival at the location, offering a recognisable reference to a specific moment in Heated Rivalry. The article describes the pair as standing out and going viral. The reel provides visual social-media context for that claim and complements the article’s broader account of couples choosing both uniform-based and scene-specific interpretations of the show’s central romance.</w:t>
      </w:r>
      <w:r/>
    </w:p>
    <w:p>
      <w:pPr>
        <w:pStyle w:val="ListNumber"/>
        <w:spacing w:line="240" w:lineRule="auto"/>
        <w:ind w:left="720"/>
      </w:pPr>
      <w:r/>
      <w:hyperlink r:id="rId12">
        <w:r>
          <w:rPr>
            <w:color w:val="0000EE"/>
            <w:u w:val="single"/>
          </w:rPr>
          <w:t>https://www.instagram.com/p/DfCd62KjsiT/</w:t>
        </w:r>
      </w:hyperlink>
      <w:r>
        <w:t xml:space="preserve"> - Outsports embeds this Instagram post among examples of people dressing as Heated Rivalry characters for Halloween. The post is attributed to Jake and Max and supports the article’s account that the costume trend extended beyond one high-profile couple. The article groups this example with other social posts showing people taking on the roles of Shane Hollander and Ilya Rozanov, the fictional hockey rivals whose relationship drives the series. The linked post offers a direct visual reference for the costume coverage, though the Outsports article supplies the wider context about the characters, the Halloween trend and its popularity among LGBTQ+ couples.</w:t>
      </w:r>
      <w:r/>
    </w:p>
    <w:p>
      <w:pPr>
        <w:pStyle w:val="ListNumber"/>
        <w:spacing w:line="240" w:lineRule="auto"/>
        <w:ind w:left="720"/>
      </w:pPr>
      <w:r/>
      <w:hyperlink r:id="rId13">
        <w:r>
          <w:rPr>
            <w:color w:val="0000EE"/>
            <w:u w:val="single"/>
          </w:rPr>
          <w:t>https://www.instagram.com/p/DfCmfBdCNdo/</w:t>
        </w:r>
      </w:hyperlink>
      <w:r>
        <w:t xml:space="preserve"> - This Instagram post, attributed in Outsports to Matthew, is included in the article’s section about couples interpreting Heated Rivalry beyond the standard hockey-jersey look. The pair called themselves “Jane and Lily”, referring to the aliases Shane and Ilya use for one another in their phone contacts within the story. That detail connects their costume concept to the characters’ relationship and their efforts to keep it private. The post supports the article’s example of a more story-specific costume choice, while the article explains the significance of the names and places the post among a wider collection of Halloween tributes to the series.</w:t>
      </w:r>
      <w:r/>
    </w:p>
    <w:p>
      <w:pPr>
        <w:pStyle w:val="ListNumber"/>
        <w:spacing w:line="240" w:lineRule="auto"/>
        <w:ind w:left="720"/>
      </w:pPr>
      <w:r/>
      <w:hyperlink r:id="rId14">
        <w:r>
          <w:rPr>
            <w:color w:val="0000EE"/>
            <w:u w:val="single"/>
          </w:rPr>
          <w:t>https://www.instagram.com/reel/DfAaQHRuJFl/</w:t>
        </w:r>
      </w:hyperlink>
      <w:r>
        <w:t xml:space="preserve"> - This Instagram reel is embedded in the Outsports article as an example of women joining the Heated Rivalry couples-costume trend. It supports the report’s observation that the Halloween costumes were not limited to gay male couples or to people reproducing the protagonists’ hockey uniforms. The article identifies the post as coming from Chloe and includes it after discussing the “Jane and Lily” costume, broadening its examples of fans representing the show’s central pairing. The reel is a linked visual source for that point; the surrounding Outsports text provides the context about the characters, the series and the costumes’ popularity during Halloween.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ports.com/2026/11/2/24146584/heated-rivalry-shane-hollander-ilya-rozanov-halloween-costumes-gay-couples/" TargetMode="External"/><Relationship Id="rId10" Type="http://schemas.openxmlformats.org/officeDocument/2006/relationships/hyperlink" Target="https://www.instagram.com/p/DfLHryyktCT/" TargetMode="External"/><Relationship Id="rId11" Type="http://schemas.openxmlformats.org/officeDocument/2006/relationships/hyperlink" Target="https://www.instagram.com/reel/De7lWVmtOQ6/" TargetMode="External"/><Relationship Id="rId12" Type="http://schemas.openxmlformats.org/officeDocument/2006/relationships/hyperlink" Target="https://www.instagram.com/p/DfCd62KjsiT/" TargetMode="External"/><Relationship Id="rId13" Type="http://schemas.openxmlformats.org/officeDocument/2006/relationships/hyperlink" Target="https://www.instagram.com/p/DfCmfBdCNdo/" TargetMode="External"/><Relationship Id="rId14" Type="http://schemas.openxmlformats.org/officeDocument/2006/relationships/hyperlink" Target="https://www.instagram.com/reel/DfAaQHRuJF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