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Ezra Sosa Wants a Same-Sex Dancing With the Stars Partner</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Dancing With the Stars pro Ezra Sosa is hoping to make his long-held wish a reality: partnering with a man on the hit dance show. The openly gay dancer says he has raised the idea with casting, and his enthusiasm reflects a broader conversation about representation, chemistry and what audiences want to see on the ballroom floor.</w:t>
      </w:r>
      <w:r/>
    </w:p>
    <w:p>
      <w:pPr>
        <w:pStyle w:val="Heading2"/>
      </w:pPr>
      <w:r>
        <w:t>Essential Takeaways</w:t>
      </w:r>
      <w:r/>
      <w:r/>
    </w:p>
    <w:p>
      <w:pPr>
        <w:pStyle w:val="ListBullet"/>
        <w:spacing w:line="240" w:lineRule="auto"/>
        <w:ind w:left="720"/>
      </w:pPr>
      <w:r/>
      <w:r>
        <w:rPr>
          <w:b/>
        </w:rPr>
        <w:t>A long-held ambition:</w:t>
      </w:r>
      <w:r>
        <w:t xml:space="preserve"> Sosa says he has wanted a same-sex partnership since joining the show.</w:t>
      </w:r>
      <w:r/>
    </w:p>
    <w:p>
      <w:pPr>
        <w:pStyle w:val="ListBullet"/>
        <w:spacing w:line="240" w:lineRule="auto"/>
        <w:ind w:left="720"/>
      </w:pPr>
      <w:r/>
      <w:r>
        <w:rPr>
          <w:b/>
        </w:rPr>
        <w:t>He’s made his case:</w:t>
      </w:r>
      <w:r>
        <w:t xml:space="preserve"> The dancer says he has spoken to the casting director, though no decision has been announced.</w:t>
      </w:r>
      <w:r/>
    </w:p>
    <w:p>
      <w:pPr>
        <w:pStyle w:val="ListBullet"/>
        <w:spacing w:line="240" w:lineRule="auto"/>
        <w:ind w:left="720"/>
      </w:pPr>
      <w:r/>
      <w:r>
        <w:rPr>
          <w:b/>
        </w:rPr>
        <w:t>It’s happened before:</w:t>
      </w:r>
      <w:r>
        <w:t xml:space="preserve"> Same-sex partnerships have featured on Dancing With the Stars, but they remain less common.</w:t>
      </w:r>
      <w:r/>
    </w:p>
    <w:p>
      <w:pPr>
        <w:pStyle w:val="ListBullet"/>
        <w:spacing w:line="240" w:lineRule="auto"/>
        <w:ind w:left="720"/>
      </w:pPr>
      <w:r/>
      <w:r>
        <w:rPr>
          <w:b/>
        </w:rPr>
        <w:t>A personal connection:</w:t>
      </w:r>
      <w:r>
        <w:t xml:space="preserve"> Sosa has spoken publicly about being part of the queer community and his interest in same-sex dancing.</w:t>
      </w:r>
      <w:r/>
      <w:r/>
    </w:p>
    <w:p>
      <w:pPr>
        <w:pStyle w:val="Heading2"/>
      </w:pPr>
      <w:r>
        <w:t>Ezra Sosa has a ballroom wish he wants to make real</w:t>
      </w:r>
      <w:r/>
    </w:p>
    <w:p>
      <w:r/>
      <w:r>
        <w:t>For Ezra Sosa, a dream Dancing With the Stars partner isn't one particular celebrity. It's the chance to dance with a man, a possibility he says he's been working towards since joining the show.</w:t>
      </w:r>
      <w:r/>
    </w:p>
    <w:p>
      <w:r/>
      <w:r>
        <w:t xml:space="preserve">Sosa has told Out that he wants a same-sex partnership and has put the idea to the casting director. He describes the possibility as deeply meaningful, connecting it to his identity and his passion for same-sex dancing. </w:t>
      </w:r>
      <w:r>
        <w:rPr>
          <w:b/>
        </w:rPr>
        <w:t>Sources:</w:t>
      </w:r>
      <w:r>
        <w:t xml:space="preserve"> Out; Parade.</w:t>
      </w:r>
      <w:r/>
    </w:p>
    <w:p>
      <w:pPr>
        <w:pStyle w:val="Heading2"/>
      </w:pPr>
      <w:r>
        <w:t>Why a same-sex partnership matters to him</w:t>
      </w:r>
      <w:r/>
    </w:p>
    <w:p>
      <w:r/>
      <w:r>
        <w:t>This isn't simply a casting preference for Sosa. As an openly gay professional, he has spoken about wanting to bring his enthusiasm for same-sex dancing to the ballroom, where celebrity pairings are usually presented as a man and a woman.</w:t>
      </w:r>
      <w:r/>
    </w:p>
    <w:p>
      <w:r/>
      <w:r>
        <w:t xml:space="preserve">That makes the idea feel personal as well as performative. A partnership could let Sosa explore a different kind of dance dynamic while giving viewers another way to see connection and chemistry on the show. </w:t>
      </w:r>
      <w:r>
        <w:rPr>
          <w:b/>
        </w:rPr>
        <w:t>Sources:</w:t>
      </w:r>
      <w:r>
        <w:t xml:space="preserve"> Out; Parade.</w:t>
      </w:r>
      <w:r/>
    </w:p>
    <w:p>
      <w:pPr>
        <w:pStyle w:val="Heading2"/>
      </w:pPr>
      <w:r>
        <w:t>Has Dancing With the Stars paired two men before?</w:t>
      </w:r>
      <w:r/>
    </w:p>
    <w:p>
      <w:r/>
      <w:r>
        <w:t xml:space="preserve">Yes. Same-sex pairings have appeared on Dancing With the Stars, so the idea wouldn't be entirely new to the programme. But they're still less familiar than the show's traditional pairings, which helps explain why Sosa's hopes have caught fans' attention. </w:t>
      </w:r>
      <w:r>
        <w:rPr>
          <w:b/>
        </w:rPr>
        <w:t>Sources:</w:t>
      </w:r>
      <w:r>
        <w:t xml:space="preserve"> ABC; Associated Press.</w:t>
      </w:r>
      <w:r/>
    </w:p>
    <w:p>
      <w:r/>
      <w:r>
        <w:t xml:space="preserve">The wider show continues to draw attention through its celebrity cast and professional dancers. The Associated Press' coverage of the 2026 cast offers a snapshot of the programme's ongoing format, while ABC's cast page provides official information about its performers. </w:t>
      </w:r>
      <w:r>
        <w:rPr>
          <w:b/>
        </w:rPr>
        <w:t>Sources:</w:t>
      </w:r>
      <w:r>
        <w:t xml:space="preserve"> Associated Press; ABC.</w:t>
      </w:r>
      <w:r/>
    </w:p>
    <w:p>
      <w:pPr>
        <w:pStyle w:val="Heading2"/>
      </w:pPr>
      <w:r>
        <w:t>What could a new pairing bring to the ballroom?</w:t>
      </w:r>
      <w:r/>
    </w:p>
    <w:p>
      <w:r/>
      <w:r>
        <w:t>A same-sex partnership would give Sosa a chance to bring his perspective to the choreography, but the success of any pairing would also depend on the familiar ingredients: practice, trust and a strong connection on the dance floor. It could be a fresh creative challenge without losing the spectacle fans tune in for.</w:t>
      </w:r>
      <w:r/>
    </w:p>
    <w:p>
      <w:r/>
      <w:r>
        <w:t xml:space="preserve">Sosa has also talked about coming out and his hopes for his future on the show in a Parade video. That mix of ambition and openness makes his wish easy to understand, even if casting remains out of his hands. </w:t>
      </w:r>
      <w:r>
        <w:rPr>
          <w:b/>
        </w:rPr>
        <w:t>Sources:</w:t>
      </w:r>
      <w:r>
        <w:t xml:space="preserve"> Parade; Out.</w:t>
      </w:r>
      <w:r/>
    </w:p>
    <w:p>
      <w:pPr>
        <w:pStyle w:val="Heading2"/>
      </w:pPr>
      <w:r>
        <w:t>Will Ezra Sosa get his dream partner next season?</w:t>
      </w:r>
      <w:r/>
    </w:p>
    <w:p>
      <w:r/>
      <w:r>
        <w:t xml:space="preserve">For now, there's no confirmed casting decision, and putting in a request is not the same as having a partner locked in. Sosa's comments show he's keen, but the eventual line-up will depend on the show's casting plans. </w:t>
      </w:r>
      <w:r>
        <w:rPr>
          <w:b/>
        </w:rPr>
        <w:t>Sources:</w:t>
      </w:r>
      <w:r>
        <w:t xml:space="preserve"> Out; Parade.</w:t>
      </w:r>
      <w:r/>
    </w:p>
    <w:p>
      <w:r/>
      <w:r>
        <w:t xml:space="preserve">Still, his wish has given fans something to picture: Sosa bringing his energy and dance experience to a pairing he has wanted for years. Sometimes the most exciting casting idea is the one that makes the ballroom feel a little more open. </w:t>
      </w:r>
      <w:r>
        <w:rPr>
          <w:b/>
        </w:rPr>
        <w:t>Sources:</w:t>
      </w:r>
      <w:r>
        <w:t xml:space="preserve"> Out; Parade.</w:t>
      </w:r>
      <w:r/>
    </w:p>
    <w:p>
      <w:r/>
      <w:r>
        <w:t>It's a small casting decision with the potential to make a big impression on the dance floor.</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[7]</w:t>
        </w:r>
      </w:hyperlink>
      <w:r>
        <w:t xml:space="preserve">- Paragraph 2: </w:t>
      </w:r>
      <w:hyperlink r:id="rId10">
        <w:r>
          <w:rPr>
            <w:color w:val="0000EE"/>
            <w:u w:val="single"/>
          </w:rPr>
          <w:t>[2]</w:t>
        </w:r>
      </w:hyperlink>
      <w:r>
        <w:t xml:space="preserve">, </w:t>
      </w:r>
      <w:hyperlink r:id="rId12">
        <w:r>
          <w:rPr>
            <w:color w:val="0000EE"/>
            <w:u w:val="single"/>
          </w:rPr>
          <w:t>[6]</w:t>
        </w:r>
      </w:hyperlink>
      <w:r>
        <w:t xml:space="preserve">- Paragraph 3: </w:t>
      </w:r>
      <w:hyperlink r:id="rId10">
        <w:r>
          <w:rPr>
            <w:color w:val="0000EE"/>
            <w:u w:val="single"/>
          </w:rPr>
          <w:t>[2]</w:t>
        </w:r>
      </w:hyperlink>
      <w:r>
        <w:t xml:space="preserve">, </w:t>
      </w:r>
      <w:hyperlink r:id="rId11">
        <w:r>
          <w:rPr>
            <w:color w:val="0000EE"/>
            <w:u w:val="single"/>
          </w:rPr>
          <w:t>[7]</w:t>
        </w:r>
      </w:hyperlink>
      <w:r>
        <w:t xml:space="preserve">- Paragraph 4: </w:t>
      </w:r>
      <w:hyperlink r:id="rId13">
        <w:r>
          <w:rPr>
            <w:color w:val="0000EE"/>
            <w:u w:val="single"/>
          </w:rPr>
          <w:t>[4]</w:t>
        </w:r>
      </w:hyperlink>
      <w:r>
        <w:t xml:space="preserve">, </w:t>
      </w:r>
      <w:hyperlink r:id="rId14">
        <w:r>
          <w:rPr>
            <w:color w:val="0000EE"/>
            <w:u w:val="single"/>
          </w:rPr>
          <w:t>[5]</w:t>
        </w:r>
      </w:hyperlink>
      <w:r>
        <w:t xml:space="preserve">- Paragraph 5: </w:t>
      </w:r>
      <w:hyperlink r:id="rId13">
        <w:r>
          <w:rPr>
            <w:color w:val="0000EE"/>
            <w:u w:val="single"/>
          </w:rPr>
          <w:t>[4]</w:t>
        </w:r>
      </w:hyperlink>
      <w:r>
        <w:t xml:space="preserve">, </w:t>
      </w:r>
      <w:hyperlink r:id="rId14">
        <w:r>
          <w:rPr>
            <w:color w:val="0000EE"/>
            <w:u w:val="single"/>
          </w:rPr>
          <w:t>[5]</w:t>
        </w:r>
      </w:hyperlink>
      <w:r>
        <w:t xml:space="preserve">- Paragraph 6: </w:t>
      </w:r>
      <w:hyperlink r:id="rId10">
        <w:r>
          <w:rPr>
            <w:color w:val="0000EE"/>
            <w:u w:val="single"/>
          </w:rPr>
          <w:t>[2]</w:t>
        </w:r>
      </w:hyperlink>
      <w:r>
        <w:t xml:space="preserve">, </w:t>
      </w:r>
      <w:hyperlink r:id="rId11">
        <w:r>
          <w:rPr>
            <w:color w:val="0000EE"/>
            <w:u w:val="single"/>
          </w:rPr>
          <w:t>[7]</w:t>
        </w:r>
      </w:hyperlink>
      <w:r>
        <w:t xml:space="preserve">- Paragraph 7: </w:t>
      </w:r>
      <w:hyperlink r:id="rId10">
        <w:r>
          <w:rPr>
            <w:color w:val="0000EE"/>
            <w:u w:val="single"/>
          </w:rPr>
          <w:t>[2]</w:t>
        </w:r>
      </w:hyperlink>
      <w:r>
        <w:t xml:space="preserve">, </w:t>
      </w:r>
      <w:hyperlink r:id="rId12">
        <w:r>
          <w:rPr>
            <w:color w:val="0000EE"/>
            <w:u w:val="single"/>
          </w:rPr>
          <w:t>[6]</w:t>
        </w:r>
      </w:hyperlink>
      <w:r>
        <w:t xml:space="preserve">- Paragraph 8: </w:t>
      </w:r>
      <w:hyperlink r:id="rId10">
        <w:r>
          <w:rPr>
            <w:color w:val="0000EE"/>
            <w:u w:val="single"/>
          </w:rPr>
          <w:t>[2]</w:t>
        </w:r>
      </w:hyperlink>
      <w:r>
        <w:t xml:space="preserve">, </w:t>
      </w:r>
      <w:hyperlink r:id="rId11">
        <w:r>
          <w:rPr>
            <w:color w:val="0000EE"/>
            <w:u w:val="single"/>
          </w:rPr>
          <w:t>[7]</w:t>
        </w:r>
      </w:hyperlink>
      <w:r>
        <w:t xml:space="preserve">- Paragraph 9: </w:t>
      </w:r>
      <w:hyperlink r:id="rId10">
        <w:r>
          <w:rPr>
            <w:color w:val="0000EE"/>
            <w:u w:val="single"/>
          </w:rPr>
          <w:t>[2]</w:t>
        </w:r>
      </w:hyperlink>
      <w:r>
        <w:t xml:space="preserve">, </w:t>
      </w:r>
      <w:hyperlink r:id="rId12">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https://tvshowsace.com/2026/11/02/dwts-ezra-sosa-is-working-magic-to-get-his-dream-partner-next-season/</w:t>
        </w:r>
      </w:hyperlink>
      <w:r>
        <w:t xml:space="preserve"> - Please view link - unable to able to access data</w:t>
      </w:r>
      <w:r/>
    </w:p>
    <w:p>
      <w:pPr>
        <w:pStyle w:val="ListNumber"/>
        <w:spacing w:line="240" w:lineRule="auto"/>
        <w:ind w:left="720"/>
      </w:pPr>
      <w:r/>
      <w:hyperlink r:id="rId10">
        <w:r>
          <w:rPr>
            <w:color w:val="0000EE"/>
            <w:u w:val="single"/>
          </w:rPr>
          <w:t>https://out.com/celebs/ezra-sosa-dwts-same-sex</w:t>
        </w:r>
      </w:hyperlink>
      <w:r>
        <w:t xml:space="preserve"> - Out reports that Dancing with the Stars professional Ezra Sosa hopes to dance with a male celebrity in a future season. In an interview, Sosa says a same-sex partnership has been a long-standing ambition and that he has spoken to the programme’s casting director. He also discusses his enthusiasm for same-sex dancing, his place in the queer community and the importance of representation on mainstream television. The article gives background on his career, including joining the programme’s dance troupe before becoming a professional, and describes how he draws on queer culture in his choreography. It directly supports the article’s central claim about Sosa’s hoped-for future partner.</w:t>
      </w:r>
      <w:r/>
    </w:p>
    <w:p>
      <w:pPr>
        <w:pStyle w:val="ListNumber"/>
        <w:spacing w:line="240" w:lineRule="auto"/>
        <w:ind w:left="720"/>
      </w:pPr>
      <w:r/>
      <w:hyperlink r:id="rId15">
        <w:r>
          <w:rPr>
            <w:color w:val="0000EE"/>
            <w:u w:val="single"/>
          </w:rPr>
          <w:t>https://www.aol.com/articles/dancing-stars-pro-ezra-sosa-160848000.html</w:t>
        </w:r>
      </w:hyperlink>
      <w:r>
        <w:t xml:space="preserve"> - AOL summarises Ezra Sosa’s wish to compete on Dancing with the Stars with a male celebrity partner. It reports that the dancer, who is currently paired with Julia Stiles, told Out that this has been his dream since joining the programme and that he has already made his views known to the casting director. The story also provides context about Sosa’s career, his queer identity and the show’s same-sex partnerships, including JoJo Siwa and Jenna Johnson and Sarah Jane Nader and Hailey Bills. It is a close report of the interview and substantiates both the quoted ambition and the programme’s history.</w:t>
      </w:r>
      <w:r/>
    </w:p>
    <w:p>
      <w:pPr>
        <w:pStyle w:val="ListNumber"/>
        <w:spacing w:line="240" w:lineRule="auto"/>
        <w:ind w:left="720"/>
      </w:pPr>
      <w:r/>
      <w:hyperlink r:id="rId13">
        <w:r>
          <w:rPr>
            <w:color w:val="0000EE"/>
            <w:u w:val="single"/>
          </w:rPr>
          <w:t>https://abc.com/cast/eb22689a-9053-4dd9-a71e-ee12da1e5539</w:t>
        </w:r>
      </w:hyperlink>
      <w:r>
        <w:t xml:space="preserve"> - ABC’s official Dancing with the Stars cast biography identifies Ezra Sosa as a professional dancer and confirms that his season 35 celebrity partner is film and television star Julia Stiles. This source supports the article’s statement about Sosa’s current pairing, while establishing the programme’s official description of his role. The page is brief and does not discuss Sosa’s ambition for a same-sex partner, his previous finale appearance or his personal views. Its value is as a primary-source confirmation of the season 35 partnership, rather than as a source for the interview or the wider context about same-sex dancing.</w:t>
      </w:r>
      <w:r/>
    </w:p>
    <w:p>
      <w:pPr>
        <w:pStyle w:val="ListNumber"/>
        <w:spacing w:line="240" w:lineRule="auto"/>
        <w:ind w:left="720"/>
      </w:pPr>
      <w:r/>
      <w:hyperlink r:id="rId14">
        <w:r>
          <w:rPr>
            <w:color w:val="0000EE"/>
            <w:u w:val="single"/>
          </w:rPr>
          <w:t>https://apnews.com/article/dancing-with-stars-2026-cast-f1d587db5657824343c2b258b0695695</w:t>
        </w:r>
      </w:hyperlink>
      <w:r>
        <w:t xml:space="preserve"> - The Associated Press introduces the 2026 Dancing with the Stars cast and identifies Julia Stiles as one of the celebrity contestants. It reports that Stiles is partnered with professional dancer Ezra Sosa and notes that another same-sex pairing, Sarah Jane Nader and Hailey Bills, is competing that season. The article gives background on Stiles’s acting career and outlines the programme’s hosts, judges and premiere dates. Its reporting independently confirms the Sosa–Stiles partnership and provides useful context on same-sex pairings in the show. It does not cover Sosa’s interview or his request to be paired with a male celebrity.</w:t>
      </w:r>
      <w:r/>
    </w:p>
    <w:p>
      <w:pPr>
        <w:pStyle w:val="ListNumber"/>
        <w:spacing w:line="240" w:lineRule="auto"/>
        <w:ind w:left="720"/>
      </w:pPr>
      <w:r/>
      <w:hyperlink r:id="rId12">
        <w:r>
          <w:rPr>
            <w:color w:val="0000EE"/>
            <w:u w:val="single"/>
          </w:rPr>
          <w:t>https://parade.com/tv/dwts-ezra-sosa-anna-delvey-exclusive</w:t>
        </w:r>
      </w:hyperlink>
      <w:r>
        <w:t xml:space="preserve"> - Parade interviews Ezra Sosa about his experience dancing with Anna Delvey and his hopes for his professional future. Sosa reflects on making the most of his time with Delvey, explains that professional dancers are not guaranteed a place in future seasons, and discusses celebrities he would like to see on the programme. Crucially, he reiterates that having a same-sex partner is his biggest dream and mentions fans who suggested he partner with a male celebrity. The article also describes his pride, queer identity and support from fellow professional Louis van Amstel. It provides earlier interview evidence for Sosa’s publicly expressed ambition.</w:t>
      </w:r>
      <w:r/>
    </w:p>
    <w:p>
      <w:pPr>
        <w:pStyle w:val="ListNumber"/>
        <w:spacing w:line="240" w:lineRule="auto"/>
        <w:ind w:left="720"/>
      </w:pPr>
      <w:r/>
      <w:hyperlink r:id="rId11">
        <w:r>
          <w:rPr>
            <w:color w:val="0000EE"/>
            <w:u w:val="single"/>
          </w:rPr>
          <w:t>https://parade.com/video/ezra-sosa-on-drag-race-coming-out-and-manifesting-his-dwts-future</w:t>
        </w:r>
      </w:hyperlink>
      <w:r>
        <w:t xml:space="preserve"> - In this Parade video interview, Ezra Sosa discusses his life and career, including competing on Dancing with the Stars, partnering Anna Delvey and his experiences growing up gay in a family of dancers in Utah. The page also refers to his path through So You Think You Can Dance and the advice he received from Louis van Amstel as an openly gay professional on the programme. It offers relevant background on Sosa’s identity and career, which helps explain why queer representation and same-sex dancing matter to him. The listing does not independently verify his latest comments about requesting a male partner for a future season.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tvshowsace.com/2026/11/02/dwts-ezra-sosa-is-working-magic-to-get-his-dream-partner-next-season/" TargetMode="External"/><Relationship Id="rId10" Type="http://schemas.openxmlformats.org/officeDocument/2006/relationships/hyperlink" Target="https://out.com/celebs/ezra-sosa-dwts-same-sex" TargetMode="External"/><Relationship Id="rId11" Type="http://schemas.openxmlformats.org/officeDocument/2006/relationships/hyperlink" Target="https://parade.com/video/ezra-sosa-on-drag-race-coming-out-and-manifesting-his-dwts-future" TargetMode="External"/><Relationship Id="rId12" Type="http://schemas.openxmlformats.org/officeDocument/2006/relationships/hyperlink" Target="https://parade.com/tv/dwts-ezra-sosa-anna-delvey-exclusive" TargetMode="External"/><Relationship Id="rId13" Type="http://schemas.openxmlformats.org/officeDocument/2006/relationships/hyperlink" Target="https://abc.com/cast/eb22689a-9053-4dd9-a71e-ee12da1e5539" TargetMode="External"/><Relationship Id="rId14" Type="http://schemas.openxmlformats.org/officeDocument/2006/relationships/hyperlink" Target="https://apnews.com/article/dancing-with-stars-2026-cast-f1d587db5657824343c2b258b0695695" TargetMode="External"/><Relationship Id="rId15" Type="http://schemas.openxmlformats.org/officeDocument/2006/relationships/hyperlink" Target="https://www.aol.com/articles/dancing-stars-pro-ezra-sosa-160848000.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