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Dallas Rainbow Crosswalks: Why Oak Lawn Is Fighting Their Removal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familiar splash of colour once welcomed people to Cedar Springs Road, the heart of Dallas’s Oak Lawn LGBTQ+ neighbourhood. Now, after the city began removing its rainbow crosswalks in March 2026, residents and local businesses are asking what safety rules mean when some colourful markings stay and others disappear.</w:t>
      </w:r>
      <w:r>
        <w:t xml:space="preserve"> </w:t>
      </w:r>
      <w:hyperlink r:id="rId9">
        <w:r>
          <w:rPr>
            <w:color w:val="0000EE"/>
            <w:u w:val="single"/>
          </w:rPr>
          <w:t>[3]</w:t>
        </w:r>
      </w:hyperlink>
      <w:r>
        <w:t xml:space="preserve">, </w:t>
      </w:r>
      <w:hyperlink r:id="rId10">
        <w:r>
          <w:rPr>
            <w:color w:val="0000EE"/>
            <w:u w:val="single"/>
          </w:rPr>
          <w:t>[5]</w:t>
        </w:r>
      </w:hyperlink>
      <w:r/>
    </w:p>
    <w:p>
      <w:pPr>
        <w:pStyle w:val="Heading2"/>
      </w:pPr>
      <w:r>
        <w:t>Essential Takeaways</w:t>
      </w:r>
      <w:r/>
      <w:r/>
    </w:p>
    <w:p>
      <w:pPr>
        <w:pStyle w:val="ListBullet"/>
        <w:spacing w:line="240" w:lineRule="auto"/>
        <w:ind w:left="720"/>
      </w:pPr>
      <w:r/>
      <w:r>
        <w:rPr>
          <w:b/>
        </w:rPr>
        <w:t>A neighbourhood landmark:</w:t>
      </w:r>
      <w:r>
        <w:t xml:space="preserve"> The crossings helped mark Cedar Springs Road as a place of LGBTQ+ history, community and welcome. </w:t>
      </w:r>
      <w:hyperlink r:id="rId11">
        <w:r>
          <w:rPr>
            <w:color w:val="0000EE"/>
            <w:u w:val="single"/>
          </w:rPr>
          <w:t>[2]</w:t>
        </w:r>
      </w:hyperlink>
      <w:r/>
    </w:p>
    <w:p>
      <w:pPr>
        <w:pStyle w:val="ListBullet"/>
        <w:spacing w:line="240" w:lineRule="auto"/>
        <w:ind w:left="720"/>
      </w:pPr>
      <w:r/>
      <w:r>
        <w:rPr>
          <w:b/>
        </w:rPr>
        <w:t>Removal began in March 2026:</w:t>
      </w:r>
      <w:r>
        <w:t xml:space="preserve"> Dallas started taking out rainbow and Black Lives Matter crosswalks after state officials pushed for compliance with roadway-marking rules. </w:t>
      </w:r>
      <w:hyperlink r:id="rId9">
        <w:r>
          <w:rPr>
            <w:color w:val="0000EE"/>
            <w:u w:val="single"/>
          </w:rPr>
          <w:t>[3]</w:t>
        </w:r>
      </w:hyperlink>
      <w:r>
        <w:t xml:space="preserve">, </w:t>
      </w:r>
      <w:hyperlink r:id="rId12">
        <w:r>
          <w:rPr>
            <w:color w:val="0000EE"/>
            <w:u w:val="single"/>
          </w:rPr>
          <w:t>[4]</w:t>
        </w:r>
      </w:hyperlink>
      <w:r/>
    </w:p>
    <w:p>
      <w:pPr>
        <w:pStyle w:val="ListBullet"/>
        <w:spacing w:line="240" w:lineRule="auto"/>
        <w:ind w:left="720"/>
      </w:pPr>
      <w:r/>
      <w:r>
        <w:rPr>
          <w:b/>
        </w:rPr>
        <w:t>Local groups had already invested:</w:t>
      </w:r>
      <w:r>
        <w:t xml:space="preserve"> Cedar Springs businesses and LGBTQ+ organisations raised money to adapt the crossings to meet earlier standards. </w:t>
      </w:r>
      <w:hyperlink r:id="rId11">
        <w:r>
          <w:rPr>
            <w:color w:val="0000EE"/>
            <w:u w:val="single"/>
          </w:rPr>
          <w:t>[2]</w:t>
        </w:r>
      </w:hyperlink>
      <w:r/>
    </w:p>
    <w:p>
      <w:pPr>
        <w:pStyle w:val="ListBullet"/>
        <w:spacing w:line="240" w:lineRule="auto"/>
        <w:ind w:left="720"/>
      </w:pPr>
      <w:r/>
      <w:r>
        <w:rPr>
          <w:b/>
        </w:rPr>
        <w:t>Decorative designs can support safety:</w:t>
      </w:r>
      <w:r>
        <w:t xml:space="preserve"> A Bloomberg Philanthropies study found a lower rate of pedestrian crashes around streets featuring asphalt art. </w:t>
      </w:r>
      <w:hyperlink r:id="rId13">
        <w:r>
          <w:rPr>
            <w:color w:val="0000EE"/>
            <w:u w:val="single"/>
          </w:rPr>
          <w:t>[6]</w:t>
        </w:r>
      </w:hyperlink>
      <w:r/>
    </w:p>
    <w:p>
      <w:pPr>
        <w:pStyle w:val="ListBullet"/>
        <w:spacing w:line="240" w:lineRule="auto"/>
        <w:ind w:left="720"/>
      </w:pPr>
      <w:r/>
      <w:r>
        <w:rPr>
          <w:b/>
        </w:rPr>
        <w:t>Not every colourful marking was treated alike:</w:t>
      </w:r>
      <w:r>
        <w:t xml:space="preserve"> Dallas Voice reported that the SMU Mustang design in University Park would remain. </w:t>
      </w:r>
      <w:hyperlink r:id="rId14">
        <w:r>
          <w:rPr>
            <w:color w:val="0000EE"/>
            <w:u w:val="single"/>
          </w:rPr>
          <w:t>[7]</w:t>
        </w:r>
      </w:hyperlink>
      <w:r/>
      <w:r/>
    </w:p>
    <w:p>
      <w:pPr>
        <w:pStyle w:val="Heading2"/>
      </w:pPr>
      <w:r>
        <w:t>The rainbow crossings were more than decoration</w:t>
      </w:r>
      <w:r/>
    </w:p>
    <w:p>
      <w:r/>
      <w:r>
        <w:t xml:space="preserve">At either end of Cedar Springs Road, the rainbow stripes did the work of a landmark: a bright, unmistakable sign that Oak Lawn was a place where LGBTQ+ people could feel at home. For residents and visitors alike, that welcome was visible before they ever stepped into a bar, shop or community space. </w:t>
      </w:r>
      <w:hyperlink r:id="rId11">
        <w:r>
          <w:rPr>
            <w:color w:val="0000EE"/>
            <w:u w:val="single"/>
          </w:rPr>
          <w:t>[2]</w:t>
        </w:r>
      </w:hyperlink>
      <w:r/>
    </w:p>
    <w:p>
      <w:r/>
      <w:r>
        <w:t xml:space="preserve">Local voices described the crossings as a marker of belonging and a link to the people who had built the neighbourhood’s history. That’s what makes their removal feel different from repainting an ordinary stretch of road. The colours carried meaning well beyond the kerb. </w:t>
      </w:r>
      <w:hyperlink r:id="rId11">
        <w:r>
          <w:rPr>
            <w:color w:val="0000EE"/>
            <w:u w:val="single"/>
          </w:rPr>
          <w:t>[2]</w:t>
        </w:r>
      </w:hyperlink>
      <w:r>
        <w:t xml:space="preserve">, </w:t>
      </w:r>
      <w:hyperlink r:id="rId10">
        <w:r>
          <w:rPr>
            <w:color w:val="0000EE"/>
            <w:u w:val="single"/>
          </w:rPr>
          <w:t>[5]</w:t>
        </w:r>
      </w:hyperlink>
      <w:r/>
    </w:p>
    <w:p>
      <w:pPr>
        <w:pStyle w:val="Heading2"/>
      </w:pPr>
      <w:r>
        <w:t>Why Dallas began removing the crosswalks</w:t>
      </w:r>
      <w:r/>
    </w:p>
    <w:p>
      <w:r/>
      <w:r>
        <w:t xml:space="preserve">The change followed a directive from Texas Governor Greg Abbott calling for cities to remove certain roadway markings or risk losing transport funding. State officials cited concerns about driver distraction, and Dallas began removing its rainbow and Black Lives Matter crossings in March 2026. </w:t>
      </w:r>
      <w:hyperlink r:id="rId9">
        <w:r>
          <w:rPr>
            <w:color w:val="0000EE"/>
            <w:u w:val="single"/>
          </w:rPr>
          <w:t>[3]</w:t>
        </w:r>
      </w:hyperlink>
      <w:r>
        <w:t xml:space="preserve">, </w:t>
      </w:r>
      <w:hyperlink r:id="rId12">
        <w:r>
          <w:rPr>
            <w:color w:val="0000EE"/>
            <w:u w:val="single"/>
          </w:rPr>
          <w:t>[4]</w:t>
        </w:r>
      </w:hyperlink>
      <w:r/>
    </w:p>
    <w:p>
      <w:r/>
      <w:r>
        <w:t xml:space="preserve">The Cedar Springs crossings had already been altered to meet roadway requirements, with local groups helping fund a striped design. Even so, the city’s effort to secure an exception did not prevent their removal. For the businesses and residents who had spent years getting the crossings installed and updated, that was a particularly dispiriting turn. </w:t>
      </w:r>
      <w:hyperlink r:id="rId11">
        <w:r>
          <w:rPr>
            <w:color w:val="0000EE"/>
            <w:u w:val="single"/>
          </w:rPr>
          <w:t>[2]</w:t>
        </w:r>
      </w:hyperlink>
      <w:r>
        <w:t xml:space="preserve">, </w:t>
      </w:r>
      <w:hyperlink r:id="rId9">
        <w:r>
          <w:rPr>
            <w:color w:val="0000EE"/>
            <w:u w:val="single"/>
          </w:rPr>
          <w:t>[3]</w:t>
        </w:r>
      </w:hyperlink>
      <w:r>
        <w:t xml:space="preserve">, </w:t>
      </w:r>
      <w:hyperlink r:id="rId10">
        <w:r>
          <w:rPr>
            <w:color w:val="0000EE"/>
            <w:u w:val="single"/>
          </w:rPr>
          <w:t>[5]</w:t>
        </w:r>
      </w:hyperlink>
      <w:r/>
    </w:p>
    <w:p>
      <w:pPr>
        <w:pStyle w:val="Heading2"/>
      </w:pPr>
      <w:r>
        <w:t>What the safety research says about colourful streets</w:t>
      </w:r>
      <w:r/>
    </w:p>
    <w:p>
      <w:r/>
      <w:r>
        <w:t xml:space="preserve">The argument for taking down decorative crosswalks has centred on road safety. But research into asphalt art points to a more complicated picture: Bloomberg Philanthropies’ study found a 50% reduction in the rate of pedestrian crashes at sites with the artwork. </w:t>
      </w:r>
      <w:hyperlink r:id="rId13">
        <w:r>
          <w:rPr>
            <w:color w:val="0000EE"/>
            <w:u w:val="single"/>
          </w:rPr>
          <w:t>[6]</w:t>
        </w:r>
      </w:hyperlink>
      <w:r/>
    </w:p>
    <w:p>
      <w:r/>
      <w:r>
        <w:t xml:space="preserve">That result doesn’t mean every painted design is automatically safe or suitable for every junction. It does, however, suggest that colour alone isn’t proof of a hazard. Any safety decision is stronger when it considers evidence and the specific street, rather than treating all decorative markings as interchangeable. </w:t>
      </w:r>
      <w:hyperlink r:id="rId13">
        <w:r>
          <w:rPr>
            <w:color w:val="0000EE"/>
            <w:u w:val="single"/>
          </w:rPr>
          <w:t>[6]</w:t>
        </w:r>
      </w:hyperlink>
      <w:r/>
    </w:p>
    <w:p>
      <w:pPr>
        <w:pStyle w:val="Heading2"/>
      </w:pPr>
      <w:r>
        <w:t>Why some markings remain</w:t>
      </w:r>
      <w:r/>
    </w:p>
    <w:p>
      <w:r/>
      <w:r>
        <w:t xml:space="preserve">The comparison drawing the most attention is at Hillcrest Road and Daniel Avenue in University Park, where the SMU Mustang remains in the intersection. Dallas Voice reported that officials considered the design compliant and said the Texas Department of Transportation had not asked for further action. </w:t>
      </w:r>
      <w:hyperlink r:id="rId14">
        <w:r>
          <w:rPr>
            <w:color w:val="0000EE"/>
            <w:u w:val="single"/>
          </w:rPr>
          <w:t>[7]</w:t>
        </w:r>
      </w:hyperlink>
      <w:r/>
    </w:p>
    <w:p>
      <w:r/>
      <w:r>
        <w:t xml:space="preserve">That contrast has left residents questioning how the rules are being applied. The visual difference between a school mascot and a pride symbol may be obvious, but the public explanation hinges on compliance and safety. Consistent standards matter, especially when a policy removes symbols that communities have paid to install. </w:t>
      </w:r>
      <w:hyperlink r:id="rId9">
        <w:r>
          <w:rPr>
            <w:color w:val="0000EE"/>
            <w:u w:val="single"/>
          </w:rPr>
          <w:t>[3]</w:t>
        </w:r>
      </w:hyperlink>
      <w:r>
        <w:t xml:space="preserve">, </w:t>
      </w:r>
      <w:hyperlink r:id="rId14">
        <w:r>
          <w:rPr>
            <w:color w:val="0000EE"/>
            <w:u w:val="single"/>
          </w:rPr>
          <w:t>[7]</w:t>
        </w:r>
      </w:hyperlink>
      <w:r/>
    </w:p>
    <w:p>
      <w:pPr>
        <w:pStyle w:val="Heading2"/>
      </w:pPr>
      <w:r>
        <w:t>What the fight means for Oak Lawn</w:t>
      </w:r>
      <w:r/>
    </w:p>
    <w:p>
      <w:r/>
      <w:r>
        <w:t xml:space="preserve">The crosswalks were funded and maintained through local effort, including support from Cedar Springs businesses and LGBTQ+ organisations. Their removal therefore reaches beyond paint: it also raises questions about who gets to shape a neighbourhood’s public spaces and how much say local communities have in keeping their landmarks. </w:t>
      </w:r>
      <w:hyperlink r:id="rId11">
        <w:r>
          <w:rPr>
            <w:color w:val="0000EE"/>
            <w:u w:val="single"/>
          </w:rPr>
          <w:t>[2]</w:t>
        </w:r>
      </w:hyperlink>
      <w:r>
        <w:t xml:space="preserve">, </w:t>
      </w:r>
      <w:hyperlink r:id="rId10">
        <w:r>
          <w:rPr>
            <w:color w:val="0000EE"/>
            <w:u w:val="single"/>
          </w:rPr>
          <w:t>[5]</w:t>
        </w:r>
      </w:hyperlink>
      <w:r/>
    </w:p>
    <w:p>
      <w:r/>
      <w:r>
        <w:t xml:space="preserve">For Oak Lawn, the colours had become part of the street’s identity, a simple but powerful invitation to feel welcome. The debate over what replaces them is still tied to a larger question: how can cities make roads safe without erasing the symbols that help people feel they belong? </w:t>
      </w:r>
      <w:hyperlink r:id="rId11">
        <w:r>
          <w:rPr>
            <w:color w:val="0000EE"/>
            <w:u w:val="single"/>
          </w:rPr>
          <w:t>[2]</w:t>
        </w:r>
      </w:hyperlink>
      <w:r>
        <w:t xml:space="preserve">, </w:t>
      </w:r>
      <w:hyperlink r:id="rId9">
        <w:r>
          <w:rPr>
            <w:color w:val="0000EE"/>
            <w:u w:val="single"/>
          </w:rPr>
          <w:t>[3]</w:t>
        </w:r>
      </w:hyperlink>
      <w:r/>
    </w:p>
    <w:p>
      <w:r/>
      <w:r>
        <w:t xml:space="preserve">It’s worth watching how Dallas applies its rules next, and whether community voices get a seat at the table. </w:t>
      </w:r>
      <w:hyperlink r:id="rId9">
        <w:r>
          <w:rPr>
            <w:color w:val="0000EE"/>
            <w:u w:val="single"/>
          </w:rPr>
          <w:t>[3]</w:t>
        </w:r>
      </w:hyperlink>
      <w:r>
        <w:t xml:space="preserve">, </w:t>
      </w:r>
      <w:hyperlink r:id="rId14">
        <w:r>
          <w:rPr>
            <w:color w:val="0000EE"/>
            <w:u w:val="single"/>
          </w:rPr>
          <w:t>[7]</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Paragraph 2: </w:t>
      </w:r>
      <w:hyperlink r:id="rId11">
        <w:r>
          <w:rPr>
            <w:color w:val="0000EE"/>
            <w:u w:val="single"/>
          </w:rPr>
          <w:t>[2]</w:t>
        </w:r>
      </w:hyperlink>
      <w:r>
        <w:t xml:space="preserve">- Paragraph 3: </w:t>
      </w:r>
      <w:hyperlink r:id="rId11">
        <w:r>
          <w:rPr>
            <w:color w:val="0000EE"/>
            <w:u w:val="single"/>
          </w:rPr>
          <w:t>[2]</w:t>
        </w:r>
      </w:hyperlink>
      <w:r>
        <w:t xml:space="preserve">- Paragraph 4: </w:t>
      </w:r>
      <w:hyperlink r:id="rId9">
        <w:r>
          <w:rPr>
            <w:color w:val="0000EE"/>
            <w:u w:val="single"/>
          </w:rPr>
          <w:t>[3]</w:t>
        </w:r>
      </w:hyperlink>
      <w:r>
        <w:t xml:space="preserve">, </w:t>
      </w:r>
      <w:hyperlink r:id="rId12">
        <w:r>
          <w:rPr>
            <w:color w:val="0000EE"/>
            <w:u w:val="single"/>
          </w:rPr>
          <w:t>[4]</w:t>
        </w:r>
      </w:hyperlink>
      <w:r>
        <w:t xml:space="preserve">- Paragraph 5: </w:t>
      </w:r>
      <w:hyperlink r:id="rId11">
        <w:r>
          <w:rPr>
            <w:color w:val="0000EE"/>
            <w:u w:val="single"/>
          </w:rPr>
          <w:t>[2]</w:t>
        </w:r>
      </w:hyperlink>
      <w:r>
        <w:t xml:space="preserve">, </w:t>
      </w:r>
      <w:hyperlink r:id="rId9">
        <w:r>
          <w:rPr>
            <w:color w:val="0000EE"/>
            <w:u w:val="single"/>
          </w:rPr>
          <w:t>[3]</w:t>
        </w:r>
      </w:hyperlink>
      <w:r>
        <w:t xml:space="preserve">, </w:t>
      </w:r>
      <w:hyperlink r:id="rId10">
        <w:r>
          <w:rPr>
            <w:color w:val="0000EE"/>
            <w:u w:val="single"/>
          </w:rPr>
          <w:t>[5]</w:t>
        </w:r>
      </w:hyperlink>
      <w:r>
        <w:t xml:space="preserve">- Paragraph 6: </w:t>
      </w:r>
      <w:hyperlink r:id="rId13">
        <w:r>
          <w:rPr>
            <w:color w:val="0000EE"/>
            <w:u w:val="single"/>
          </w:rPr>
          <w:t>[6]</w:t>
        </w:r>
      </w:hyperlink>
      <w:r>
        <w:t xml:space="preserve">- Paragraph 7: </w:t>
      </w:r>
      <w:hyperlink r:id="rId13">
        <w:r>
          <w:rPr>
            <w:color w:val="0000EE"/>
            <w:u w:val="single"/>
          </w:rPr>
          <w:t>[6]</w:t>
        </w:r>
      </w:hyperlink>
      <w:r>
        <w:t xml:space="preserve">- Paragraph 8: </w:t>
      </w:r>
      <w:hyperlink r:id="rId14">
        <w:r>
          <w:rPr>
            <w:color w:val="0000EE"/>
            <w:u w:val="single"/>
          </w:rPr>
          <w:t>[7]</w:t>
        </w:r>
      </w:hyperlink>
      <w:r>
        <w:t xml:space="preserve">- Paragraph 9: </w:t>
      </w:r>
      <w:hyperlink r:id="rId9">
        <w:r>
          <w:rPr>
            <w:color w:val="0000EE"/>
            <w:u w:val="single"/>
          </w:rPr>
          <w:t>[3]</w:t>
        </w:r>
      </w:hyperlink>
      <w:r>
        <w:t xml:space="preserve">, </w:t>
      </w:r>
      <w:hyperlink r:id="rId14">
        <w:r>
          <w:rPr>
            <w:color w:val="0000EE"/>
            <w:u w:val="single"/>
          </w:rPr>
          <w:t>[7]</w:t>
        </w:r>
      </w:hyperlink>
      <w:r>
        <w:t xml:space="preserve">- Paragraph 10: </w:t>
      </w:r>
      <w:hyperlink r:id="rId11">
        <w:r>
          <w:rPr>
            <w:color w:val="0000EE"/>
            <w:u w:val="single"/>
          </w:rPr>
          <w:t>[2]</w:t>
        </w:r>
      </w:hyperlink>
      <w:r>
        <w:t xml:space="preserve">, </w:t>
      </w:r>
      <w:hyperlink r:id="rId10">
        <w:r>
          <w:rPr>
            <w:color w:val="0000EE"/>
            <w:u w:val="single"/>
          </w:rPr>
          <w:t>[5]</w:t>
        </w:r>
      </w:hyperlink>
      <w:r>
        <w:t xml:space="preserve">- Paragraph 11: </w:t>
      </w:r>
      <w:hyperlink r:id="rId11">
        <w:r>
          <w:rPr>
            <w:color w:val="0000EE"/>
            <w:u w:val="single"/>
          </w:rPr>
          <w:t>[2]</w:t>
        </w:r>
      </w:hyperlink>
      <w:r>
        <w:t xml:space="preserve">, </w:t>
      </w:r>
      <w:hyperlink r:id="rId9">
        <w:r>
          <w:rPr>
            <w:color w:val="0000EE"/>
            <w:u w:val="single"/>
          </w:rPr>
          <w:t>[3]</w:t>
        </w:r>
      </w:hyperlink>
      <w:r>
        <w:t xml:space="preserve">- Paragraph 12: </w:t>
      </w:r>
      <w:hyperlink r:id="rId9">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https://www.autostraddle.com/dallas-gayborhood-fights-back-against-removal-of-rainbow-crosswalks/?utm_source=rss&amp;utm_medium=rss&amp;utm_campaign=dallas-gayborhood-fights-back-against-removal-of-rainbow-crosswalks</w:t>
        </w:r>
      </w:hyperlink>
      <w:r>
        <w:t xml:space="preserve"> - Please view link - unable to able to access data</w:t>
      </w:r>
      <w:r/>
    </w:p>
    <w:p>
      <w:pPr>
        <w:pStyle w:val="ListNumber"/>
        <w:spacing w:line="240" w:lineRule="auto"/>
        <w:ind w:left="720"/>
      </w:pPr>
      <w:r/>
      <w:hyperlink r:id="rId11">
        <w:r>
          <w:rPr>
            <w:color w:val="0000EE"/>
            <w:u w:val="single"/>
          </w:rPr>
          <w:t>https://www.autostraddle.com/dallas-gayborhood-fights-back-against-removal-of-rainbow-crosswalks/</w:t>
        </w:r>
      </w:hyperlink>
      <w:r>
        <w:t xml:space="preserve"> - This report describes the cultural importance of Cedar Springs Road’s rainbow crosswalks to Oak Lawn, Dallas’s LGBTQ+ neighbourhood, through residents’ memories and interviews with local business and community representatives. It explains that merchants and LGBTQ+ organisations raised money to install and refurbish the crossings, adapting their design to meet roadway requirements. The article then covers the state directive that put the markings at risk, the city’s unsuccessful effort to secure an exception, and the eventual removal in March 2026. It also discusses the removal of Black Lives Matter crossings, the contrasting treatment of an SMU-themed intersection, and research cited in arguments about street-art safety.</w:t>
      </w:r>
      <w:r/>
    </w:p>
    <w:p>
      <w:pPr>
        <w:pStyle w:val="ListNumber"/>
        <w:spacing w:line="240" w:lineRule="auto"/>
        <w:ind w:left="720"/>
      </w:pPr>
      <w:r/>
      <w:hyperlink r:id="rId9">
        <w:r>
          <w:rPr>
            <w:color w:val="0000EE"/>
            <w:u w:val="single"/>
          </w:rPr>
          <w:t>https://www.keranews.org/news/2026-03-23/dallas-begins-removing-rainbow-and-blm-crosswalks-greg-abbott-oak-lawn</w:t>
        </w:r>
      </w:hyperlink>
      <w:r>
        <w:t xml:space="preserve"> - KERA reports that Dallas began removing decorative crosswalks on 23 March 2026, including rainbow designs in Oak Lawn and Black Lives Matter markings in South Dallas. The article places the work within the state’s requirements for roadway markings and describes the impact on neighbourhoods where the designs had become prominent community symbols. It notes that about 30 decorative crossings across Dallas were slated for removal, including installations in Uptown. The report provides local context on the city’s response and the state directive, documenting how removal affected the visible public expressions of LGBTQ+ and Black community identity across the city.</w:t>
      </w:r>
      <w:r/>
    </w:p>
    <w:p>
      <w:pPr>
        <w:pStyle w:val="ListNumber"/>
        <w:spacing w:line="240" w:lineRule="auto"/>
        <w:ind w:left="720"/>
      </w:pPr>
      <w:r/>
      <w:hyperlink r:id="rId12">
        <w:r>
          <w:rPr>
            <w:color w:val="0000EE"/>
            <w:u w:val="single"/>
          </w:rPr>
          <w:t>https://dallascityhall.com/government/citymanager/Documents/FY25-26%20Memos/Combined%20%281%29.pdf</w:t>
        </w:r>
      </w:hyperlink>
      <w:r>
        <w:t xml:space="preserve"> - This City of Dallas document records the city’s planned removal of decorative pavement markings and the operational timeline for replacing them with compliant crosswalk markings. It states that the Texas Department of Transportation notified Dallas on 8 October 2025 that decorative roadway markings did not meet standards in the Texas Manual on Uniform Traffic Control Devices. The city planned to begin work on 23 March 2026, coordinating with road resurfacing near Oak Lawn Avenue and Cedar Springs Road to reduce disruption. The memo anticipated removing 30 crosswalks and installing compliant markings by 28 April, subject to weather and operational conditions.</w:t>
      </w:r>
      <w:r/>
    </w:p>
    <w:p>
      <w:pPr>
        <w:pStyle w:val="ListNumber"/>
        <w:spacing w:line="240" w:lineRule="auto"/>
        <w:ind w:left="720"/>
      </w:pPr>
      <w:r/>
      <w:hyperlink r:id="rId10">
        <w:r>
          <w:rPr>
            <w:color w:val="0000EE"/>
            <w:u w:val="single"/>
          </w:rPr>
          <w:t>https://dallasvoice.com/breaking-the-rainbows-are-being-removed/</w:t>
        </w:r>
      </w:hyperlink>
      <w:r>
        <w:t xml:space="preserve"> - Dallas Voice reports from Oak Lawn as city crews began removing the rainbow crosswalks at Cedar Springs Road and Oak Lawn Avenue. The report describes the removal as a sudden development for community members and quotes North Texas LGBTQ Chamber of Commerce President Tony Vedda, who criticised the city for not communicating effectively with community partners. Vedda says the removal reflects a broader political and regulatory climate targeting public expressions of support for LGBTQ+ people, while insisting the community will not be erased. The article offers immediate local reporting from the scene and documents the response of LGBTQ+ advocates as the markings were taken away.</w:t>
      </w:r>
      <w:r/>
    </w:p>
    <w:p>
      <w:pPr>
        <w:pStyle w:val="ListNumber"/>
        <w:spacing w:line="240" w:lineRule="auto"/>
        <w:ind w:left="720"/>
      </w:pPr>
      <w:r/>
      <w:hyperlink r:id="rId13">
        <w:r>
          <w:rPr>
            <w:color w:val="0000EE"/>
            <w:u w:val="single"/>
          </w:rPr>
          <w:t>https://assets.bbhub.io/dotorg/sites/43/2022/04/Asphalt-Art-Safety-Study.pdf</w:t>
        </w:r>
      </w:hyperlink>
      <w:r>
        <w:t xml:space="preserve"> - Bloomberg Philanthropies’ Asphalt Art Safety Study examines crash records and observed road-user behaviour at locations with artistic street treatments. It reports mixed results across settings and cautions that small samples and changing traffic volumes limit conclusions about cause and effect. Across the analysed locations, the study generally found reduced crash rates for several types of crashes, while results varied by site and treatment. For crosswalk-art locations specifically, overall and vulnerable-user crash rates rose slightly, but injury-crash rates fell by 31 per cent. The researchers recommend further analysis as more post-installation data becomes available, rather than treating the findings as definitive proof of safety effects.</w:t>
      </w:r>
      <w:r/>
    </w:p>
    <w:p>
      <w:pPr>
        <w:pStyle w:val="ListNumber"/>
        <w:spacing w:line="240" w:lineRule="auto"/>
        <w:ind w:left="720"/>
      </w:pPr>
      <w:r/>
      <w:hyperlink r:id="rId14">
        <w:r>
          <w:rPr>
            <w:color w:val="0000EE"/>
            <w:u w:val="single"/>
          </w:rPr>
          <w:t>https://dallasvoice.com/wfaa-reports-that-smu-crosswalk-in-university-park-will-remain/</w:t>
        </w:r>
      </w:hyperlink>
      <w:r>
        <w:t xml:space="preserve"> - Dallas Voice reports that University Park’s intersection featuring the SMU Mustang remained in place after Dallas began removing rainbow and Black Lives Matter crosswalks under the state directive. The article says the Mustang design, made with decorative bricks near Hillcrest and Snider Plaza, was installed through a partnership with SMU. University Park officials said they believed the intersection complied with the state requirements and that TxDOT had requested no further action. The report provides a specific example of how a prominent school-themed street design received different treatment from the community-focused markings removed in Dallas, as local officials interpreted the directive’s requirements.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eranews.org/news/2026-03-23/dallas-begins-removing-rainbow-and-blm-crosswalks-greg-abbott-oak-lawn" TargetMode="External"/><Relationship Id="rId10" Type="http://schemas.openxmlformats.org/officeDocument/2006/relationships/hyperlink" Target="https://dallasvoice.com/breaking-the-rainbows-are-being-removed/" TargetMode="External"/><Relationship Id="rId11" Type="http://schemas.openxmlformats.org/officeDocument/2006/relationships/hyperlink" Target="https://www.autostraddle.com/dallas-gayborhood-fights-back-against-removal-of-rainbow-crosswalks/" TargetMode="External"/><Relationship Id="rId12" Type="http://schemas.openxmlformats.org/officeDocument/2006/relationships/hyperlink" Target="https://dallascityhall.com/government/citymanager/Documents/FY25-26%20Memos/Combined%20%281%29.pdf" TargetMode="External"/><Relationship Id="rId13" Type="http://schemas.openxmlformats.org/officeDocument/2006/relationships/hyperlink" Target="https://assets.bbhub.io/dotorg/sites/43/2022/04/Asphalt-Art-Safety-Study.pdf" TargetMode="External"/><Relationship Id="rId14" Type="http://schemas.openxmlformats.org/officeDocument/2006/relationships/hyperlink" Target="https://dallasvoice.com/wfaa-reports-that-smu-crosswalk-in-university-park-will-remain/" TargetMode="External"/><Relationship Id="rId15" Type="http://schemas.openxmlformats.org/officeDocument/2006/relationships/hyperlink" Target="https://www.autostraddle.com/dallas-gayborhood-fights-back-against-removal-of-rainbow-crosswalks/?utm_source=rss&amp;utm_medium=rss&amp;utm_campaign=dallas-gayborhood-fights-back-against-removal-of-rainbow-crosswal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