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Artists and Key Details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will take centre stage at Buenos Aires' 35th Pride March on Saturday 7 November, with María Becerra set to close the show alongside La Joaqui, Six Sex, Roze and K4OS. The day will also bring a street demonstration, cultural events and an independent makers' fair, joining celebration with calls to protect and extend LGBTQ+ rights.</w:t>
      </w:r>
      <w:r/>
    </w:p>
    <w:p>
      <w:pPr>
        <w:pStyle w:val="Heading2"/>
      </w:pPr>
      <w:r>
        <w:t>Essential Takeaways</w:t>
      </w:r>
      <w:r/>
      <w:r/>
    </w:p>
    <w:p>
      <w:pPr>
        <w:pStyle w:val="ListBullet"/>
        <w:spacing w:line="240" w:lineRule="auto"/>
        <w:ind w:left="720"/>
      </w:pPr>
      <w:r/>
      <w:r>
        <w:rPr>
          <w:b/>
        </w:rPr>
        <w:t>Big-name performers:</w:t>
      </w:r>
      <w:r>
        <w:t xml:space="preserve"> María Becerra will close the music programme, with La Joaqui, Six Sex, Roze and K4OS among the featured acts.</w:t>
      </w:r>
      <w:r/>
    </w:p>
    <w:p>
      <w:pPr>
        <w:pStyle w:val="ListBullet"/>
        <w:spacing w:line="240" w:lineRule="auto"/>
        <w:ind w:left="720"/>
      </w:pPr>
      <w:r/>
      <w:r>
        <w:rPr>
          <w:b/>
        </w:rPr>
        <w:t>More to see:</w:t>
      </w:r>
      <w:r>
        <w:t xml:space="preserve"> The line-up also includes Martín Cirio, Tita Print, Alan Fabulous and other performers, as well as DJs selected through an open call.</w:t>
      </w:r>
      <w:r/>
    </w:p>
    <w:p>
      <w:pPr>
        <w:pStyle w:val="ListBullet"/>
        <w:spacing w:line="240" w:lineRule="auto"/>
        <w:ind w:left="720"/>
      </w:pPr>
      <w:r/>
      <w:r>
        <w:rPr>
          <w:b/>
        </w:rPr>
        <w:t>A day beyond the stage:</w:t>
      </w:r>
      <w:r>
        <w:t xml:space="preserve"> Organisers are planning a Pride fair, cultural activities and a march through the city.</w:t>
      </w:r>
      <w:r/>
    </w:p>
    <w:p>
      <w:pPr>
        <w:pStyle w:val="ListBullet"/>
        <w:spacing w:line="240" w:lineRule="auto"/>
        <w:ind w:left="720"/>
      </w:pPr>
      <w:r/>
      <w:r>
        <w:rPr>
          <w:b/>
        </w:rPr>
        <w:t>Rights at the heart:</w:t>
      </w:r>
      <w:r>
        <w:t xml:space="preserve"> Campaign priorities include an Integral Trans Law, anti-discrimination legislation and historical reparations for older trans people.</w:t>
      </w:r>
      <w:r/>
    </w:p>
    <w:p>
      <w:pPr>
        <w:pStyle w:val="ListBullet"/>
        <w:spacing w:line="240" w:lineRule="auto"/>
        <w:ind w:left="720"/>
      </w:pPr>
      <w:r/>
      <w:r>
        <w:rPr>
          <w:b/>
        </w:rPr>
        <w:t>Date confirmed:</w:t>
      </w:r>
      <w:r>
        <w:t xml:space="preserve"> The march is scheduled for Saturday 7 November, following discussions about the city's security arrangements.</w:t>
      </w:r>
      <w:r/>
      <w:r/>
    </w:p>
    <w:p>
      <w:pPr>
        <w:pStyle w:val="Heading2"/>
      </w:pPr>
      <w:r>
        <w:t>María Becerra will bring the music programme to a close</w:t>
      </w:r>
      <w:r/>
    </w:p>
    <w:p>
      <w:r/>
      <w:r>
        <w:t>The main stage will have a clear headline moment: María Becerra is due to close the music programme at Buenos Aires' 35th Pride March. La Joaqui, Six Sex, Roze and K4OS are also among the best-known names on a bill designed to make music a central part of the day, according to Infobae and Clarín.</w:t>
      </w:r>
      <w:r/>
    </w:p>
    <w:p>
      <w:r/>
      <w:r>
        <w:t>There's plenty more beyond the headliners. Martín Cirio, Tita Print, Alan Fabulous, Fabián Jara, Aimel and other artists are also set to perform, with additional DJs and musicians chosen through the Tocá en la Marcha call for performers, C5N reported.</w:t>
      </w:r>
      <w:r/>
    </w:p>
    <w:p>
      <w:pPr>
        <w:pStyle w:val="Heading2"/>
      </w:pPr>
      <w:r>
        <w:t>A street celebration with a message behind it</w:t>
      </w:r>
      <w:r/>
    </w:p>
    <w:p>
      <w:r/>
      <w:r>
        <w:t>This year's gathering is being held under the slogan, "When hate advances, Pride in the streets is resistance". It captures the march's dual character: a public celebration of LGBTQ+ communities, and a visible reminder that equal rights and safety remain active concerns.</w:t>
      </w:r>
      <w:r/>
    </w:p>
    <w:p>
      <w:r/>
      <w:r>
        <w:t>The day's programme is expected to blend live music with cultural events, a fair featuring independent businesses and projects, and the march itself. That mix makes the event more than a concert with a parade attached; it gives people different ways to take part, whether they're there for the performances, the community or the cause, according to Ohlalá and C5N.</w:t>
      </w:r>
      <w:r/>
    </w:p>
    <w:p>
      <w:pPr>
        <w:pStyle w:val="Heading2"/>
      </w:pPr>
      <w:r>
        <w:t>What rights are organisers calling for?</w:t>
      </w:r>
      <w:r/>
    </w:p>
    <w:p>
      <w:r/>
      <w:r>
        <w:t>Among the central demands are an Integral Trans Law, anti-discrimination legislation and historical reparations for older travestis and trans people. Organisers are also highlighting the rights of trans children and teenagers, keeping the needs of younger generations firmly in view.</w:t>
      </w:r>
      <w:r/>
    </w:p>
    <w:p>
      <w:r/>
      <w:r>
        <w:t>Those priorities give the march's celebratory side a sharper edge. A big stage can draw a crowd, but the demands voiced in the streets are what explain why the event matters beyond one Saturday, as C5N and Clarín have reported.</w:t>
      </w:r>
      <w:r/>
    </w:p>
    <w:p>
      <w:pPr>
        <w:pStyle w:val="Heading2"/>
      </w:pPr>
      <w:r>
        <w:t>Why is the march on Saturday 7 November?</w:t>
      </w:r>
      <w:r/>
    </w:p>
    <w:p>
      <w:r/>
      <w:r>
        <w:t>The date was confirmed after discussions with the Buenos Aires city government about security arrangements. The following day, Sunday 8 November, is scheduled for Pope Leo XIV's arrival, making coordination around the city's plans an important part of setting the march date, according to C5N and the Vatican.</w:t>
      </w:r>
      <w:r/>
    </w:p>
    <w:p>
      <w:r/>
      <w:r>
        <w:t>For visitors, the practical takeaway is simple: plan around the Saturday gathering, and allow extra time for travel if you're heading into central Buenos Aires. The programme brings together performances, a fair and a large public march, so checking local updates before setting off is a sensible move.</w:t>
      </w:r>
      <w:r/>
    </w:p>
    <w:p>
      <w:pPr>
        <w:pStyle w:val="Heading2"/>
      </w:pPr>
      <w:r>
        <w:t>A day that brings celebration and advocacy together</w:t>
      </w:r>
      <w:r/>
    </w:p>
    <w:p>
      <w:r/>
      <w:r>
        <w:t>With María Becerra closing the music programme and a broad roster of performers joining her, the march is shaping up as a major cultural gathering. But its heart remains the same: people taking to the streets to celebrate community and press for rights.</w:t>
      </w:r>
      <w:r/>
    </w:p>
    <w:p>
      <w:r/>
      <w:r>
        <w:t>It's that combination that gives Pride its particular energy: a lively day out, with something serious at its centre.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2">
        <w:r>
          <w:rPr>
            <w:color w:val="0000EE"/>
            <w:u w:val="single"/>
          </w:rPr>
          <w:t>[2]</w:t>
        </w:r>
      </w:hyperlink>
      <w:r>
        <w:t xml:space="preserve">, </w:t>
      </w:r>
      <w:hyperlink r:id="rId14">
        <w:r>
          <w:rPr>
            <w:color w:val="0000EE"/>
            <w:u w:val="single"/>
          </w:rPr>
          <w:t>[6]</w:t>
        </w:r>
      </w:hyperlink>
      <w:r>
        <w:t xml:space="preserve">- Paragraph 4: </w:t>
      </w:r>
      <w:hyperlink r:id="rId13">
        <w:r>
          <w:rPr>
            <w:color w:val="0000EE"/>
            <w:u w:val="single"/>
          </w:rPr>
          <w:t>[3]</w:t>
        </w:r>
      </w:hyperlink>
      <w:r>
        <w:t xml:space="preserve">, </w:t>
      </w:r>
      <w:hyperlink r:id="rId10">
        <w:r>
          <w:rPr>
            <w:color w:val="0000EE"/>
            <w:u w:val="single"/>
          </w:rPr>
          <w:t>[4]</w:t>
        </w:r>
      </w:hyperlink>
      <w:r>
        <w:t xml:space="preserve">- Paragraph 5: </w:t>
      </w:r>
      <w:hyperlink r:id="rId13">
        <w:r>
          <w:rPr>
            <w:color w:val="0000EE"/>
            <w:u w:val="single"/>
          </w:rPr>
          <w:t>[3]</w:t>
        </w:r>
      </w:hyperlink>
      <w:r>
        <w:t xml:space="preserve">, </w:t>
      </w:r>
      <w:hyperlink r:id="rId10">
        <w:r>
          <w:rPr>
            <w:color w:val="0000EE"/>
            <w:u w:val="single"/>
          </w:rPr>
          <w:t>[4]</w:t>
        </w:r>
      </w:hyperlink>
      <w:r>
        <w:t xml:space="preserve">- Paragraph 6: </w:t>
      </w:r>
      <w:hyperlink r:id="rId13">
        <w:r>
          <w:rPr>
            <w:color w:val="0000EE"/>
            <w:u w:val="single"/>
          </w:rPr>
          <w:t>[3]</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https://www.cronica.com.ar/elcanaldelamusica/noticias/maria-becerra-la-joaqui-roze-six-sex-y-k4os-encabezaran-la-35-marcha-del-orgullo-de-buenos-aires/</w:t>
        </w:r>
      </w:hyperlink>
      <w:r>
        <w:t xml:space="preserve"> - Please view link - unable to able to access data</w:t>
      </w:r>
      <w:r/>
    </w:p>
    <w:p>
      <w:pPr>
        <w:pStyle w:val="ListNumber"/>
        <w:spacing w:line="240" w:lineRule="auto"/>
        <w:ind w:left="720"/>
      </w:pPr>
      <w:r/>
      <w:hyperlink r:id="rId12">
        <w:r>
          <w:rPr>
            <w:color w:val="0000EE"/>
            <w:u w:val="single"/>
          </w:rPr>
          <w:t>https://www.somosohlala.com/actualidad/sociedad/marcha-del-orgullo-2026-en-buenos-aires-maria-becerra-la-joaqui-y-martin-cirio-el-line-completo-nid03112026</w:t>
        </w:r>
      </w:hyperlink>
      <w:r>
        <w:t xml:space="preserve"> - This report lists the performers announced for Buenos Aires’s 35th Pride March on Saturday 7 November 2026. María Becerra is set to close the free musical programme, alongside La Joaqui, Six Sex, Roze, K4OS, Martín Cirio and other performers. It names artists and DJs, including Tita Print, Alan Fabulous, Fabián Jara, Aimel, Aquafinna, Juana Ruda, Blujaus and Missy Cooper. The programme also includes a tribute to singer Gilda by Tita Print and acts selected through the Tocá en la Marcha competition. The article gives the march’s slogan and describes its mix of music, public celebration and advocacy.</w:t>
      </w:r>
      <w:r/>
    </w:p>
    <w:p>
      <w:pPr>
        <w:pStyle w:val="ListNumber"/>
        <w:spacing w:line="240" w:lineRule="auto"/>
        <w:ind w:left="720"/>
      </w:pPr>
      <w:r/>
      <w:hyperlink r:id="rId13">
        <w:r>
          <w:rPr>
            <w:color w:val="0000EE"/>
            <w:u w:val="single"/>
          </w:rPr>
          <w:t>https://www.c5n.com/sociedad/con-maria-becerra-confirmada-se-conocieron-los-artistas-que-participaran-la-marcha-del-orgullo-plaza-mayo-n252064</w:t>
        </w:r>
      </w:hyperlink>
      <w:r>
        <w:t xml:space="preserve"> - C5N reports that the 35th Buenos Aires Pride March is scheduled for Saturday 7 November 2026, with María Becerra among the confirmed performers. The day is planned to include a fair, live music and independent artists selected by the march’s organising commission. The article names Aimel Sali, Ambik and K4OS, as well as DJs Alan Fabulous, Juana Ruda and Fabián Jara. Tita Print is due to pay tribute to Gilda, marking 30 years since the singer’s death. The report also describes the Tocá en la Marcha competition and lists its selected performers, including Missy Copper, Santi Magliocco, La Turca Rahim and Blujaus.</w:t>
      </w:r>
      <w:r/>
    </w:p>
    <w:p>
      <w:pPr>
        <w:pStyle w:val="ListNumber"/>
        <w:spacing w:line="240" w:lineRule="auto"/>
        <w:ind w:left="720"/>
      </w:pPr>
      <w:r/>
      <w:hyperlink r:id="rId10">
        <w:r>
          <w:rPr>
            <w:color w:val="0000EE"/>
            <w:u w:val="single"/>
          </w:rPr>
          <w:t>https://www.clarin.com/fama/maria-becerra-gran-atraccion-artistica-marcha-orgullo-buenos-aires-bancando-trapos-siempre_0_RFs1HtYLsN.amp.html</w:t>
        </w:r>
      </w:hyperlink>
      <w:r>
        <w:t xml:space="preserve"> - Clarín reports that María Becerra will close the musical programme at Buenos Aires’s 35th Pride March on 7 November 2026. The singer confirmed her attendance, and the organisers said she would perform at the event. The article also names K4OS and several other performers, including Santi Magliocco, La Turca Rahim, Missy Cooper and Blue Jaus. La Turca Rahim is associated with a Gilda tribute, while DJs Alan Fabulous, Juana Ruda and Fabián Jara are listed for the day’s music. The report says individual performance times had not yet been announced and that the shows would be free to attend.</w:t>
      </w:r>
      <w:r/>
    </w:p>
    <w:p>
      <w:pPr>
        <w:pStyle w:val="ListNumber"/>
        <w:spacing w:line="240" w:lineRule="auto"/>
        <w:ind w:left="720"/>
      </w:pPr>
      <w:r/>
      <w:hyperlink r:id="rId11">
        <w:r>
          <w:rPr>
            <w:color w:val="0000EE"/>
            <w:u w:val="single"/>
          </w:rPr>
          <w:t>https://www.infobae.com/teleshow/2026/10/21/maria-becerra-cerrara-la-marcha-del-orgullo-en-buenos-aires-bancando-los-trapos-como-siempre/</w:t>
        </w:r>
      </w:hyperlink>
      <w:r>
        <w:t xml:space="preserve"> - Infobae says María Becerra will headline the closing show at the 35th Buenos Aires Pride March, planned for Saturday 7 November 2026. The report describes the event as combining artistic performances with community rights advocacy under the slogan “When hate advances, pride in the streets is resistance”. It says the public programme will include a fair and other activities, with Becerra’s performance free to attend. Other named participants include K4OS, Aimel Sali, Ambik and several DJs. Tita Print is expected to honour singer Gilda, 30 years after her death. The article also outlines the planned march route and its significance as a public gathering.</w:t>
      </w:r>
      <w:r/>
    </w:p>
    <w:p>
      <w:pPr>
        <w:pStyle w:val="ListNumber"/>
        <w:spacing w:line="240" w:lineRule="auto"/>
        <w:ind w:left="720"/>
      </w:pPr>
      <w:r/>
      <w:hyperlink r:id="rId14">
        <w:r>
          <w:rPr>
            <w:color w:val="0000EE"/>
            <w:u w:val="single"/>
          </w:rPr>
          <w:t>https://www.c5n.com/sociedad/ultiman-detalles-para-la-marcha-del-orgullo-en-buenos-aires-del-7-de-noviembre-20-octubre-2026</w:t>
        </w:r>
      </w:hyperlink>
      <w:r>
        <w:t xml:space="preserve"> - This C5N report covers preparations for the 35th Buenos Aires Pride March on 7 November 2026. Organisers confirmed the date and the slogan “When hate advances, pride in the streets is resistance”, while the route and starting point were still being discussed because of security arrangements for Pope Leo XIV’s visit. The article reports plans for a Pride fair with 450 stalls and 200 rescue workers, and names several performers, including María Becerra, La Joaqui, Martín Cirio, K4OS and Aimel Sali. It also mentions a Gilda tribute by Tita Print and artists selected through the Tocá en la Marcha competition.</w:t>
      </w:r>
      <w:r/>
    </w:p>
    <w:p>
      <w:pPr>
        <w:pStyle w:val="ListNumber"/>
        <w:spacing w:line="240" w:lineRule="auto"/>
        <w:ind w:left="720"/>
      </w:pPr>
      <w:r/>
      <w:hyperlink r:id="rId15">
        <w:r>
          <w:rPr>
            <w:color w:val="0000EE"/>
            <w:u w:val="single"/>
          </w:rPr>
          <w:t>https://press.vatican.va/content/salastampa/en/bollettino/pubblico/2026/09/21/260921e.html</w:t>
        </w:r>
      </w:hyperlink>
      <w:r>
        <w:t xml:space="preserve"> - The Holy See Press Office publishes Pope Leo XIV’s official itinerary for his apostolic journey to Uruguay, Argentina and Peru, scheduled for 6–17 November 2026. The programme states that he is due to travel from Montevideo to Buenos Aires on Sunday 8 November, arriving at Aeroparque Jorge Newbery at 16:30. It lists an official welcome, a visit to the monument to General San Martín, a welcome ceremony at Casa Rosada and meetings with Argentina’s president and other representatives. The itinerary provides authoritative support for the article’s account that the pope’s planned arrival and security operation affected discussions about the Pride March arrangements.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elcanaldelamusica/noticias/maria-becerra-la-joaqui-roze-six-sex-y-k4os-encabezaran-la-35-marcha-del-orgullo-de-buenos-aires/" TargetMode="External"/><Relationship Id="rId10" Type="http://schemas.openxmlformats.org/officeDocument/2006/relationships/hyperlink" Target="https://www.clarin.com/fama/maria-becerra-gran-atraccion-artistica-marcha-orgullo-buenos-aires-bancando-trapos-siempre_0_RFs1HtYLsN.amp.html" TargetMode="External"/><Relationship Id="rId11" Type="http://schemas.openxmlformats.org/officeDocument/2006/relationships/hyperlink" Target="https://www.infobae.com/teleshow/2026/10/21/maria-becerra-cerrara-la-marcha-del-orgullo-en-buenos-aires-bancando-los-trapos-como-siempre/" TargetMode="External"/><Relationship Id="rId12" Type="http://schemas.openxmlformats.org/officeDocument/2006/relationships/hyperlink" Target="https://www.somosohlala.com/actualidad/sociedad/marcha-del-orgullo-2026-en-buenos-aires-maria-becerra-la-joaqui-y-martin-cirio-el-line-completo-nid03112026" TargetMode="External"/><Relationship Id="rId13" Type="http://schemas.openxmlformats.org/officeDocument/2006/relationships/hyperlink" Target="https://www.c5n.com/sociedad/con-maria-becerra-confirmada-se-conocieron-los-artistas-que-participaran-la-marcha-del-orgullo-plaza-mayo-n252064" TargetMode="External"/><Relationship Id="rId14" Type="http://schemas.openxmlformats.org/officeDocument/2006/relationships/hyperlink" Target="https://www.c5n.com/sociedad/ultiman-detalles-para-la-marcha-del-orgullo-en-buenos-aires-del-7-de-noviembre-20-octubre-2026" TargetMode="External"/><Relationship Id="rId15" Type="http://schemas.openxmlformats.org/officeDocument/2006/relationships/hyperlink" Target="https://press.vatican.va/content/salastampa/en/bollettino/pubblico/2026/09/21/260921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