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SNL Characters That Wouldn’t Fly Today, and Why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Saturday Night Live has spent five decades turning oddball ideas into memorable characters, but changing attitudes have altered what audiences find funny. From Chico Escuela to Pat, these best-known SNL characters reveal how comedy’s boundaries have shifted, and why some once-popular sketches would face tougher questions today.</w:t>
      </w:r>
      <w:r/>
    </w:p>
    <w:p>
      <w:pPr>
        <w:pStyle w:val="Heading2"/>
      </w:pPr>
      <w:r>
        <w:t>Essential Takeaways</w:t>
      </w:r>
      <w:r/>
      <w:r/>
    </w:p>
    <w:p>
      <w:pPr>
        <w:pStyle w:val="ListBullet"/>
        <w:spacing w:line="240" w:lineRule="auto"/>
        <w:ind w:left="720"/>
      </w:pPr>
      <w:r/>
      <w:r>
        <w:rPr>
          <w:b/>
        </w:rPr>
        <w:t>Comedy’s audience has changed:</w:t>
      </w:r>
      <w:r>
        <w:t xml:space="preserve"> Social media makes criticism public and immediate, rather than confined to letters and phone calls.</w:t>
      </w:r>
      <w:r/>
    </w:p>
    <w:p>
      <w:pPr>
        <w:pStyle w:val="ListBullet"/>
        <w:spacing w:line="240" w:lineRule="auto"/>
        <w:ind w:left="720"/>
      </w:pPr>
      <w:r/>
      <w:r>
        <w:rPr>
          <w:b/>
        </w:rPr>
        <w:t>Some characters relied on stereotypes:</w:t>
      </w:r>
      <w:r>
        <w:t xml:space="preserve"> Several sketches used racial or cultural caricature as their central joke.</w:t>
      </w:r>
      <w:r/>
    </w:p>
    <w:p>
      <w:pPr>
        <w:pStyle w:val="ListBullet"/>
        <w:spacing w:line="240" w:lineRule="auto"/>
        <w:ind w:left="720"/>
      </w:pPr>
      <w:r/>
      <w:r>
        <w:rPr>
          <w:b/>
        </w:rPr>
        <w:t>Pat remains a complicated case:</w:t>
      </w:r>
      <w:r>
        <w:t xml:space="preserve"> Julia Sweeney has reflected on how audiences may read the character differently from how she intended.</w:t>
      </w:r>
      <w:r/>
    </w:p>
    <w:p>
      <w:pPr>
        <w:pStyle w:val="ListBullet"/>
        <w:spacing w:line="240" w:lineRule="auto"/>
        <w:ind w:left="720"/>
      </w:pPr>
      <w:r/>
      <w:r>
        <w:rPr>
          <w:b/>
        </w:rPr>
        <w:t>A good premise can outlast its execution:</w:t>
      </w:r>
      <w:r>
        <w:t xml:space="preserve"> Bill Hader’s Vinny Vedecci sketches had an absurd setup, but the character’s accent drew criticism.</w:t>
      </w:r>
      <w:r/>
      <w:r/>
    </w:p>
    <w:p>
      <w:pPr>
        <w:pStyle w:val="Heading2"/>
      </w:pPr>
      <w:r>
        <w:t>SNL’s old sketches meet a very different audience</w:t>
      </w:r>
      <w:r/>
    </w:p>
    <w:p>
      <w:r/>
      <w:r>
        <w:t xml:space="preserve">Some old </w:t>
      </w:r>
      <w:r>
        <w:rPr>
          <w:i/>
        </w:rPr>
        <w:t>Saturday Night Live</w:t>
      </w:r>
      <w:r>
        <w:t xml:space="preserve"> sketches have the unmistakable texture of another era: broad accents, loud costumes and jokes that seem to expect the audience not to ask too many questions. Revisiting them now can be funny, but also uncomfortable. The gap between what once made it on air and what viewers accept today is part of the story.</w:t>
      </w:r>
      <w:r/>
    </w:p>
    <w:p>
      <w:r/>
      <w:r>
        <w:t xml:space="preserve">As MovieMaker notes, the mechanics of public reaction have changed as much as comedy itself. Complaints that might once have gone to a broadcaster can now spread through social media, with viewers tagging advertisers and drawing wider attention to a sketch. That doesn't mean every joke needs to please everyone, but it does mean a character's assumptions are more likely to be examined. </w:t>
      </w:r>
      <w:hyperlink r:id="rId9">
        <w:r>
          <w:rPr>
            <w:color w:val="0000EE"/>
            <w:u w:val="single"/>
          </w:rPr>
          <w:t>[2]</w:t>
        </w:r>
      </w:hyperlink>
      <w:r/>
    </w:p>
    <w:p>
      <w:pPr>
        <w:pStyle w:val="Heading2"/>
      </w:pPr>
      <w:r>
        <w:t>When a stereotype was the whole punchline</w:t>
      </w:r>
      <w:r/>
    </w:p>
    <w:p>
      <w:r/>
      <w:r>
        <w:t xml:space="preserve">A number of early characters depended on caricatures of people from particular ethnic or cultural backgrounds. Chico Escuela, Garrett Morris's Dominican baseball player, was built around a broad accent and limited English; Havnagootiim Vishnuuerheer was a white performer playing a caricatured Indian spiritual teacher. The joke in both cases leaned heavily on the character's supposed foreignness, rather than giving him much more to do. </w:t>
      </w:r>
      <w:hyperlink r:id="rId9">
        <w:r>
          <w:rPr>
            <w:color w:val="0000EE"/>
            <w:u w:val="single"/>
          </w:rPr>
          <w:t>[2]</w:t>
        </w:r>
      </w:hyperlink>
      <w:r/>
    </w:p>
    <w:p>
      <w:r/>
      <w:r>
        <w:t xml:space="preserve">The same problem runs through sketches such as "The Bel-Airabs" and Dana Carvey's Ching Chang. Their premises used crude depictions of Arab and Asian people as comic shorthand. Looking back, it's striking how often a sketch treated a familiar stereotype as if recognition alone were enough to make it funny. </w:t>
      </w:r>
      <w:hyperlink r:id="rId9">
        <w:r>
          <w:rPr>
            <w:color w:val="0000EE"/>
            <w:u w:val="single"/>
          </w:rPr>
          <w:t>[2]</w:t>
        </w:r>
      </w:hyperlink>
      <w:r/>
    </w:p>
    <w:p>
      <w:pPr>
        <w:pStyle w:val="Heading2"/>
      </w:pPr>
      <w:r>
        <w:t>Pat still prompts a more complicated conversation</w:t>
      </w:r>
      <w:r/>
    </w:p>
    <w:p>
      <w:r/>
      <w:r>
        <w:t xml:space="preserve">Pat, Julia Sweeney's androgynous character, doesn't fit neatly into the same category. Sweeney has described the character as something she didn't create to hurt anyone, while also acknowledging that viewers could see the joke as making fun of people whose gender isn't obvious to others. In a KUOW interview, she said she was pro-androgyny but wasn't ready to offer a simple apology for the character. </w:t>
      </w:r>
      <w:hyperlink r:id="rId10">
        <w:r>
          <w:rPr>
            <w:color w:val="0000EE"/>
            <w:u w:val="single"/>
          </w:rPr>
          <w:t>[3]</w:t>
        </w:r>
      </w:hyperlink>
      <w:r/>
    </w:p>
    <w:p>
      <w:r/>
      <w:r>
        <w:t xml:space="preserve">That tension has remained part of the conversation around Pat. The Independent has revisited the character's reception and its connection to how trans and non-binary people are represented. Rather than settling the question with a quick verdict, Pat's legacy shows why intent and impact can be hard to separate, especially when a sketch's central joke depends on how someone looks. </w:t>
      </w:r>
      <w:hyperlink r:id="rId11">
        <w:r>
          <w:rPr>
            <w:color w:val="0000EE"/>
            <w:u w:val="single"/>
          </w:rPr>
          <w:t>[4]</w:t>
        </w:r>
      </w:hyperlink>
      <w:r/>
    </w:p>
    <w:p>
      <w:pPr>
        <w:pStyle w:val="Heading2"/>
      </w:pPr>
      <w:r>
        <w:t>Vinny Vedecci shows how a funny premise can wobble</w:t>
      </w:r>
      <w:r/>
    </w:p>
    <w:p>
      <w:r/>
      <w:r>
        <w:t xml:space="preserve">Bill Hader's Vinny Vedecci sketches started with a tidy recipe for chaos: an Italian talk-show host welcomes guests his team wrongly assumes can speak Italian. Hader has discussed creating the character for his </w:t>
      </w:r>
      <w:r>
        <w:rPr>
          <w:i/>
        </w:rPr>
        <w:t>SNL</w:t>
      </w:r>
      <w:r>
        <w:t xml:space="preserve"> audition, and the concept has a recognisable comic spark. </w:t>
      </w:r>
      <w:hyperlink r:id="rId12">
        <w:r>
          <w:rPr>
            <w:color w:val="0000EE"/>
            <w:u w:val="single"/>
          </w:rPr>
          <w:t>[5]</w:t>
        </w:r>
      </w:hyperlink>
      <w:r>
        <w:t xml:space="preserve"> </w:t>
      </w:r>
      <w:hyperlink r:id="rId13">
        <w:r>
          <w:rPr>
            <w:color w:val="0000EE"/>
            <w:u w:val="single"/>
          </w:rPr>
          <w:t>[6]</w:t>
        </w:r>
      </w:hyperlink>
      <w:r/>
    </w:p>
    <w:p>
      <w:r/>
      <w:r>
        <w:t xml:space="preserve">But the accent became a sticking point. MovieMaker recounts Hader's story of an Italian woman telling him the character sounded like a nonsense version of her father, a reaction that changed how he felt about playing Vinny. It's a useful reminder that a clever setup doesn't automatically make every choice in its performance land. </w:t>
      </w:r>
      <w:hyperlink r:id="rId9">
        <w:r>
          <w:rPr>
            <w:color w:val="0000EE"/>
            <w:u w:val="single"/>
          </w:rPr>
          <w:t>[2]</w:t>
        </w:r>
      </w:hyperlink>
      <w:r/>
    </w:p>
    <w:p>
      <w:pPr>
        <w:pStyle w:val="Heading2"/>
      </w:pPr>
      <w:r>
        <w:t>The issue isn't simply that comedy has changed</w:t>
      </w:r>
      <w:r/>
    </w:p>
    <w:p>
      <w:r/>
      <w:r>
        <w:t xml:space="preserve">Other characters now look awkward for different reasons. Merv the Perv was built around lewd comments and a pants-removing gag, while Rob Schneider's Sensitive Unclothed Man sketches featured actual nudity, according to MovieMaker's account. Those choices raise questions not just about taste, but about how a live show handles performers' comfort and boundaries. </w:t>
      </w:r>
      <w:hyperlink r:id="rId9">
        <w:r>
          <w:rPr>
            <w:color w:val="0000EE"/>
            <w:u w:val="single"/>
          </w:rPr>
          <w:t>[2]</w:t>
        </w:r>
      </w:hyperlink>
      <w:r/>
    </w:p>
    <w:p>
      <w:r/>
      <w:r>
        <w:t xml:space="preserve">And some ideas may still work if the target changes. The Tonto, Tarzan and Frankenstein sketches brought characters with distinctive speech patterns together, but Tonto's portrayal relied on an Indigenous character played by Jon Lovitz. Revisiting a sketch isn't just a test of whether it's shocking; it's also a chance to ask who gets to be the joke, and why. </w:t>
      </w:r>
      <w:hyperlink r:id="rId9">
        <w:r>
          <w:rPr>
            <w:color w:val="0000EE"/>
            <w:u w:val="single"/>
          </w:rPr>
          <w:t>[2]</w:t>
        </w:r>
      </w:hyperlink>
      <w:r/>
    </w:p>
    <w:p>
      <w:pPr>
        <w:pStyle w:val="Heading2"/>
      </w:pPr>
      <w:r>
        <w:t>Closing Line</w:t>
      </w:r>
      <w:r/>
    </w:p>
    <w:p>
      <w:r/>
      <w:r>
        <w:t xml:space="preserve">The best retrospective isn't just a list of jokes that aged badly; it's a look at how audiences, performers and comedy itself keep changing.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https://www.moviemaker.com/snl-characters-that-wouldnt-fly-today/</w:t>
        </w:r>
      </w:hyperlink>
      <w:r>
        <w:t xml:space="preserve"> - Please view link - unable to able to access data</w:t>
      </w:r>
      <w:r/>
    </w:p>
    <w:p>
      <w:pPr>
        <w:pStyle w:val="ListNumber"/>
        <w:spacing w:line="240" w:lineRule="auto"/>
        <w:ind w:left="720"/>
      </w:pPr>
      <w:r/>
      <w:hyperlink r:id="rId9">
        <w:r>
          <w:rPr>
            <w:color w:val="0000EE"/>
            <w:u w:val="single"/>
          </w:rPr>
          <w:t>https://www.moviemaker.com/snl-characters-that-wouldnt-fly-today/</w:t>
        </w:r>
      </w:hyperlink>
      <w:r>
        <w:t xml:space="preserve"> - This MovieMaker feature reviews eleven recurring Saturday Night Live characters and sketches that its writer believes would be unlikely to work with present-day audiences. It describes characters including Chico Escuela, Uncle Roy, the Bel-Airabs, Havnagootiim Vishnuuerheer, Ching Chang, Tonto, the Sensitive Unclothed Man, Vinny Vedecci, Gay Hitler, Merv the Perv and Pat. The article summarises each character’s premise, performer and historical context, then explains why racial caricature, sexual material, nudity or gender-based humour may now draw criticism. It also discusses changing complaint culture and social media. The piece is commentary, so its judgements about modern audience reactions are interpretations, not established facts.</w:t>
      </w:r>
      <w:r/>
    </w:p>
    <w:p>
      <w:pPr>
        <w:pStyle w:val="ListNumber"/>
        <w:spacing w:line="240" w:lineRule="auto"/>
        <w:ind w:left="720"/>
      </w:pPr>
      <w:r/>
      <w:hyperlink r:id="rId10">
        <w:r>
          <w:rPr>
            <w:color w:val="0000EE"/>
            <w:u w:val="single"/>
          </w:rPr>
          <w:t>https://www.kuow.org/2020-01-16/julia-sweeney-is-pro-androgyny-but-not-quite-ready-to-apologize-about-pat</w:t>
        </w:r>
      </w:hyperlink>
      <w:r>
        <w:t xml:space="preserve"> - KUOW’s interview with Julia Sweeney examines the legacy of Pat, the androgynous character she played on Saturday Night Live during the 1990s. Sweeney explains that the original joke focused on other characters’ frustration at not knowing Pat’s gender, while Pat was also written as an awkward and unpleasant personality. She acknowledges that the two elements became conflated, and says the character could be understood as offensive or dehumanising. Sweeney reflects that, in hindsight, she might have made Pat more enigmatic. The article presents both criticism of the character and Sweeney’s perspective, providing background for discussion of how the sketch’s humour and reception have changed.</w:t>
      </w:r>
      <w:r/>
    </w:p>
    <w:p>
      <w:pPr>
        <w:pStyle w:val="ListNumber"/>
        <w:spacing w:line="240" w:lineRule="auto"/>
        <w:ind w:left="720"/>
      </w:pPr>
      <w:r/>
      <w:hyperlink r:id="rId11">
        <w:r>
          <w:rPr>
            <w:color w:val="0000EE"/>
            <w:u w:val="single"/>
          </w:rPr>
          <w:t>https://www.independent.co.uk/arts-entertainment/tv/news/julia-sweeney-snl-pat-trans-nonbinary-b2697223.html</w:t>
        </w:r>
      </w:hyperlink>
      <w:r>
        <w:t xml:space="preserve"> - The Independent reports on Julia Sweeney’s later reflections about Pat, her Saturday Night Live character whose gender was never disclosed. In an interview on The View, Sweeney said Pat was not conceived as trans or non-binary, and described the joke as being about other people’s inability to determine Pat’s gender. She also acknowledged criticism from transgender and non-binary viewers and said she had taken that criticism seriously. The article notes that Sweeney had been interviewed for a documentary about Pat and that some transgender comedy writers found the character inspiring. It provides a more recent account of the character’s contested legacy and Sweeney’s nuanced response.</w:t>
      </w:r>
      <w:r/>
    </w:p>
    <w:p>
      <w:pPr>
        <w:pStyle w:val="ListNumber"/>
        <w:spacing w:line="240" w:lineRule="auto"/>
        <w:ind w:left="720"/>
      </w:pPr>
      <w:r/>
      <w:hyperlink r:id="rId12">
        <w:r>
          <w:rPr>
            <w:color w:val="0000EE"/>
            <w:u w:val="single"/>
          </w:rPr>
          <w:t>https://freshairarchive.org/segments/bill-hader-sketch-comedy-classic-hollywood-0</w:t>
        </w:r>
      </w:hyperlink>
      <w:r>
        <w:t xml:space="preserve"> - In this Fresh Air interview, Terry Gross speaks with Bill Hader about his Saturday Night Live career, impressions and recurring characters. The introduction identifies Vinny Vedecci as Hader’s Italian talk-show host, alongside Stefon, and the transcript discusses Hader’s work in sketch comedy and character performance. The interview offers useful background on Hader’s time on SNL and the kind of character work that made him well known. It does not substantiate every detail in the MovieMaker article about audience reactions to Vinny, but it provides a reputable source for the character’s identity and Hader’s association with the role. The page includes an audio recording and transcript.</w:t>
      </w:r>
      <w:r/>
    </w:p>
    <w:p>
      <w:pPr>
        <w:pStyle w:val="ListNumber"/>
        <w:spacing w:line="240" w:lineRule="auto"/>
        <w:ind w:left="720"/>
      </w:pPr>
      <w:r/>
      <w:hyperlink r:id="rId13">
        <w:r>
          <w:rPr>
            <w:color w:val="0000EE"/>
            <w:u w:val="single"/>
          </w:rPr>
          <w:t>https://www.newyorker.com/video/watch/the-new-yorker-festival-bill-hader-on-creating-vinny-vedecci-for-his-snl-audition</w:t>
        </w:r>
      </w:hyperlink>
      <w:r>
        <w:t xml:space="preserve"> - In this New Yorker Festival interview, Bill Hader explains how he developed Vinny Vedecci, the Italian talk-show host he performed on Saturday Night Live. Hader recalls being in a cinema queue and observing a man whose voice and behaviour inspired the character. He says he began imitating the man for friends, then shaped the idea into a performance. The interview provides Hader’s own account of the character’s origin and creative process, rather than a general judgement about whether the sketch would work today. Its transcript and accompanying video make it a direct source for the background to Vinny Vedecci and Hader’s role in creating him.</w:t>
      </w:r>
      <w:r/>
    </w:p>
    <w:p>
      <w:pPr>
        <w:pStyle w:val="ListNumber"/>
        <w:spacing w:line="240" w:lineRule="auto"/>
        <w:ind w:left="720"/>
      </w:pPr>
      <w:r/>
      <w:hyperlink r:id="rId14">
        <w:r>
          <w:rPr>
            <w:color w:val="0000EE"/>
            <w:u w:val="single"/>
          </w:rPr>
          <w:t>https://www.youtube.com/watch?v=1U5dN9fsjEg</w:t>
        </w:r>
      </w:hyperlink>
      <w:r>
        <w:t xml:space="preserve"> - This official Saturday Night Live video presents Tim Kazurinsky performing as Havnagootiim Vishnuuerheer in an Unanswered Questions of the Universe segment. The character appears as a guru answering questions, illustrating the format and persona described in the MovieMaker article. The video is primary evidence of the sketch itself, rather than an independent analysis of its cultural context or contemporary reception. It can help viewers assess the character’s presentation, language and performance directly. The linked programme description identifies Kazurinsky and gives the original broadcast date as 5 November 1983. YouTube’s page may require compatible browser access or regional availability to play the video.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oviemaker.com/snl-characters-that-wouldnt-fly-today/" TargetMode="External"/><Relationship Id="rId10" Type="http://schemas.openxmlformats.org/officeDocument/2006/relationships/hyperlink" Target="https://www.kuow.org/2020-01-16/julia-sweeney-is-pro-androgyny-but-not-quite-ready-to-apologize-about-pat" TargetMode="External"/><Relationship Id="rId11" Type="http://schemas.openxmlformats.org/officeDocument/2006/relationships/hyperlink" Target="https://www.independent.co.uk/arts-entertainment/tv/news/julia-sweeney-snl-pat-trans-nonbinary-b2697223.html" TargetMode="External"/><Relationship Id="rId12" Type="http://schemas.openxmlformats.org/officeDocument/2006/relationships/hyperlink" Target="https://freshairarchive.org/segments/bill-hader-sketch-comedy-classic-hollywood-0" TargetMode="External"/><Relationship Id="rId13" Type="http://schemas.openxmlformats.org/officeDocument/2006/relationships/hyperlink" Target="https://www.newyorker.com/video/watch/the-new-yorker-festival-bill-hader-on-creating-vinny-vedecci-for-his-snl-audition" TargetMode="External"/><Relationship Id="rId14" Type="http://schemas.openxmlformats.org/officeDocument/2006/relationships/hyperlink" Target="https://www.youtube.com/watch?v=1U5dN9fsjE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