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 Celebrity Halloween Costumes of 2026: Big Ideas</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From hockey rivals and horror icons to a very self-assured banana, queer celebrities brought plenty of imagination to Halloween 2026. With the holiday landing on a Saturday, stars had a long weekend to make an entrance, and pop-culture references did much of the heavy lifting. Here are the costumes that stood out, plus a few ideas worth borrowing.</w:t>
      </w:r>
      <w:r/>
    </w:p>
    <w:p>
      <w:pPr>
        <w:pStyle w:val="Heading2"/>
      </w:pPr>
      <w:r>
        <w:t>Essential Takeaways</w:t>
      </w:r>
      <w:r/>
      <w:r/>
    </w:p>
    <w:p>
      <w:pPr>
        <w:pStyle w:val="ListBullet"/>
        <w:spacing w:line="240" w:lineRule="auto"/>
        <w:ind w:left="720"/>
      </w:pPr>
      <w:r/>
      <w:r>
        <w:rPr>
          <w:b/>
        </w:rPr>
        <w:t>Heated Rivalry scored big:</w:t>
      </w:r>
      <w:r>
        <w:t xml:space="preserve"> Scott Hoying and Mark Manio dressed as the hockey rivals, with their baby daughter playing the puck.</w:t>
      </w:r>
      <w:r/>
    </w:p>
    <w:p>
      <w:pPr>
        <w:pStyle w:val="ListBullet"/>
        <w:spacing w:line="240" w:lineRule="auto"/>
        <w:ind w:left="720"/>
      </w:pPr>
      <w:r/>
      <w:r>
        <w:rPr>
          <w:b/>
        </w:rPr>
        <w:t>Couples leaned into comedy:</w:t>
      </w:r>
      <w:r>
        <w:t xml:space="preserve"> Niecy Nash and Jessica Betts recreated a memorable interview, while Cheyenne Jackson’s family went for Schitt’s Creek.</w:t>
      </w:r>
      <w:r/>
    </w:p>
    <w:p>
      <w:pPr>
        <w:pStyle w:val="ListBullet"/>
        <w:spacing w:line="240" w:lineRule="auto"/>
        <w:ind w:left="720"/>
      </w:pPr>
      <w:r/>
      <w:r>
        <w:rPr>
          <w:b/>
        </w:rPr>
        <w:t>Some looks took serious commitment:</w:t>
      </w:r>
      <w:r>
        <w:t xml:space="preserve"> Janelle Monáe used prosthetics for an original creature, and Dove Cameron transformed into Edward Scissorhands.</w:t>
      </w:r>
      <w:r/>
    </w:p>
    <w:p>
      <w:pPr>
        <w:pStyle w:val="ListBullet"/>
        <w:spacing w:line="240" w:lineRule="auto"/>
        <w:ind w:left="720"/>
      </w:pPr>
      <w:r/>
      <w:r>
        <w:rPr>
          <w:b/>
        </w:rPr>
        <w:t>Nostalgia had a strong showing:</w:t>
      </w:r>
      <w:r>
        <w:t xml:space="preserve"> Costumes nodded to Buffy, The Lost Boys, Toy Story and Sex and the City.</w:t>
      </w:r>
      <w:r/>
    </w:p>
    <w:p>
      <w:pPr>
        <w:pStyle w:val="ListBullet"/>
        <w:spacing w:line="240" w:lineRule="auto"/>
        <w:ind w:left="720"/>
      </w:pPr>
      <w:r/>
      <w:r>
        <w:rPr>
          <w:b/>
        </w:rPr>
        <w:t>A simple idea can still land:</w:t>
      </w:r>
      <w:r>
        <w:t xml:space="preserve"> Justice Smith’s banana costume paired a familiar look with a cheeky caption.</w:t>
      </w:r>
      <w:r/>
      <w:r/>
    </w:p>
    <w:p>
      <w:pPr>
        <w:pStyle w:val="Heading2"/>
      </w:pPr>
      <w:r>
        <w:t>Heated Rivalry became Halloween’s winning theme</w:t>
      </w:r>
      <w:r/>
    </w:p>
    <w:p>
      <w:r/>
      <w:r>
        <w:t>The year’s biggest costume trend had a rink-side twist. Pentatonix singer Scott Hoying and his husband, Mark Manio, dressed as the rivals from Heated Rivalry for their first Halloween as dads, with their baby daughter cast as the puck. It’s a neat family costume idea: instantly recognisable, but with a sweet little detail that makes it their own. (Sources: Queerty; E! Online)</w:t>
      </w:r>
      <w:r/>
    </w:p>
    <w:p>
      <w:r/>
      <w:r>
        <w:t>The series also inspired author Rachel Reid, whose Game Changers novels provided its source material. She chose a very different kind of intensity, dressing as Annie Wilkes, the obsessive fan from Stephen King’s Misery. Meanwhile, Justice Smith, who joins the show’s second season, went for a banana and a playful caption. (Sources: DNA Magazine; Us Weekly)</w:t>
      </w:r>
      <w:r/>
    </w:p>
    <w:p>
      <w:pPr>
        <w:pStyle w:val="Heading2"/>
      </w:pPr>
      <w:r>
        <w:t>Couples and families made the joke together</w:t>
      </w:r>
      <w:r/>
    </w:p>
    <w:p>
      <w:r/>
      <w:r>
        <w:t>A coordinated costume doesn’t need elaborate props to work. Niecy Nash and her wife, Jessica Betts, recreated Katt Williams’ interview with Shannon Sharpe on Club Shay Shay, while Cheyenne Jackson and his family dressed around Schitt’s Creek. Both ideas draw on recognisable scenes and characters, so the group connection is clear at a glance. (Sources: Queerty; ABC News)</w:t>
      </w:r>
      <w:r/>
    </w:p>
    <w:p>
      <w:r/>
      <w:r>
        <w:t>Elsewhere, Neil Patrick Harris, David Burtka and their twins went as vampires, with nods to Buffy, The Lost Boys and Nosferatu. Andy Cohen wore Jedi robes in New York, while one of his children took on Darth Maul. These are easy themes to adapt for different ages, especially when everyone gets a character that suits them. (Sources: E! Online; Vogue)</w:t>
      </w:r>
      <w:r/>
    </w:p>
    <w:p>
      <w:pPr>
        <w:pStyle w:val="Heading2"/>
      </w:pPr>
      <w:r>
        <w:t>Horror, pop culture and a little eyeliner</w:t>
      </w:r>
      <w:r/>
    </w:p>
    <w:p>
      <w:r/>
      <w:r>
        <w:t>Some of the most memorable looks came with a full transformation. Janelle Monáe used prosthetics to become a creature she called “PHISH BOY”, while Dove Cameron opted for Edward Scissorhands. For costume inspiration, both offer a useful reminder: one distinctive silhouette or detail can do more than a pile of accessories. (Sources: DNA Magazine; Vogue)</w:t>
      </w:r>
      <w:r/>
    </w:p>
    <w:p>
      <w:r/>
      <w:r>
        <w:t>Gus Kenworthy recreated Katy Perry’s 2025 Blue Origin space-flight look, and Troye Sivan went as Toy Story’s Woody, describing the outfit as “Spirit Halloween woody”. The references span pop spectacle and childhood nostalgia, but both depend on the audience recognising the source. When planning a look, a bold accessory or a familiar colour palette can help make the idea click. (Sources: Us Weekly; ABC News)</w:t>
      </w:r>
      <w:r/>
    </w:p>
    <w:p>
      <w:pPr>
        <w:pStyle w:val="Heading2"/>
      </w:pPr>
      <w:r>
        <w:t>The best costume might be the one that makes you laugh</w:t>
      </w:r>
      <w:r/>
    </w:p>
    <w:p>
      <w:r/>
      <w:r>
        <w:t>Not every standout outfit needs a complicated backstory. Bob The Drag Queen and Monét X Change dressed as the White Chicks, while the Old Gays went as Carrie Bradshaw and her Sex and the City friends. Theatre designer Brendan McCann took a more unexpected route, dressing as the renovated Lincoln Memorial Reflecting Pool. (Sources: Queerty; E! Online)</w:t>
      </w:r>
      <w:r/>
    </w:p>
    <w:p>
      <w:r/>
      <w:r>
        <w:t>Tuc Watkins and Andrew Rannells chose the French sailors François Hervé and Yves Thomas, who died aboard the warship Bouvet in 1915. Watkins joked that the historical look was really an excuse to wear eyeliner. That blend of reference and self-awareness is often what makes a Halloween costume feel personal rather than merely polished. (Sources: DNA Magazine; Vogue)</w:t>
      </w:r>
      <w:r/>
    </w:p>
    <w:p>
      <w:pPr>
        <w:pStyle w:val="Heading2"/>
      </w:pPr>
      <w:r>
        <w:t>How to borrow the ideas without overthinking it</w:t>
      </w:r>
      <w:r/>
    </w:p>
    <w:p>
      <w:r/>
      <w:r>
        <w:t>Start with something you already love: a show, film, musician or shared family joke. Then choose one recognisable feature to build around, whether that’s a colour, prop, hairstyle or silhouette. A small group can use a single theme without matching head to toe, which usually makes the result more comfortable and fun. (Sources: ABC News; Us Weekly)</w:t>
      </w:r>
      <w:r/>
    </w:p>
    <w:p>
      <w:r/>
      <w:r>
        <w:t>Think about practicality, too. If the costume involves prosthetics, bulky props or a child’s outfit, make sure it’s comfortable enough to wear for the evening and easy to move in. The strongest celebrity looks weren’t all the most elaborate; many simply paired a clear reference with a confident idea. (Sources: E! Online; Vogue)</w:t>
      </w:r>
      <w:r/>
    </w:p>
    <w:p>
      <w:r/>
      <w:r>
        <w:t>A good costume doesn’t have to be complicated; it just has to feel like you.</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9">
        <w:r>
          <w:rPr>
            <w:color w:val="0000EE"/>
            <w:u w:val="single"/>
          </w:rPr>
          <w:t>[2]</w:t>
        </w:r>
      </w:hyperlink>
      <w:r>
        <w:t xml:space="preserve">, </w:t>
      </w:r>
      <w:hyperlink r:id="rId12">
        <w:r>
          <w:rPr>
            <w:color w:val="0000EE"/>
            <w:u w:val="single"/>
          </w:rPr>
          <w:t>[5]</w:t>
        </w:r>
      </w:hyperlink>
      <w:r>
        <w:t xml:space="preserve">- Paragraph 3: </w:t>
      </w:r>
      <w:hyperlink r:id="rId10">
        <w:r>
          <w:rPr>
            <w:color w:val="0000EE"/>
            <w:u w:val="single"/>
          </w:rPr>
          <w:t>[3]</w:t>
        </w:r>
      </w:hyperlink>
      <w:r>
        <w:t xml:space="preserve">, </w:t>
      </w:r>
      <w:hyperlink r:id="rId13">
        <w:r>
          <w:rPr>
            <w:color w:val="0000EE"/>
            <w:u w:val="single"/>
          </w:rPr>
          <w:t>[7]</w:t>
        </w:r>
      </w:hyperlink>
      <w:r>
        <w:t xml:space="preserve">- Paragraph 4: </w:t>
      </w:r>
      <w:hyperlink r:id="rId11">
        <w:r>
          <w:rPr>
            <w:color w:val="0000EE"/>
            <w:u w:val="single"/>
          </w:rPr>
          <w:t>[4]</w:t>
        </w:r>
      </w:hyperlink>
      <w:r>
        <w:t xml:space="preserve">, </w:t>
      </w:r>
      <w:hyperlink r:id="rId14">
        <w:r>
          <w:rPr>
            <w:color w:val="0000EE"/>
            <w:u w:val="single"/>
          </w:rPr>
          <w:t>[6]</w:t>
        </w:r>
      </w:hyperlink>
      <w:r>
        <w:t xml:space="preserve">- Paragraph 5: </w:t>
      </w:r>
      <w:hyperlink r:id="rId9">
        <w:r>
          <w:rPr>
            <w:color w:val="0000EE"/>
            <w:u w:val="single"/>
          </w:rPr>
          <w:t>[2]</w:t>
        </w:r>
      </w:hyperlink>
      <w:r>
        <w:t xml:space="preserve">, </w:t>
      </w:r>
      <w:hyperlink r:id="rId14">
        <w:r>
          <w:rPr>
            <w:color w:val="0000EE"/>
            <w:u w:val="single"/>
          </w:rPr>
          <w:t>[6]</w:t>
        </w:r>
      </w:hyperlink>
      <w:r>
        <w:t xml:space="preserve">- Paragraph 6: </w:t>
      </w:r>
      <w:hyperlink r:id="rId12">
        <w:r>
          <w:rPr>
            <w:color w:val="0000EE"/>
            <w:u w:val="single"/>
          </w:rPr>
          <w:t>[5]</w:t>
        </w:r>
      </w:hyperlink>
      <w:r>
        <w:t xml:space="preserve">, </w:t>
      </w:r>
      <w:hyperlink r:id="rId13">
        <w:r>
          <w:rPr>
            <w:color w:val="0000EE"/>
            <w:u w:val="single"/>
          </w:rPr>
          <w:t>[7]</w:t>
        </w:r>
      </w:hyperlink>
      <w:r>
        <w:t xml:space="preserve">- Paragraph 7: </w:t>
      </w:r>
      <w:hyperlink r:id="rId10">
        <w:r>
          <w:rPr>
            <w:color w:val="0000EE"/>
            <w:u w:val="single"/>
          </w:rPr>
          <w:t>[3]</w:t>
        </w:r>
      </w:hyperlink>
      <w:r>
        <w:t xml:space="preserve">, </w:t>
      </w:r>
      <w:hyperlink r:id="rId11">
        <w:r>
          <w:rPr>
            <w:color w:val="0000EE"/>
            <w:u w:val="single"/>
          </w:rPr>
          <w:t>[4]</w:t>
        </w:r>
      </w:hyperlink>
      <w:r>
        <w:t xml:space="preserve">- Paragraph 8: </w:t>
      </w:r>
      <w:hyperlink r:id="rId9">
        <w:r>
          <w:rPr>
            <w:color w:val="0000EE"/>
            <w:u w:val="single"/>
          </w:rPr>
          <w:t>[2]</w:t>
        </w:r>
      </w:hyperlink>
      <w:r>
        <w:t xml:space="preserve">, </w:t>
      </w:r>
      <w:hyperlink r:id="rId14">
        <w:r>
          <w:rPr>
            <w:color w:val="0000EE"/>
            <w:u w:val="single"/>
          </w:rPr>
          <w:t>[6]</w:t>
        </w:r>
      </w:hyperlink>
      <w:r>
        <w:t xml:space="preserve">- Paragraph 9: </w:t>
      </w:r>
      <w:hyperlink r:id="rId13">
        <w:r>
          <w:rPr>
            <w:color w:val="0000EE"/>
            <w:u w:val="single"/>
          </w:rPr>
          <w:t>[7]</w:t>
        </w:r>
      </w:hyperlink>
      <w:r>
        <w:t xml:space="preserve">, </w:t>
      </w:r>
      <w:hyperlink r:id="rId12">
        <w:r>
          <w:rPr>
            <w:color w:val="0000EE"/>
            <w:u w:val="single"/>
          </w:rPr>
          <w:t>[5]</w:t>
        </w:r>
      </w:hyperlink>
      <w:r>
        <w:t xml:space="preserve">- Paragraph 10: </w:t>
      </w:r>
      <w:hyperlink r:id="rId11">
        <w:r>
          <w:rPr>
            <w:color w:val="0000EE"/>
            <w:u w:val="single"/>
          </w:rPr>
          <w:t>[4]</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https://www.dnamagazine.com.au/queer-celebrity-halloween-costumes-2026/</w:t>
        </w:r>
      </w:hyperlink>
      <w:r>
        <w:t xml:space="preserve"> - Please view link - unable to able to access data</w:t>
      </w:r>
      <w:r/>
    </w:p>
    <w:p>
      <w:pPr>
        <w:pStyle w:val="ListNumber"/>
        <w:spacing w:line="240" w:lineRule="auto"/>
        <w:ind w:left="720"/>
      </w:pPr>
      <w:r/>
      <w:hyperlink r:id="rId9">
        <w:r>
          <w:rPr>
            <w:color w:val="0000EE"/>
            <w:u w:val="single"/>
          </w:rPr>
          <w:t>https://www.dnamagazine.com.au/queer-celebrity-halloween-costumes-2026/</w:t>
        </w:r>
      </w:hyperlink>
      <w:r>
        <w:t xml:space="preserve"> - DNA Magazine’s report rounds up queer celebrities’ Halloween costumes for 2026. Scott Hoying, Mark Manio and their baby daughter dress as characters from Heated Rivalry, while author Rachel Reid becomes Annie Wilkes from Misery and Justice Smith opts for a banana costume. Other featured looks include Niecy Nash and Jessica Betts recreating a viral interview, Janelle Monáe’s prosthetic creature, and Neil Patrick Harris’s family as vampires. The article also covers costumes inspired by Schitt’s Creek, Toy Story, Star Wars and Edward Scissorhands, alongside Gus Kenworthy’s Katy Perry look and The Old Gays’ Sex and the City group costume.</w:t>
      </w:r>
      <w:r/>
    </w:p>
    <w:p>
      <w:pPr>
        <w:pStyle w:val="ListNumber"/>
        <w:spacing w:line="240" w:lineRule="auto"/>
        <w:ind w:left="720"/>
      </w:pPr>
      <w:r/>
      <w:hyperlink r:id="rId10">
        <w:r>
          <w:rPr>
            <w:color w:val="0000EE"/>
            <w:u w:val="single"/>
          </w:rPr>
          <w:t>https://www.queerty.com/scott-hoying-niecy-nash-andy-cohen-the-best-halloween-outfits-from-queer-celebs-20261102/</w:t>
        </w:r>
      </w:hyperlink>
      <w:r>
        <w:t xml:space="preserve"> - Queerty surveys Halloween costumes worn by LGBTQ+ celebrities and their friends in 2026. Scott Hoying, Mark Manio and their daughter celebrate their first Halloween as a family with costumes inspired by Heated Rivalry. Rachel Reid dresses as Annie Wilkes, and Justice Smith appears as a banana. The roundup also describes Niecy Nash and Jessica Betts recreating a viral interview, Cheyenne Jackson’s family choosing Schitt’s Creek, and Janelle Monáe’s PHISH BOY transformation. Further entries include vampire costumes, French sailor characters, Gus Kenworthy as Katy Perry, Troye Sivan as Woody, and Star Wars-inspired outfits.</w:t>
      </w:r>
      <w:r/>
    </w:p>
    <w:p>
      <w:pPr>
        <w:pStyle w:val="ListNumber"/>
        <w:spacing w:line="240" w:lineRule="auto"/>
        <w:ind w:left="720"/>
      </w:pPr>
      <w:r/>
      <w:hyperlink r:id="rId11">
        <w:r>
          <w:rPr>
            <w:color w:val="0000EE"/>
            <w:u w:val="single"/>
          </w:rPr>
          <w:t>https://www.eonline.com/photos/38359/celebrities-celebrate-halloween-2026</w:t>
        </w:r>
      </w:hyperlink>
      <w:r>
        <w:t xml:space="preserve"> - E! Online presents a photo-led collection of celebrity Halloween looks from 2026. The gallery ranges across film, television, music and family costumes, with short descriptions explaining the inspirations behind selected outfits. It includes Justice Smith dressed as a banana alongside Heated Rivalry castmate Shaheen Jafargholi, as well as costumes worn by Christina Aguilera, Reneé Rapp, Taylor Frankie Paul, Nina Dobrev and Julia Fox. The page serves as a broad visual roundup rather than a report focused specifically on queer celebrities, offering additional examples of the season’s pop-culture references and elaborate transformations.</w:t>
      </w:r>
      <w:r/>
    </w:p>
    <w:p>
      <w:pPr>
        <w:pStyle w:val="ListNumber"/>
        <w:spacing w:line="240" w:lineRule="auto"/>
        <w:ind w:left="720"/>
      </w:pPr>
      <w:r/>
      <w:hyperlink r:id="rId12">
        <w:r>
          <w:rPr>
            <w:color w:val="0000EE"/>
            <w:u w:val="single"/>
          </w:rPr>
          <w:t>https://www.usmagazine.com/entertainment/pictures/2026-celebrity-halloween-costumes-must-see-photos/</w:t>
        </w:r>
      </w:hyperlink>
      <w:r>
        <w:t xml:space="preserve"> - Us Weekly compiles photographs and descriptions of notable celebrity Halloween costumes from 2026. The roundup covers costumes revealed in the days before Halloween as well as looks shared during the weekend and at parties. Featured examples include Paris Hilton’s Beauty and the Beast-inspired outfit, Kim Kardashian dressing as her daughter, and costumes worn by Dua Lipa and Callum Turner. The gallery also highlights family ensembles, television personalities and performers, including a Toy Story-themed Mahomes family costume. It provides a wide-ranging overview of celebrity costume choices, rather than concentrating solely on queer stars.</w:t>
      </w:r>
      <w:r/>
    </w:p>
    <w:p>
      <w:pPr>
        <w:pStyle w:val="ListNumber"/>
        <w:spacing w:line="240" w:lineRule="auto"/>
        <w:ind w:left="720"/>
      </w:pPr>
      <w:r/>
      <w:hyperlink r:id="rId14">
        <w:r>
          <w:rPr>
            <w:color w:val="0000EE"/>
            <w:u w:val="single"/>
          </w:rPr>
          <w:t>https://www.vogue.com/slideshow/the-best-halloween-costumes-of-2026</w:t>
        </w:r>
      </w:hyperlink>
      <w:r>
        <w:t xml:space="preserve"> - Vogue reviews standout celebrity Halloween costumes from 2026, describing a season of elaborate transformations, pop-culture tributes and classic spooky looks. The article notes Kim Kardashian’s costume inspired by North West, Paris Hilton’s tribute to Britney Spears, and Lisa Rinna’s Kylie Jenner look. It also highlights Janelle Monáe and Heidi Klum for striking prosthetic work, alongside many other stars’ costumes and party appearances. The accompanying slideshow adds individual examples, including Kim Kardashian, Owen Thiele and Benito Skinner. This is a general celebrity-costume roundup, providing context about the broader Halloween trends surrounding the queer-focused report.</w:t>
      </w:r>
      <w:r/>
    </w:p>
    <w:p>
      <w:pPr>
        <w:pStyle w:val="ListNumber"/>
        <w:spacing w:line="240" w:lineRule="auto"/>
        <w:ind w:left="720"/>
      </w:pPr>
      <w:r/>
      <w:hyperlink r:id="rId13">
        <w:r>
          <w:rPr>
            <w:color w:val="0000EE"/>
            <w:u w:val="single"/>
          </w:rPr>
          <w:t>https://abcnews.com/GMA/Culture/best-celebrity-halloween-costumes-2026/story?id=137735495</w:t>
        </w:r>
      </w:hyperlink>
      <w:r>
        <w:t xml:space="preserve"> - ABC News shares a Halloween 2026 celebrity costume roundup featuring transformations, nostalgic references and family looks. It reports that Ashley Graham dressed as Ariel from The Little Mermaid, while Kelly Ripa and Mark Consuelos wore multiple costumes during their themed television episode. The article also mentions the Pod Meets World hosts recreating costumes from their sitcom, Paris Hilton’s family dressing as characters from Beauty and the Beast and The Addams Family, and Keke Palmer and her son honouring Janet and Michael Jackson. It offers a general snapshot of celebrity Halloween costumes and pop-culture inspirations, supplementing the more specifically queer-focused coverage.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dnamagazine.com.au/queer-celebrity-halloween-costumes-2026/" TargetMode="External"/><Relationship Id="rId10" Type="http://schemas.openxmlformats.org/officeDocument/2006/relationships/hyperlink" Target="https://www.queerty.com/scott-hoying-niecy-nash-andy-cohen-the-best-halloween-outfits-from-queer-celebs-20261102/" TargetMode="External"/><Relationship Id="rId11" Type="http://schemas.openxmlformats.org/officeDocument/2006/relationships/hyperlink" Target="https://www.eonline.com/photos/38359/celebrities-celebrate-halloween-2026" TargetMode="External"/><Relationship Id="rId12" Type="http://schemas.openxmlformats.org/officeDocument/2006/relationships/hyperlink" Target="https://www.usmagazine.com/entertainment/pictures/2026-celebrity-halloween-costumes-must-see-photos/" TargetMode="External"/><Relationship Id="rId13" Type="http://schemas.openxmlformats.org/officeDocument/2006/relationships/hyperlink" Target="https://abcnews.com/GMA/Culture/best-celebrity-halloween-costumes-2026/story?id=137735495" TargetMode="External"/><Relationship Id="rId14" Type="http://schemas.openxmlformats.org/officeDocument/2006/relationships/hyperlink" Target="https://www.vogue.com/slideshow/the-best-halloween-costumes-of-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