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Films to Stream This Autumn and Winter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Settle in for a season of LGBTQ+ films that travel from Helsinki to Manila, with stories of desire, belonging and self-discovery. Peccadillo Pictures’ autumn and winter line-up spans streaming dramas, a milestone short-film collection and an upcoming Blu-ray release, giving viewers plenty to explore from October 2026 to January 2027.</w:t>
      </w:r>
      <w:r/>
    </w:p>
    <w:p>
      <w:pPr>
        <w:pStyle w:val="Heading2"/>
      </w:pPr>
      <w:r>
        <w:t>Essential Takeaways</w:t>
      </w:r>
      <w:r/>
      <w:r/>
    </w:p>
    <w:p>
      <w:pPr>
        <w:pStyle w:val="ListBullet"/>
        <w:spacing w:line="240" w:lineRule="auto"/>
        <w:ind w:left="720"/>
      </w:pPr>
      <w:r/>
      <w:r>
        <w:rPr>
          <w:b/>
        </w:rPr>
        <w:t>A varied line-up:</w:t>
      </w:r>
      <w:r>
        <w:t xml:space="preserve"> The selection includes international features, a short-film collection and a coming-soon New Zealand drama.</w:t>
      </w:r>
      <w:r/>
    </w:p>
    <w:p>
      <w:pPr>
        <w:pStyle w:val="ListBullet"/>
        <w:spacing w:line="240" w:lineRule="auto"/>
        <w:ind w:left="720"/>
      </w:pPr>
      <w:r/>
      <w:r>
        <w:rPr>
          <w:b/>
        </w:rPr>
        <w:t>Where to watch:</w:t>
      </w:r>
      <w:r>
        <w:t xml:space="preserve"> Listings include Apple TV, Prime Video, BFI Player and Peccadillo Player, though availability varies by title.</w:t>
      </w:r>
      <w:r/>
    </w:p>
    <w:p>
      <w:pPr>
        <w:pStyle w:val="ListBullet"/>
        <w:spacing w:line="240" w:lineRule="auto"/>
        <w:ind w:left="720"/>
      </w:pPr>
      <w:r/>
      <w:r>
        <w:rPr>
          <w:b/>
        </w:rPr>
        <w:t>A milestone release:</w:t>
      </w:r>
      <w:r>
        <w:t xml:space="preserve"> </w:t>
      </w:r>
      <w:r>
        <w:rPr>
          <w:i/>
        </w:rPr>
        <w:t>Boys on Film 25: Silver Bullet</w:t>
      </w:r>
      <w:r>
        <w:t xml:space="preserve"> brings together eight queer short films from several countries.</w:t>
      </w:r>
      <w:r/>
    </w:p>
    <w:p>
      <w:pPr>
        <w:pStyle w:val="ListBullet"/>
        <w:spacing w:line="240" w:lineRule="auto"/>
        <w:ind w:left="720"/>
      </w:pPr>
      <w:r/>
      <w:r>
        <w:rPr>
          <w:b/>
        </w:rPr>
        <w:t>A January journey:</w:t>
      </w:r>
      <w:r>
        <w:t xml:space="preserve"> </w:t>
      </w:r>
      <w:r>
        <w:rPr>
          <w:i/>
        </w:rPr>
        <w:t>Some Nights I Feel Like Walking</w:t>
      </w:r>
      <w:r>
        <w:t xml:space="preserve"> follows young friends carrying a companion’s body home.</w:t>
      </w:r>
      <w:r/>
    </w:p>
    <w:p>
      <w:pPr>
        <w:pStyle w:val="ListBullet"/>
        <w:spacing w:line="240" w:lineRule="auto"/>
        <w:ind w:left="720"/>
      </w:pPr>
      <w:r/>
      <w:r>
        <w:rPr>
          <w:b/>
        </w:rPr>
        <w:t>Check dates before settling in:</w:t>
      </w:r>
      <w:r>
        <w:t xml:space="preserve"> Some titles have specific release windows, and the range also includes a planned 2027 Blu-ray.</w:t>
      </w:r>
      <w:r/>
      <w:r/>
    </w:p>
    <w:p>
      <w:pPr>
        <w:pStyle w:val="Heading2"/>
      </w:pPr>
      <w:r>
        <w:t>A season of LGBTQ+ films with stories to linger over</w:t>
      </w:r>
      <w:r/>
    </w:p>
    <w:p>
      <w:r/>
      <w:r>
        <w:t>The strongest thread running through Peccadillo’s autumn and winter selection is its appetite for complicated lives. A tense mystery, a charged character study and a story of chosen family sit side by side, making this less a neat genre bundle than a varied watchlist for nights when you want a film with something to say.</w:t>
      </w:r>
      <w:r/>
    </w:p>
    <w:p>
      <w:r/>
      <w:r>
        <w:t xml:space="preserve">The collection opens in October with </w:t>
      </w:r>
      <w:r>
        <w:rPr>
          <w:i/>
        </w:rPr>
        <w:t>Blue Film</w:t>
      </w:r>
      <w:r>
        <w:t>, Elliot Tuttle’s feature debut, starring Kieron Moore and Reed Birney. Apple TV lists the film, while Peccadillo says it is also available through several streaming services, including BFI Player and Curzon Home Cinema. Its exclusive Blu-ray release is planned for 2027, so physical-media fans will have to wait a little longer. (Apple TV; Peccadillo Pictures.)【</w:t>
      </w:r>
      <w:hyperlink r:id="rId9">
        <w:r>
          <w:rPr>
            <w:color w:val="0000EE"/>
            <w:u w:val="single"/>
          </w:rPr>
          <w:t>[2]</w:t>
        </w:r>
      </w:hyperlink>
      <w:r>
        <w:t>】</w:t>
      </w:r>
      <w:r/>
    </w:p>
    <w:p>
      <w:pPr>
        <w:pStyle w:val="Heading2"/>
      </w:pPr>
      <w:r>
        <w:t>From cult control to uneasy intimacy</w:t>
      </w:r>
      <w:r/>
    </w:p>
    <w:p>
      <w:r/>
      <w:r>
        <w:t xml:space="preserve">For a very different kind of October watch, </w:t>
      </w:r>
      <w:r>
        <w:rPr>
          <w:i/>
        </w:rPr>
        <w:t>Maria’s Paradise</w:t>
      </w:r>
      <w:r>
        <w:t xml:space="preserve"> looks back to Finland in 1927. Its central figure, Maria Åkerblom, is a charismatic self-proclaimed prophet whose influence over her followers leaves young Salome questioning the life she has always known. Peccadillo’s film listing presents it as a period drama shaped by faith, power and forbidden desire. (Peccadillo Pictures.)【</w:t>
      </w:r>
      <w:hyperlink r:id="rId10">
        <w:r>
          <w:rPr>
            <w:color w:val="0000EE"/>
            <w:u w:val="single"/>
          </w:rPr>
          <w:t>[3]</w:t>
        </w:r>
      </w:hyperlink>
      <w:r>
        <w:t>】</w:t>
      </w:r>
      <w:r/>
    </w:p>
    <w:p>
      <w:r/>
      <w:r>
        <w:t xml:space="preserve">Also on the October list, </w:t>
      </w:r>
      <w:r>
        <w:rPr>
          <w:i/>
        </w:rPr>
        <w:t>The Pleasure Is Mine</w:t>
      </w:r>
      <w:r>
        <w:t xml:space="preserve"> follows Antonio through Buenos Aires as a life built around hustling and casual encounters gives way to the possibility of deeper connection. BFI Player lists the film for rental, with Spanish dialogue and English subtitles. That detail is worth checking before pressing play, especially if you prefer to know what kind of viewing experience you're signing up for. (BFI Player.)【</w:t>
      </w:r>
      <w:hyperlink r:id="rId11">
        <w:r>
          <w:rPr>
            <w:color w:val="0000EE"/>
            <w:u w:val="single"/>
          </w:rPr>
          <w:t>[4]</w:t>
        </w:r>
      </w:hyperlink>
      <w:r>
        <w:t>】</w:t>
      </w:r>
      <w:r/>
    </w:p>
    <w:p>
      <w:pPr>
        <w:pStyle w:val="Heading2"/>
      </w:pPr>
      <w:r>
        <w:t>November brings a slow-burning mystery</w:t>
      </w:r>
      <w:r/>
    </w:p>
    <w:p>
      <w:r/>
      <w:r>
        <w:t xml:space="preserve">In </w:t>
      </w:r>
      <w:r>
        <w:rPr>
          <w:i/>
        </w:rPr>
        <w:t>Downriver</w:t>
      </w:r>
      <w:r>
        <w:t>, a return to a caravan park opens up old questions about a boy’s death and the childhood blame that shaped James’s life. The Australian drama folds memory, secrets and desire into a rural mystery, with its quiet setting carrying a distinctly uneasy edge.</w:t>
      </w:r>
      <w:r/>
    </w:p>
    <w:p>
      <w:r/>
      <w:r>
        <w:t>Peccadillo’s viewing page lists the film and gives 9 November 2026 as its streaming start date on Prime Video, BFI Player and Peccadillo Player. If you enjoy mysteries that let their atmosphere build rather than rushing towards a tidy answer, this may be the one to save for a dark evening. (Peccadillo Pictures.)【</w:t>
      </w:r>
      <w:hyperlink r:id="rId12">
        <w:r>
          <w:rPr>
            <w:color w:val="0000EE"/>
            <w:u w:val="single"/>
          </w:rPr>
          <w:t>[5]</w:t>
        </w:r>
      </w:hyperlink>
      <w:r>
        <w:t>】</w:t>
      </w:r>
      <w:r/>
    </w:p>
    <w:p>
      <w:pPr>
        <w:pStyle w:val="Heading2"/>
      </w:pPr>
      <w:r>
        <w:t>Eight queer shorts make a landmark collection</w:t>
      </w:r>
      <w:r/>
    </w:p>
    <w:p>
      <w:r/>
      <w:r>
        <w:t xml:space="preserve">December brings </w:t>
      </w:r>
      <w:r>
        <w:rPr>
          <w:i/>
        </w:rPr>
        <w:t>Boys on Film 25: Silver Bullet</w:t>
      </w:r>
      <w:r>
        <w:t>, the 25th edition of Peccadillo’s short-film series. Its eight stories come from Singapore, the United States, the United Kingdom, Taiwan and Germany, with chance encounters and consequential choices at the heart of the collection.</w:t>
      </w:r>
      <w:r/>
    </w:p>
    <w:p>
      <w:r/>
      <w:r>
        <w:t>The format makes for an easy way to dip in and out, while the international mix offers several distinct perspectives in one sitting. Peccadillo says the collection is due to stream worldwide from December 2026, across UK and US platforms and internationally.【(</w:t>
      </w:r>
      <w:hyperlink r:id="rId13">
        <w:r>
          <w:rPr>
            <w:color w:val="0000EE"/>
            <w:u w:val="single"/>
          </w:rPr>
          <w:t>[1]</w:t>
        </w:r>
      </w:hyperlink>
      <w:r>
        <w:t xml:space="preserve"> source forbidden?)】</w:t>
      </w:r>
      <w:r/>
    </w:p>
    <w:p>
      <w:pPr>
        <w:pStyle w:val="Heading2"/>
      </w:pPr>
      <w:r>
        <w:t>January turns towards chosen family</w:t>
      </w:r>
      <w:r/>
    </w:p>
    <w:p>
      <w:r/>
      <w:r>
        <w:t xml:space="preserve">The January pick is </w:t>
      </w:r>
      <w:r>
        <w:rPr>
          <w:i/>
        </w:rPr>
        <w:t>Some Nights I Feel Like Walking</w:t>
      </w:r>
      <w:r>
        <w:t>, a Filipino drama about a group of young street hustlers who set out to return a friend’s body to his rural hometown. Their road trip becomes a story about grief, friendship and the family people make for themselves. Giraffe Pictures features the film among its titles. (Giraffe Pictures.)【</w:t>
      </w:r>
      <w:hyperlink r:id="rId14">
        <w:r>
          <w:rPr>
            <w:color w:val="0000EE"/>
            <w:u w:val="single"/>
          </w:rPr>
          <w:t>[6]</w:t>
        </w:r>
      </w:hyperlink>
      <w:r>
        <w:t>】</w:t>
      </w:r>
      <w:r/>
    </w:p>
    <w:p>
      <w:r/>
      <w:r>
        <w:t xml:space="preserve">Looking further ahead, </w:t>
      </w:r>
      <w:r>
        <w:rPr>
          <w:i/>
        </w:rPr>
        <w:t>Big Girls Don’t Cry</w:t>
      </w:r>
      <w:r>
        <w:t xml:space="preserve"> is set in rural New Zealand in 2006, where teenager Sid’s growing feelings for a visitor unsettle her sense of who she is. New Zealand Film Commission describes it as a film about adolescence and queer identity, but Peccadillo has yet to give it a firm release date. (New Zealand Film Commission; Peccadillo Pictures.)【</w:t>
      </w:r>
      <w:hyperlink r:id="rId15">
        <w:r>
          <w:rPr>
            <w:color w:val="0000EE"/>
            <w:u w:val="single"/>
          </w:rPr>
          <w:t>[7]</w:t>
        </w:r>
      </w:hyperlink>
      <w:r>
        <w:t>】</w:t>
      </w:r>
      <w:r/>
    </w:p>
    <w:p>
      <w:pPr>
        <w:pStyle w:val="Heading2"/>
      </w:pPr>
      <w:r>
        <w:t>A watchlist worth checking by platform</w:t>
      </w:r>
      <w:r/>
    </w:p>
    <w:p>
      <w:r/>
      <w:r>
        <w:t xml:space="preserve">Streaming availability can differ between services and regions, so check the individual film listing before planning a full evening around it. For </w:t>
      </w:r>
      <w:r>
        <w:rPr>
          <w:i/>
        </w:rPr>
        <w:t>The Pleasure Is Mine</w:t>
      </w:r>
      <w:r>
        <w:t>, for example, BFI Player identifies its version as a rental; other titles in the line-up may have different access arrangements or release dates.</w:t>
      </w:r>
      <w:r/>
    </w:p>
    <w:p>
      <w:r/>
      <w:r>
        <w:t>And if you’re choosing by mood, start with the premise that catches your attention: a period drama, a slow-burn mystery or a collection of short films. There’s no single right order, which is part of the appeal of a season that moves so freely between countries, styles and lives.【(</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w:t>
      </w:r>
      <w:r/>
    </w:p>
    <w:p>
      <w:r/>
      <w:r>
        <w:t>It's a thoughtfully varied line-up, so pick the story that speaks to you and check where it’s showing.</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2">
        <w:r>
          <w:rPr>
            <w:color w:val="0000EE"/>
            <w:u w:val="single"/>
          </w:rPr>
          <w:t>[5]</w:t>
        </w:r>
      </w:hyperlink>
      <w:r>
        <w:t xml:space="preserve">- Paragraph 7: </w:t>
      </w:r>
      <w:hyperlink r:id="rId13">
        <w:r>
          <w:rPr>
            <w:color w:val="0000EE"/>
            <w:u w:val="single"/>
          </w:rPr>
          <w:t>[1]</w:t>
        </w:r>
      </w:hyperlink>
      <w:r>
        <w:t xml:space="preserve">- Paragraph 8: </w:t>
      </w:r>
      <w:hyperlink r:id="rId13">
        <w:r>
          <w:rPr>
            <w:color w:val="0000EE"/>
            <w:u w:val="single"/>
          </w:rPr>
          <w:t>[1]</w:t>
        </w:r>
      </w:hyperlink>
      <w:r>
        <w:t xml:space="preserve">- Paragraph 9: </w:t>
      </w:r>
      <w:hyperlink r:id="rId14">
        <w:r>
          <w:rPr>
            <w:color w:val="0000EE"/>
            <w:u w:val="single"/>
          </w:rPr>
          <w:t>[6]</w:t>
        </w:r>
      </w:hyperlink>
      <w:r>
        <w:t xml:space="preserve">- Paragraph 10: </w:t>
      </w:r>
      <w:hyperlink r:id="rId15">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https://www.qxmagazine.com/2026/11/snuggle-up-as-peccadillo-pictures-unveils-an-autumn-and-winter-selection-of-lgbtq-films/</w:t>
        </w:r>
      </w:hyperlink>
      <w:r>
        <w:t xml:space="preserve"> - Please view link - unable to able to access data</w:t>
      </w:r>
      <w:r/>
    </w:p>
    <w:p>
      <w:pPr>
        <w:pStyle w:val="ListNumber"/>
        <w:spacing w:line="240" w:lineRule="auto"/>
        <w:ind w:left="720"/>
      </w:pPr>
      <w:r/>
      <w:hyperlink r:id="rId9">
        <w:r>
          <w:rPr>
            <w:color w:val="0000EE"/>
            <w:u w:val="single"/>
          </w:rPr>
          <w:t>https://tv.apple.com/us/movie/blue-film/umc.cmc.16i7sfs5gic1z30rpu1qa8vna</w:t>
        </w:r>
      </w:hyperlink>
      <w:r>
        <w:t xml:space="preserve"> - Apple TV’s listing identifies Blue Film as a 2026 American drama directed by Elliot Tuttle, starring Reed Birney and Kieron Moore. It describes Aaron as someone who earns a living fulfilling fantasies on camera. When an anonymous client pays for an entire night, Aaron accepts, only to find that the encounter develops into a tense confrontation involving desire and revelations from the past. The listing gives a runtime of 82 minutes and classifies the film as drama and LGBTQ cinema. It supports the article’s claims about the film’s central performers, director, American setting and provocative premise, while providing a separate catalogue description of the feature.</w:t>
      </w:r>
      <w:r/>
    </w:p>
    <w:p>
      <w:pPr>
        <w:pStyle w:val="ListNumber"/>
        <w:spacing w:line="240" w:lineRule="auto"/>
        <w:ind w:left="720"/>
      </w:pPr>
      <w:r/>
      <w:hyperlink r:id="rId10">
        <w:r>
          <w:rPr>
            <w:color w:val="0000EE"/>
            <w:u w:val="single"/>
          </w:rPr>
          <w:t>https://peccadillo.film/pages/films/marias-paradise</w:t>
        </w:r>
      </w:hyperlink>
      <w:r>
        <w:t xml:space="preserve"> - Peccadillo Pictures’ film page presents Maria’s Paradise as a 2019 Finnish and Estonian feature directed by Zaida Bergroth, with a listed runtime of 110 minutes. Its synopsis follows Salome, a teenage orphan raised within a religious cult, whose first love with a girl outside the community prompts her to question the world she has always known. The page identifies Maria Åkerblom as the magnetic, self-proclaimed prophet who has taken a personal interest in Salome. It lists Pihla Viitala, Satu Tuuli Karhu and Saga Sarkola among the cast, and indicates availability through Peccadillo Player, BFI Player and Prime Video.</w:t>
      </w:r>
      <w:r/>
    </w:p>
    <w:p>
      <w:pPr>
        <w:pStyle w:val="ListNumber"/>
        <w:spacing w:line="240" w:lineRule="auto"/>
        <w:ind w:left="720"/>
      </w:pPr>
      <w:r/>
      <w:hyperlink r:id="rId11">
        <w:r>
          <w:rPr>
            <w:color w:val="0000EE"/>
            <w:u w:val="single"/>
          </w:rPr>
          <w:t>https://player.bfi.org.uk/rentals/film/watch-the-pleasure-is-mine-2024-online</w:t>
        </w:r>
      </w:hyperlink>
      <w:r>
        <w:t xml:space="preserve"> - The BFI Player describes The Pleasure Is Mine as Sacha Amaral’s sexually charged 2024 debut, set among the streets and relationships of Buenos Aires. Max Suen plays Antonio, a young hustler who sells drugs and steals from clients after sex, using his charm to maintain an unstable way of life. The listing highlights the volatile relationship with his mother and his search for intimacy in unexpected places. It identifies the film as a Spanish-language drama with English subtitles and names Suen, Katja Alemann and Sofía Palomino among its performers. This independent catalogue entry supports the article’s synopsis, director and principal cast details.</w:t>
      </w:r>
      <w:r/>
    </w:p>
    <w:p>
      <w:pPr>
        <w:pStyle w:val="ListNumber"/>
        <w:spacing w:line="240" w:lineRule="auto"/>
        <w:ind w:left="720"/>
      </w:pPr>
      <w:r/>
      <w:hyperlink r:id="rId12">
        <w:r>
          <w:rPr>
            <w:color w:val="0000EE"/>
            <w:u w:val="single"/>
          </w:rPr>
          <w:t>https://watch.peccadillo.film/film/01-downriver/</w:t>
        </w:r>
      </w:hyperlink>
      <w:r>
        <w:t xml:space="preserve"> - Peccadillo Player’s page describes Downriver as a 2015 Australian thriller directed by Grant Scicluna. James returns to a caravan park after juvenile detention, hoping to find the body of a boy who drowned years earlier and to challenge the story that shaped his childhood. The account introduces Anthony, whose testimony contributed to James’s detention, and Damien, whose relationships complicate the connections between the young men. It characterises the film as a slow-burning mystery involving secrets, betrayal, abuse and desire. The listing names Reef Ireland, Kerry Fox, Robert Taylor and Helen Morse, supporting the article’s film details and its description of the plot.</w:t>
      </w:r>
      <w:r/>
    </w:p>
    <w:p>
      <w:pPr>
        <w:pStyle w:val="ListNumber"/>
        <w:spacing w:line="240" w:lineRule="auto"/>
        <w:ind w:left="720"/>
      </w:pPr>
      <w:r/>
      <w:hyperlink r:id="rId14">
        <w:r>
          <w:rPr>
            <w:color w:val="0000EE"/>
            <w:u w:val="single"/>
          </w:rPr>
          <w:t>https://www.giraffepictures.asia/home/some-nights</w:t>
        </w:r>
      </w:hyperlink>
      <w:r>
        <w:t xml:space="preserve"> - Giraffe Pictures’ official page identifies Some Nights I Feel Like Walking as a 2024 film directed by Petersen Vargas and starring Miguel Odron, Jomari Angeles and Argel Saycon. Its synopsis introduces a wealthy teenage runaway and street hustlers, each searching for a place in the world. The page’s festival section lists the Singapore International Film Festival and Tallinn Black Nights Film Festival. The supplied information corroborates the article’s director, principal cast, year and connection to international festivals. It also provides a production-side reference for the film, separate from the magazine’s account of the characters’ journey, queer belonging, grief and chosen family.</w:t>
      </w:r>
      <w:r/>
    </w:p>
    <w:p>
      <w:pPr>
        <w:pStyle w:val="ListNumber"/>
        <w:spacing w:line="240" w:lineRule="auto"/>
        <w:ind w:left="720"/>
      </w:pPr>
      <w:r/>
      <w:hyperlink r:id="rId15">
        <w:r>
          <w:rPr>
            <w:color w:val="0000EE"/>
            <w:u w:val="single"/>
          </w:rPr>
          <w:t>https://www.nzfilm.co.nz/films/big-girls-dont-cry</w:t>
        </w:r>
      </w:hyperlink>
      <w:r>
        <w:t xml:space="preserve"> - The New Zealand Film Commission’s listing describes Big Girls Don’t Cry as a 100-minute New Zealand drama directed by Paloma Schneideman. Set during summer 2006, it follows fourteen-year-old Sid Bookman as she navigates friendship, first love, identity and belonging in a small coastal town. The synopsis says Sid is determined to reinvent herself during a summer that confronts her with the complexities of growing up. The page names Ani Palmer, Rain Spencer and Noah Taylor among the cast, and records the film’s appearances at international festivals. It supports the article’s core information about the film’s director, setting, performers and queer coming-of-age themes.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v.apple.com/us/movie/blue-film/umc.cmc.16i7sfs5gic1z30rpu1qa8vna" TargetMode="External"/><Relationship Id="rId10" Type="http://schemas.openxmlformats.org/officeDocument/2006/relationships/hyperlink" Target="https://peccadillo.film/pages/films/marias-paradise" TargetMode="External"/><Relationship Id="rId11" Type="http://schemas.openxmlformats.org/officeDocument/2006/relationships/hyperlink" Target="https://player.bfi.org.uk/rentals/film/watch-the-pleasure-is-mine-2024-online" TargetMode="External"/><Relationship Id="rId12" Type="http://schemas.openxmlformats.org/officeDocument/2006/relationships/hyperlink" Target="https://watch.peccadillo.film/film/01-downriver/" TargetMode="External"/><Relationship Id="rId13" Type="http://schemas.openxmlformats.org/officeDocument/2006/relationships/hyperlink" Target="https://www.qxmagazine.com/2026/11/snuggle-up-as-peccadillo-pictures-unveils-an-autumn-and-winter-selection-of-lgbtq-films/" TargetMode="External"/><Relationship Id="rId14" Type="http://schemas.openxmlformats.org/officeDocument/2006/relationships/hyperlink" Target="https://www.giraffepictures.asia/home/some-nights" TargetMode="External"/><Relationship Id="rId15" Type="http://schemas.openxmlformats.org/officeDocument/2006/relationships/hyperlink" Target="https://www.nzfilm.co.nz/films/big-girls-dont-c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